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1B45B" w14:textId="1620C7B9" w:rsidR="00697352" w:rsidRDefault="00697352" w:rsidP="00A84311">
      <w:pPr>
        <w:rPr>
          <w:rFonts w:ascii="Arial" w:hAnsi="Arial" w:cs="Arial"/>
          <w:b/>
          <w:sz w:val="28"/>
        </w:rPr>
      </w:pPr>
      <w:proofErr w:type="spellStart"/>
      <w:r w:rsidRPr="00697352">
        <w:rPr>
          <w:rFonts w:ascii="Arial" w:hAnsi="Arial" w:cs="Arial"/>
          <w:b/>
          <w:sz w:val="28"/>
        </w:rPr>
        <w:t>Dyfodol</w:t>
      </w:r>
      <w:proofErr w:type="spellEnd"/>
      <w:r w:rsidRPr="00697352">
        <w:rPr>
          <w:rFonts w:ascii="Arial" w:hAnsi="Arial" w:cs="Arial"/>
          <w:b/>
          <w:sz w:val="28"/>
        </w:rPr>
        <w:t xml:space="preserve"> Addysg Drydyddol </w:t>
      </w:r>
      <w:proofErr w:type="spellStart"/>
      <w:r w:rsidRPr="00697352">
        <w:rPr>
          <w:rFonts w:ascii="Arial" w:hAnsi="Arial" w:cs="Arial"/>
          <w:b/>
          <w:sz w:val="28"/>
        </w:rPr>
        <w:t>yng</w:t>
      </w:r>
      <w:proofErr w:type="spellEnd"/>
      <w:r w:rsidRPr="00697352">
        <w:rPr>
          <w:rFonts w:ascii="Arial" w:hAnsi="Arial" w:cs="Arial"/>
          <w:b/>
          <w:sz w:val="28"/>
        </w:rPr>
        <w:t xml:space="preserve"> </w:t>
      </w:r>
      <w:proofErr w:type="spellStart"/>
      <w:r w:rsidRPr="00697352">
        <w:rPr>
          <w:rFonts w:ascii="Arial" w:hAnsi="Arial" w:cs="Arial"/>
          <w:b/>
          <w:sz w:val="28"/>
        </w:rPr>
        <w:t>Nghymru</w:t>
      </w:r>
      <w:proofErr w:type="spellEnd"/>
    </w:p>
    <w:p w14:paraId="2FD4E01A" w14:textId="6CD1FB03" w:rsidR="005D7DED" w:rsidRDefault="005D7DED" w:rsidP="00A84311">
      <w:pPr>
        <w:rPr>
          <w:rFonts w:ascii="Arial" w:hAnsi="Arial" w:cs="Arial"/>
          <w:b/>
          <w:sz w:val="28"/>
        </w:rPr>
      </w:pPr>
      <w:proofErr w:type="spellStart"/>
      <w:r w:rsidRPr="005D7DED">
        <w:rPr>
          <w:rFonts w:ascii="Arial" w:hAnsi="Arial" w:cs="Arial"/>
          <w:b/>
          <w:sz w:val="28"/>
        </w:rPr>
        <w:t>Ffurflen</w:t>
      </w:r>
      <w:proofErr w:type="spellEnd"/>
      <w:r w:rsidRPr="005D7DED">
        <w:rPr>
          <w:rFonts w:ascii="Arial" w:hAnsi="Arial" w:cs="Arial"/>
          <w:b/>
          <w:sz w:val="28"/>
        </w:rPr>
        <w:t xml:space="preserve"> </w:t>
      </w:r>
      <w:proofErr w:type="spellStart"/>
      <w:r w:rsidRPr="005D7DED">
        <w:rPr>
          <w:rFonts w:ascii="Arial" w:hAnsi="Arial" w:cs="Arial"/>
          <w:b/>
          <w:sz w:val="28"/>
        </w:rPr>
        <w:t>ymateb</w:t>
      </w:r>
      <w:proofErr w:type="spellEnd"/>
    </w:p>
    <w:p w14:paraId="5F77AD2A" w14:textId="303D0426" w:rsidR="00610D1A" w:rsidRDefault="00610D1A" w:rsidP="00A84311">
      <w:pPr>
        <w:rPr>
          <w:rFonts w:ascii="Arial" w:hAnsi="Arial" w:cs="Arial"/>
          <w:color w:val="000000"/>
        </w:rPr>
      </w:pPr>
      <w:r w:rsidRPr="00610D1A">
        <w:rPr>
          <w:rFonts w:ascii="Arial" w:hAnsi="Arial" w:cs="Arial"/>
          <w:color w:val="000000"/>
        </w:rPr>
        <w:t xml:space="preserve">Eich </w:t>
      </w:r>
      <w:proofErr w:type="spellStart"/>
      <w:r w:rsidRPr="00610D1A">
        <w:rPr>
          <w:rFonts w:ascii="Arial" w:hAnsi="Arial" w:cs="Arial"/>
          <w:color w:val="000000"/>
        </w:rPr>
        <w:t>enw</w:t>
      </w:r>
      <w:proofErr w:type="spellEnd"/>
      <w:r w:rsidRPr="00610D1A">
        <w:rPr>
          <w:rFonts w:ascii="Arial" w:hAnsi="Arial" w:cs="Arial"/>
          <w:color w:val="000000"/>
        </w:rPr>
        <w:t>:</w:t>
      </w:r>
    </w:p>
    <w:p w14:paraId="4C5BFF8F" w14:textId="77777777" w:rsidR="00610D1A" w:rsidRDefault="00610D1A" w:rsidP="00A84311">
      <w:pPr>
        <w:rPr>
          <w:rFonts w:ascii="Arial" w:hAnsi="Arial" w:cs="Arial"/>
          <w:color w:val="000000"/>
        </w:rPr>
      </w:pPr>
      <w:proofErr w:type="spellStart"/>
      <w:r w:rsidRPr="00610D1A">
        <w:rPr>
          <w:rFonts w:ascii="Arial" w:hAnsi="Arial" w:cs="Arial"/>
          <w:color w:val="000000"/>
        </w:rPr>
        <w:t>Sefydliad</w:t>
      </w:r>
      <w:proofErr w:type="spellEnd"/>
      <w:r w:rsidRPr="00610D1A">
        <w:rPr>
          <w:rFonts w:ascii="Arial" w:hAnsi="Arial" w:cs="Arial"/>
          <w:color w:val="000000"/>
        </w:rPr>
        <w:t xml:space="preserve"> (</w:t>
      </w:r>
      <w:proofErr w:type="spellStart"/>
      <w:r w:rsidRPr="00610D1A">
        <w:rPr>
          <w:rFonts w:ascii="Arial" w:hAnsi="Arial" w:cs="Arial"/>
          <w:color w:val="000000"/>
        </w:rPr>
        <w:t>os</w:t>
      </w:r>
      <w:proofErr w:type="spellEnd"/>
      <w:r w:rsidRPr="00610D1A">
        <w:rPr>
          <w:rFonts w:ascii="Arial" w:hAnsi="Arial" w:cs="Arial"/>
          <w:color w:val="000000"/>
        </w:rPr>
        <w:t xml:space="preserve"> yn </w:t>
      </w:r>
      <w:proofErr w:type="spellStart"/>
      <w:r w:rsidRPr="00610D1A">
        <w:rPr>
          <w:rFonts w:ascii="Arial" w:hAnsi="Arial" w:cs="Arial"/>
          <w:color w:val="000000"/>
        </w:rPr>
        <w:t>berthnasol</w:t>
      </w:r>
      <w:proofErr w:type="spellEnd"/>
      <w:r w:rsidRPr="00610D1A">
        <w:rPr>
          <w:rFonts w:ascii="Arial" w:hAnsi="Arial" w:cs="Arial"/>
          <w:color w:val="000000"/>
        </w:rPr>
        <w:t>):</w:t>
      </w:r>
    </w:p>
    <w:p w14:paraId="6201E60C" w14:textId="77777777" w:rsidR="00610D1A" w:rsidRDefault="00610D1A" w:rsidP="00A84311">
      <w:pPr>
        <w:rPr>
          <w:rFonts w:ascii="Arial" w:hAnsi="Arial" w:cs="Arial"/>
          <w:color w:val="000000"/>
        </w:rPr>
      </w:pPr>
      <w:proofErr w:type="spellStart"/>
      <w:r w:rsidRPr="00610D1A">
        <w:rPr>
          <w:rFonts w:ascii="Arial" w:hAnsi="Arial" w:cs="Arial"/>
          <w:color w:val="000000"/>
        </w:rPr>
        <w:t>ebost</w:t>
      </w:r>
      <w:proofErr w:type="spellEnd"/>
      <w:r w:rsidRPr="00610D1A">
        <w:rPr>
          <w:rFonts w:ascii="Arial" w:hAnsi="Arial" w:cs="Arial"/>
          <w:color w:val="000000"/>
        </w:rPr>
        <w:t>/</w:t>
      </w:r>
      <w:proofErr w:type="spellStart"/>
      <w:r w:rsidRPr="00610D1A">
        <w:rPr>
          <w:rFonts w:ascii="Arial" w:hAnsi="Arial" w:cs="Arial"/>
          <w:color w:val="000000"/>
        </w:rPr>
        <w:t>rhif</w:t>
      </w:r>
      <w:proofErr w:type="spellEnd"/>
      <w:r w:rsidRPr="00610D1A">
        <w:rPr>
          <w:rFonts w:ascii="Arial" w:hAnsi="Arial" w:cs="Arial"/>
          <w:color w:val="000000"/>
        </w:rPr>
        <w:t xml:space="preserve"> </w:t>
      </w:r>
      <w:proofErr w:type="spellStart"/>
      <w:r w:rsidRPr="00610D1A">
        <w:rPr>
          <w:rFonts w:ascii="Arial" w:hAnsi="Arial" w:cs="Arial"/>
          <w:color w:val="000000"/>
        </w:rPr>
        <w:t>ffôn</w:t>
      </w:r>
      <w:proofErr w:type="spellEnd"/>
      <w:r w:rsidRPr="00610D1A">
        <w:rPr>
          <w:rFonts w:ascii="Arial" w:hAnsi="Arial" w:cs="Arial"/>
          <w:color w:val="000000"/>
        </w:rPr>
        <w:t>:</w:t>
      </w:r>
    </w:p>
    <w:p w14:paraId="66CBCCDD" w14:textId="1990C5D3" w:rsidR="00610D1A" w:rsidRPr="00610D1A" w:rsidRDefault="00610D1A" w:rsidP="00A84311">
      <w:pPr>
        <w:rPr>
          <w:rFonts w:ascii="Arial" w:hAnsi="Arial" w:cs="Arial"/>
          <w:color w:val="000000"/>
        </w:rPr>
      </w:pPr>
      <w:r w:rsidRPr="00610D1A">
        <w:rPr>
          <w:rFonts w:ascii="Arial" w:hAnsi="Arial" w:cs="Arial"/>
          <w:color w:val="000000"/>
        </w:rPr>
        <w:t xml:space="preserve">Eich </w:t>
      </w:r>
      <w:proofErr w:type="spellStart"/>
      <w:r w:rsidRPr="00610D1A">
        <w:rPr>
          <w:rFonts w:ascii="Arial" w:hAnsi="Arial" w:cs="Arial"/>
          <w:color w:val="000000"/>
        </w:rPr>
        <w:t>cyfeiriad</w:t>
      </w:r>
      <w:proofErr w:type="spellEnd"/>
      <w:r w:rsidRPr="00610D1A">
        <w:rPr>
          <w:rFonts w:ascii="Arial" w:hAnsi="Arial" w:cs="Arial"/>
          <w:color w:val="000000"/>
        </w:rPr>
        <w:t>:</w:t>
      </w:r>
    </w:p>
    <w:p w14:paraId="6047F019" w14:textId="2A41615B" w:rsidR="004305D6" w:rsidRDefault="002575D7" w:rsidP="00A84311">
      <w:pPr>
        <w:rPr>
          <w:rFonts w:ascii="Arial" w:hAnsi="Arial" w:cs="Arial"/>
        </w:rPr>
      </w:pPr>
      <w:proofErr w:type="spellStart"/>
      <w:r w:rsidRPr="002575D7">
        <w:rPr>
          <w:rFonts w:ascii="Arial" w:hAnsi="Arial" w:cs="Arial"/>
        </w:rPr>
        <w:t>Cyflwynwch</w:t>
      </w:r>
      <w:proofErr w:type="spellEnd"/>
      <w:r w:rsidRPr="002575D7">
        <w:rPr>
          <w:rFonts w:ascii="Arial" w:hAnsi="Arial" w:cs="Arial"/>
        </w:rPr>
        <w:t xml:space="preserve"> </w:t>
      </w:r>
      <w:proofErr w:type="spellStart"/>
      <w:r w:rsidRPr="002575D7">
        <w:rPr>
          <w:rFonts w:ascii="Arial" w:hAnsi="Arial" w:cs="Arial"/>
        </w:rPr>
        <w:t>eich</w:t>
      </w:r>
      <w:proofErr w:type="spellEnd"/>
      <w:r w:rsidRPr="002575D7">
        <w:rPr>
          <w:rFonts w:ascii="Arial" w:hAnsi="Arial" w:cs="Arial"/>
        </w:rPr>
        <w:t xml:space="preserve"> </w:t>
      </w:r>
      <w:proofErr w:type="spellStart"/>
      <w:r w:rsidRPr="002575D7">
        <w:rPr>
          <w:rFonts w:ascii="Arial" w:hAnsi="Arial" w:cs="Arial"/>
        </w:rPr>
        <w:t>sylwadau</w:t>
      </w:r>
      <w:proofErr w:type="spellEnd"/>
      <w:r w:rsidRPr="002575D7">
        <w:rPr>
          <w:rFonts w:ascii="Arial" w:hAnsi="Arial" w:cs="Arial"/>
        </w:rPr>
        <w:t xml:space="preserve"> </w:t>
      </w:r>
      <w:proofErr w:type="spellStart"/>
      <w:r w:rsidRPr="002575D7">
        <w:rPr>
          <w:rFonts w:ascii="Arial" w:hAnsi="Arial" w:cs="Arial"/>
        </w:rPr>
        <w:t>erbyn</w:t>
      </w:r>
      <w:proofErr w:type="spellEnd"/>
      <w:r w:rsidR="009F6455">
        <w:rPr>
          <w:rFonts w:ascii="Arial" w:hAnsi="Arial" w:cs="Arial"/>
        </w:rPr>
        <w:t>:</w:t>
      </w:r>
      <w:r w:rsidRPr="002575D7">
        <w:rPr>
          <w:rFonts w:ascii="Arial" w:hAnsi="Arial" w:cs="Arial"/>
        </w:rPr>
        <w:t> </w:t>
      </w:r>
    </w:p>
    <w:p w14:paraId="1B37E848" w14:textId="7DE3559D" w:rsidR="00610D1A" w:rsidRDefault="00610D1A" w:rsidP="00A84311">
      <w:pPr>
        <w:rPr>
          <w:rFonts w:ascii="Arial" w:hAnsi="Arial" w:cs="Arial"/>
        </w:rPr>
      </w:pPr>
      <w:proofErr w:type="spellStart"/>
      <w:r w:rsidRPr="00610D1A">
        <w:rPr>
          <w:rFonts w:ascii="Arial" w:hAnsi="Arial" w:cs="Arial"/>
        </w:rPr>
        <w:t>Dylid</w:t>
      </w:r>
      <w:proofErr w:type="spellEnd"/>
      <w:r w:rsidRPr="00610D1A">
        <w:rPr>
          <w:rFonts w:ascii="Arial" w:hAnsi="Arial" w:cs="Arial"/>
        </w:rPr>
        <w:t xml:space="preserve"> </w:t>
      </w:r>
      <w:proofErr w:type="spellStart"/>
      <w:r w:rsidRPr="00610D1A">
        <w:rPr>
          <w:rFonts w:ascii="Arial" w:hAnsi="Arial" w:cs="Arial"/>
        </w:rPr>
        <w:t>dychwelyd</w:t>
      </w:r>
      <w:proofErr w:type="spellEnd"/>
      <w:r w:rsidRPr="00610D1A">
        <w:rPr>
          <w:rFonts w:ascii="Arial" w:hAnsi="Arial" w:cs="Arial"/>
        </w:rPr>
        <w:t xml:space="preserve"> </w:t>
      </w:r>
      <w:proofErr w:type="spellStart"/>
      <w:r w:rsidRPr="00610D1A">
        <w:rPr>
          <w:rFonts w:ascii="Arial" w:hAnsi="Arial" w:cs="Arial"/>
        </w:rPr>
        <w:t>ymatebion</w:t>
      </w:r>
      <w:proofErr w:type="spellEnd"/>
      <w:r w:rsidRPr="00610D1A">
        <w:rPr>
          <w:rFonts w:ascii="Arial" w:hAnsi="Arial" w:cs="Arial"/>
        </w:rPr>
        <w:t xml:space="preserve"> </w:t>
      </w:r>
      <w:proofErr w:type="spellStart"/>
      <w:r w:rsidRPr="00610D1A">
        <w:rPr>
          <w:rFonts w:ascii="Arial" w:hAnsi="Arial" w:cs="Arial"/>
        </w:rPr>
        <w:t>erbyn</w:t>
      </w:r>
      <w:proofErr w:type="spellEnd"/>
      <w:r w:rsidRPr="00610D1A">
        <w:rPr>
          <w:rFonts w:ascii="Arial" w:hAnsi="Arial" w:cs="Arial"/>
        </w:rPr>
        <w:t xml:space="preserve"> 27 Mawrth 2026 i:</w:t>
      </w:r>
    </w:p>
    <w:p w14:paraId="503AC496" w14:textId="77777777" w:rsidR="00F15B4B" w:rsidRPr="00F15B4B" w:rsidRDefault="00F15B4B" w:rsidP="00F15B4B">
      <w:pPr>
        <w:rPr>
          <w:rFonts w:ascii="Arial" w:hAnsi="Arial" w:cs="Arial"/>
          <w:color w:val="000000" w:themeColor="text1"/>
        </w:rPr>
      </w:pPr>
      <w:proofErr w:type="spellStart"/>
      <w:r w:rsidRPr="00F15B4B">
        <w:rPr>
          <w:rFonts w:ascii="Arial" w:hAnsi="Arial" w:cs="Arial"/>
          <w:color w:val="000000" w:themeColor="text1"/>
        </w:rPr>
        <w:t>Cyfarwyddiaeth</w:t>
      </w:r>
      <w:proofErr w:type="spellEnd"/>
      <w:r w:rsidRPr="00F15B4B">
        <w:rPr>
          <w:rFonts w:ascii="Arial" w:hAnsi="Arial" w:cs="Arial"/>
          <w:color w:val="000000" w:themeColor="text1"/>
        </w:rPr>
        <w:t xml:space="preserve"> Addysg Uwch</w:t>
      </w:r>
    </w:p>
    <w:p w14:paraId="75921D8D" w14:textId="77777777" w:rsidR="00F15B4B" w:rsidRDefault="00F15B4B" w:rsidP="00F15B4B">
      <w:pPr>
        <w:rPr>
          <w:rFonts w:ascii="Arial" w:hAnsi="Arial" w:cs="Arial"/>
          <w:color w:val="000000" w:themeColor="text1"/>
        </w:rPr>
      </w:pPr>
      <w:proofErr w:type="spellStart"/>
      <w:r w:rsidRPr="00F15B4B">
        <w:rPr>
          <w:rFonts w:ascii="Arial" w:hAnsi="Arial" w:cs="Arial"/>
          <w:color w:val="000000" w:themeColor="text1"/>
        </w:rPr>
        <w:t>Strategaeth</w:t>
      </w:r>
      <w:proofErr w:type="spellEnd"/>
      <w:r w:rsidRPr="00F15B4B">
        <w:rPr>
          <w:rFonts w:ascii="Arial" w:hAnsi="Arial" w:cs="Arial"/>
          <w:color w:val="000000" w:themeColor="text1"/>
        </w:rPr>
        <w:t xml:space="preserve"> a Chyllid</w:t>
      </w:r>
    </w:p>
    <w:p w14:paraId="36AFE495" w14:textId="70DD51A5" w:rsidR="005D5EBF" w:rsidRPr="005D5EBF" w:rsidRDefault="005D5EBF" w:rsidP="00F15B4B">
      <w:pPr>
        <w:rPr>
          <w:rFonts w:ascii="Arial" w:hAnsi="Arial" w:cs="Arial"/>
          <w:color w:val="000000" w:themeColor="text1"/>
        </w:rPr>
      </w:pPr>
      <w:r w:rsidRPr="005D5EBF">
        <w:rPr>
          <w:rFonts w:ascii="Arial" w:hAnsi="Arial" w:cs="Arial"/>
          <w:color w:val="000000" w:themeColor="text1"/>
        </w:rPr>
        <w:t>Llywodraeth Cymru</w:t>
      </w:r>
    </w:p>
    <w:p w14:paraId="14E0EF63" w14:textId="77777777" w:rsidR="005D5EBF" w:rsidRPr="005D5EBF" w:rsidRDefault="005D5EBF" w:rsidP="005D5EBF">
      <w:pPr>
        <w:rPr>
          <w:rFonts w:ascii="Arial" w:hAnsi="Arial" w:cs="Arial"/>
          <w:color w:val="000000" w:themeColor="text1"/>
        </w:rPr>
      </w:pPr>
      <w:r w:rsidRPr="005D5EBF">
        <w:rPr>
          <w:rFonts w:ascii="Arial" w:hAnsi="Arial" w:cs="Arial"/>
          <w:color w:val="000000" w:themeColor="text1"/>
        </w:rPr>
        <w:t>Parc Cathays</w:t>
      </w:r>
    </w:p>
    <w:p w14:paraId="144C78D7" w14:textId="777DA575" w:rsidR="005D5EBF" w:rsidRPr="005D5EBF" w:rsidRDefault="005D5EBF" w:rsidP="005D5EBF">
      <w:pPr>
        <w:rPr>
          <w:rFonts w:ascii="Arial" w:hAnsi="Arial" w:cs="Arial"/>
          <w:color w:val="000000" w:themeColor="text1"/>
        </w:rPr>
      </w:pPr>
      <w:proofErr w:type="spellStart"/>
      <w:r w:rsidRPr="005D5EBF">
        <w:rPr>
          <w:rFonts w:ascii="Arial" w:hAnsi="Arial" w:cs="Arial"/>
          <w:color w:val="000000" w:themeColor="text1"/>
        </w:rPr>
        <w:t>C</w:t>
      </w:r>
      <w:r w:rsidR="009F6455">
        <w:rPr>
          <w:rFonts w:ascii="Arial" w:hAnsi="Arial" w:cs="Arial"/>
          <w:color w:val="000000" w:themeColor="text1"/>
        </w:rPr>
        <w:t>aerdydd</w:t>
      </w:r>
      <w:proofErr w:type="spellEnd"/>
    </w:p>
    <w:p w14:paraId="7B5027E6" w14:textId="77777777" w:rsidR="005D5EBF" w:rsidRDefault="005D5EBF" w:rsidP="005D5EBF">
      <w:pPr>
        <w:rPr>
          <w:rFonts w:ascii="Arial" w:hAnsi="Arial" w:cs="Arial"/>
          <w:color w:val="000000" w:themeColor="text1"/>
        </w:rPr>
      </w:pPr>
      <w:r w:rsidRPr="005D5EBF">
        <w:rPr>
          <w:rFonts w:ascii="Arial" w:hAnsi="Arial" w:cs="Arial"/>
          <w:color w:val="000000" w:themeColor="text1"/>
        </w:rPr>
        <w:t>CF10 3NQ</w:t>
      </w:r>
    </w:p>
    <w:p w14:paraId="4E5369C9" w14:textId="7A31C3D4" w:rsidR="00A84311" w:rsidRPr="004305D6" w:rsidRDefault="006D193E" w:rsidP="00A84311">
      <w:pPr>
        <w:tabs>
          <w:tab w:val="left" w:pos="1430"/>
        </w:tabs>
        <w:rPr>
          <w:rFonts w:ascii="Arial" w:hAnsi="Arial" w:cs="Arial"/>
          <w:color w:val="FF0000"/>
        </w:rPr>
      </w:pPr>
      <w:r w:rsidRPr="006D193E">
        <w:rPr>
          <w:rFonts w:ascii="Arial" w:hAnsi="Arial" w:cs="Arial"/>
        </w:rPr>
        <w:t xml:space="preserve">neu </w:t>
      </w:r>
      <w:proofErr w:type="spellStart"/>
      <w:r w:rsidRPr="006D193E">
        <w:rPr>
          <w:rFonts w:ascii="Arial" w:hAnsi="Arial" w:cs="Arial"/>
        </w:rPr>
        <w:t>wedi'i</w:t>
      </w:r>
      <w:proofErr w:type="spellEnd"/>
      <w:r w:rsidRPr="006D193E">
        <w:rPr>
          <w:rFonts w:ascii="Arial" w:hAnsi="Arial" w:cs="Arial"/>
        </w:rPr>
        <w:t xml:space="preserve"> </w:t>
      </w:r>
      <w:proofErr w:type="spellStart"/>
      <w:r w:rsidRPr="006D193E">
        <w:rPr>
          <w:rFonts w:ascii="Arial" w:hAnsi="Arial" w:cs="Arial"/>
        </w:rPr>
        <w:t>gwblhau'n</w:t>
      </w:r>
      <w:proofErr w:type="spellEnd"/>
      <w:r w:rsidRPr="006D193E">
        <w:rPr>
          <w:rFonts w:ascii="Arial" w:hAnsi="Arial" w:cs="Arial"/>
        </w:rPr>
        <w:t xml:space="preserve"> </w:t>
      </w:r>
      <w:proofErr w:type="spellStart"/>
      <w:r w:rsidRPr="006D193E">
        <w:rPr>
          <w:rFonts w:ascii="Arial" w:hAnsi="Arial" w:cs="Arial"/>
        </w:rPr>
        <w:t>electronig</w:t>
      </w:r>
      <w:proofErr w:type="spellEnd"/>
      <w:r w:rsidRPr="006D193E">
        <w:rPr>
          <w:rFonts w:ascii="Arial" w:hAnsi="Arial" w:cs="Arial"/>
        </w:rPr>
        <w:t xml:space="preserve"> </w:t>
      </w:r>
      <w:proofErr w:type="spellStart"/>
      <w:r w:rsidRPr="006D193E">
        <w:rPr>
          <w:rFonts w:ascii="Arial" w:hAnsi="Arial" w:cs="Arial"/>
        </w:rPr>
        <w:t>a'i</w:t>
      </w:r>
      <w:proofErr w:type="spellEnd"/>
      <w:r w:rsidRPr="006D193E">
        <w:rPr>
          <w:rFonts w:ascii="Arial" w:hAnsi="Arial" w:cs="Arial"/>
        </w:rPr>
        <w:t xml:space="preserve"> </w:t>
      </w:r>
      <w:proofErr w:type="spellStart"/>
      <w:r w:rsidRPr="006D193E">
        <w:rPr>
          <w:rFonts w:ascii="Arial" w:hAnsi="Arial" w:cs="Arial"/>
        </w:rPr>
        <w:t>anfon</w:t>
      </w:r>
      <w:proofErr w:type="spellEnd"/>
      <w:r w:rsidRPr="006D193E">
        <w:rPr>
          <w:rFonts w:ascii="Arial" w:hAnsi="Arial" w:cs="Arial"/>
        </w:rPr>
        <w:t xml:space="preserve"> at: e-</w:t>
      </w:r>
      <w:proofErr w:type="spellStart"/>
      <w:r w:rsidRPr="006D193E">
        <w:rPr>
          <w:rFonts w:ascii="Arial" w:hAnsi="Arial" w:cs="Arial"/>
        </w:rPr>
        <w:t>bost</w:t>
      </w:r>
      <w:proofErr w:type="spellEnd"/>
      <w:r w:rsidRPr="006D193E">
        <w:rPr>
          <w:rFonts w:ascii="Arial" w:hAnsi="Arial" w:cs="Arial"/>
        </w:rPr>
        <w:t>:</w:t>
      </w:r>
      <w:r w:rsidR="00B1189E" w:rsidRPr="00B1189E">
        <w:t xml:space="preserve"> </w:t>
      </w:r>
      <w:hyperlink r:id="rId8" w:history="1">
        <w:r w:rsidR="00B1189E" w:rsidRPr="0049430E">
          <w:rPr>
            <w:rStyle w:val="Hyperlink"/>
            <w:rFonts w:ascii="Arial" w:hAnsi="Arial" w:cs="Arial"/>
          </w:rPr>
          <w:t>AddysgDrydyddol.Ymgyngoriadau@llyw.cymru</w:t>
        </w:r>
      </w:hyperlink>
      <w:r w:rsidR="00B1189E">
        <w:rPr>
          <w:rFonts w:ascii="Arial" w:hAnsi="Arial" w:cs="Arial"/>
        </w:rPr>
        <w:t xml:space="preserve"> </w:t>
      </w:r>
      <w:r w:rsidR="00B1189E" w:rsidRPr="004305D6">
        <w:rPr>
          <w:rFonts w:ascii="Arial" w:hAnsi="Arial" w:cs="Arial"/>
          <w:color w:val="FF0000"/>
        </w:rPr>
        <w:t xml:space="preserve"> </w:t>
      </w:r>
    </w:p>
    <w:p w14:paraId="651CBFC4" w14:textId="77777777" w:rsidR="0095680A" w:rsidRDefault="0095680A" w:rsidP="004E726F">
      <w:pPr>
        <w:rPr>
          <w:rFonts w:ascii="Arial" w:eastAsiaTheme="majorEastAsia" w:hAnsi="Arial" w:cs="Arial"/>
          <w:b/>
          <w:bCs/>
          <w:color w:val="000000" w:themeColor="text1"/>
          <w:sz w:val="32"/>
          <w:szCs w:val="32"/>
        </w:rPr>
      </w:pPr>
      <w:proofErr w:type="spellStart"/>
      <w:r w:rsidRPr="0095680A">
        <w:rPr>
          <w:rFonts w:ascii="Arial" w:eastAsiaTheme="majorEastAsia" w:hAnsi="Arial" w:cs="Arial"/>
          <w:b/>
          <w:bCs/>
          <w:color w:val="000000" w:themeColor="text1"/>
          <w:sz w:val="32"/>
          <w:szCs w:val="32"/>
        </w:rPr>
        <w:t>Anhysbysrwydd</w:t>
      </w:r>
      <w:proofErr w:type="spellEnd"/>
      <w:r w:rsidRPr="0095680A">
        <w:rPr>
          <w:rFonts w:ascii="Arial" w:eastAsiaTheme="majorEastAsia" w:hAnsi="Arial" w:cs="Arial"/>
          <w:b/>
          <w:bCs/>
          <w:color w:val="000000" w:themeColor="text1"/>
          <w:sz w:val="32"/>
          <w:szCs w:val="32"/>
        </w:rPr>
        <w:t xml:space="preserve"> </w:t>
      </w:r>
    </w:p>
    <w:p w14:paraId="09A9B935" w14:textId="1A41B07F" w:rsidR="004E726F" w:rsidRPr="0095680A" w:rsidRDefault="0095680A" w:rsidP="004E726F">
      <w:pPr>
        <w:rPr>
          <w:rFonts w:ascii="Arial" w:hAnsi="Arial" w:cs="Arial"/>
          <w:szCs w:val="24"/>
        </w:rPr>
      </w:pPr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Gellir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cyhoeddi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ymatebion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i'r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ymgynghoriad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.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Bydd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eich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ymateb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yn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ddienw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.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Fodd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bynnag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,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os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hoffech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i'ch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enw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gael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ei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gyhoeddi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ochr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yn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ochr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â'ch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ymateb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,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rhowch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x yn y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blwch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850"/>
      </w:tblGrid>
      <w:tr w:rsidR="004E726F" w:rsidRPr="007444C3" w14:paraId="2924ACCF" w14:textId="77777777" w:rsidTr="00D160AB">
        <w:trPr>
          <w:trHeight w:val="729"/>
        </w:trPr>
        <w:tc>
          <w:tcPr>
            <w:tcW w:w="3823" w:type="dxa"/>
            <w:vAlign w:val="center"/>
          </w:tcPr>
          <w:p w14:paraId="4F32D4DC" w14:textId="19BE8852" w:rsidR="004E726F" w:rsidRPr="007444C3" w:rsidRDefault="004D0D98" w:rsidP="00D160A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proofErr w:type="spellStart"/>
            <w:r w:rsidRPr="004D0D98">
              <w:rPr>
                <w:rFonts w:ascii="Arial" w:hAnsi="Arial" w:cs="Arial"/>
              </w:rPr>
              <w:t>Rwy'n</w:t>
            </w:r>
            <w:proofErr w:type="spellEnd"/>
            <w:r w:rsidRPr="004D0D98">
              <w:rPr>
                <w:rFonts w:ascii="Arial" w:hAnsi="Arial" w:cs="Arial"/>
              </w:rPr>
              <w:t xml:space="preserve"> </w:t>
            </w:r>
            <w:proofErr w:type="spellStart"/>
            <w:r w:rsidRPr="004D0D98">
              <w:rPr>
                <w:rFonts w:ascii="Arial" w:hAnsi="Arial" w:cs="Arial"/>
              </w:rPr>
              <w:t>cytuno</w:t>
            </w:r>
            <w:proofErr w:type="spellEnd"/>
            <w:r w:rsidRPr="004D0D98">
              <w:rPr>
                <w:rFonts w:ascii="Arial" w:hAnsi="Arial" w:cs="Arial"/>
              </w:rPr>
              <w:t xml:space="preserve"> </w:t>
            </w:r>
            <w:proofErr w:type="spellStart"/>
            <w:r w:rsidRPr="004D0D98">
              <w:rPr>
                <w:rFonts w:ascii="Arial" w:hAnsi="Arial" w:cs="Arial"/>
              </w:rPr>
              <w:t>i'm</w:t>
            </w:r>
            <w:proofErr w:type="spellEnd"/>
            <w:r w:rsidRPr="004D0D98">
              <w:rPr>
                <w:rFonts w:ascii="Arial" w:hAnsi="Arial" w:cs="Arial"/>
              </w:rPr>
              <w:t xml:space="preserve"> </w:t>
            </w:r>
            <w:proofErr w:type="spellStart"/>
            <w:r w:rsidRPr="004D0D98">
              <w:rPr>
                <w:rFonts w:ascii="Arial" w:hAnsi="Arial" w:cs="Arial"/>
              </w:rPr>
              <w:t>henw</w:t>
            </w:r>
            <w:proofErr w:type="spellEnd"/>
            <w:r w:rsidRPr="004D0D98">
              <w:rPr>
                <w:rFonts w:ascii="Arial" w:hAnsi="Arial" w:cs="Arial"/>
              </w:rPr>
              <w:t xml:space="preserve"> </w:t>
            </w:r>
            <w:proofErr w:type="spellStart"/>
            <w:r w:rsidRPr="004D0D98">
              <w:rPr>
                <w:rFonts w:ascii="Arial" w:hAnsi="Arial" w:cs="Arial"/>
              </w:rPr>
              <w:t>gael</w:t>
            </w:r>
            <w:proofErr w:type="spellEnd"/>
            <w:r w:rsidRPr="004D0D98">
              <w:rPr>
                <w:rFonts w:ascii="Arial" w:hAnsi="Arial" w:cs="Arial"/>
              </w:rPr>
              <w:t xml:space="preserve"> </w:t>
            </w:r>
            <w:proofErr w:type="spellStart"/>
            <w:r w:rsidRPr="004D0D98">
              <w:rPr>
                <w:rFonts w:ascii="Arial" w:hAnsi="Arial" w:cs="Arial"/>
              </w:rPr>
              <w:t>ei</w:t>
            </w:r>
            <w:proofErr w:type="spellEnd"/>
            <w:r w:rsidRPr="004D0D98">
              <w:rPr>
                <w:rFonts w:ascii="Arial" w:hAnsi="Arial" w:cs="Arial"/>
              </w:rPr>
              <w:t xml:space="preserve"> </w:t>
            </w:r>
            <w:proofErr w:type="spellStart"/>
            <w:r w:rsidRPr="004D0D98">
              <w:rPr>
                <w:rFonts w:ascii="Arial" w:hAnsi="Arial" w:cs="Arial"/>
              </w:rPr>
              <w:t>gyhoeddi</w:t>
            </w:r>
            <w:proofErr w:type="spellEnd"/>
            <w:r w:rsidRPr="004D0D98">
              <w:rPr>
                <w:rFonts w:ascii="Arial" w:hAnsi="Arial" w:cs="Arial"/>
              </w:rPr>
              <w:t xml:space="preserve"> </w:t>
            </w:r>
            <w:proofErr w:type="spellStart"/>
            <w:r w:rsidRPr="004D0D98">
              <w:rPr>
                <w:rFonts w:ascii="Arial" w:hAnsi="Arial" w:cs="Arial"/>
              </w:rPr>
              <w:t>ochr</w:t>
            </w:r>
            <w:proofErr w:type="spellEnd"/>
            <w:r w:rsidRPr="004D0D98">
              <w:rPr>
                <w:rFonts w:ascii="Arial" w:hAnsi="Arial" w:cs="Arial"/>
              </w:rPr>
              <w:t xml:space="preserve"> yn </w:t>
            </w:r>
            <w:proofErr w:type="spellStart"/>
            <w:r w:rsidRPr="004D0D98">
              <w:rPr>
                <w:rFonts w:ascii="Arial" w:hAnsi="Arial" w:cs="Arial"/>
              </w:rPr>
              <w:t>ochr</w:t>
            </w:r>
            <w:proofErr w:type="spellEnd"/>
            <w:r w:rsidRPr="004D0D98">
              <w:rPr>
                <w:rFonts w:ascii="Arial" w:hAnsi="Arial" w:cs="Arial"/>
              </w:rPr>
              <w:t xml:space="preserve"> </w:t>
            </w:r>
            <w:proofErr w:type="spellStart"/>
            <w:r w:rsidRPr="004D0D98">
              <w:rPr>
                <w:rFonts w:ascii="Arial" w:hAnsi="Arial" w:cs="Arial"/>
              </w:rPr>
              <w:t>â'm</w:t>
            </w:r>
            <w:proofErr w:type="spellEnd"/>
            <w:r w:rsidRPr="004D0D98">
              <w:rPr>
                <w:rFonts w:ascii="Arial" w:hAnsi="Arial" w:cs="Arial"/>
              </w:rPr>
              <w:t xml:space="preserve"> </w:t>
            </w:r>
            <w:proofErr w:type="spellStart"/>
            <w:r w:rsidRPr="004D0D98">
              <w:rPr>
                <w:rFonts w:ascii="Arial" w:hAnsi="Arial" w:cs="Arial"/>
              </w:rPr>
              <w:t>hymateb</w:t>
            </w:r>
            <w:proofErr w:type="spellEnd"/>
            <w:r w:rsidRPr="004D0D98">
              <w:rPr>
                <w:rFonts w:ascii="Arial" w:hAnsi="Arial" w:cs="Arial"/>
              </w:rPr>
              <w:t xml:space="preserve"> </w:t>
            </w:r>
            <w:proofErr w:type="spellStart"/>
            <w:r w:rsidRPr="004D0D98">
              <w:rPr>
                <w:rFonts w:ascii="Arial" w:hAnsi="Arial" w:cs="Arial"/>
              </w:rPr>
              <w:t>i'r</w:t>
            </w:r>
            <w:proofErr w:type="spellEnd"/>
            <w:r w:rsidRPr="004D0D98">
              <w:rPr>
                <w:rFonts w:ascii="Arial" w:hAnsi="Arial" w:cs="Arial"/>
              </w:rPr>
              <w:t xml:space="preserve"> </w:t>
            </w:r>
            <w:proofErr w:type="spellStart"/>
            <w:r w:rsidRPr="004D0D98">
              <w:rPr>
                <w:rFonts w:ascii="Arial" w:hAnsi="Arial" w:cs="Arial"/>
              </w:rPr>
              <w:t>ymgynghoriad</w:t>
            </w:r>
            <w:proofErr w:type="spellEnd"/>
            <w:r w:rsidRPr="004D0D98">
              <w:rPr>
                <w:rFonts w:ascii="Arial" w:hAnsi="Arial" w:cs="Arial"/>
              </w:rPr>
              <w:t xml:space="preserve"> </w:t>
            </w:r>
            <w:proofErr w:type="spellStart"/>
            <w:r w:rsidRPr="004D0D98">
              <w:rPr>
                <w:rFonts w:ascii="Arial" w:hAnsi="Arial" w:cs="Arial"/>
              </w:rPr>
              <w:t>hwn</w:t>
            </w:r>
            <w:proofErr w:type="spellEnd"/>
            <w:r w:rsidRPr="004D0D98">
              <w:rPr>
                <w:rFonts w:ascii="Arial" w:hAnsi="Arial" w:cs="Arial"/>
              </w:rPr>
              <w:t>.</w:t>
            </w:r>
          </w:p>
        </w:tc>
        <w:tc>
          <w:tcPr>
            <w:tcW w:w="850" w:type="dxa"/>
          </w:tcPr>
          <w:p w14:paraId="6C1CD502" w14:textId="77777777" w:rsidR="004E726F" w:rsidRPr="007444C3" w:rsidRDefault="004E726F" w:rsidP="00D160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</w:tr>
    </w:tbl>
    <w:p w14:paraId="7F4B1E73" w14:textId="77777777" w:rsidR="00872AF6" w:rsidRDefault="00872AF6" w:rsidP="00872AF6">
      <w:pPr>
        <w:spacing w:after="120"/>
        <w:rPr>
          <w:rFonts w:ascii="Arial" w:hAnsi="Arial" w:cs="Arial"/>
          <w:szCs w:val="24"/>
          <w:lang w:val="en-GB"/>
        </w:rPr>
      </w:pPr>
    </w:p>
    <w:p w14:paraId="3ACC63C2" w14:textId="49849B6A" w:rsidR="00872AF6" w:rsidRPr="00872AF6" w:rsidRDefault="00872AF6" w:rsidP="00872AF6">
      <w:pPr>
        <w:spacing w:after="120"/>
        <w:rPr>
          <w:rFonts w:ascii="Arial" w:hAnsi="Arial" w:cs="Arial"/>
          <w:szCs w:val="24"/>
          <w:lang w:val="en-GB"/>
        </w:rPr>
      </w:pPr>
      <w:proofErr w:type="spellStart"/>
      <w:r w:rsidRPr="00872AF6">
        <w:rPr>
          <w:rFonts w:ascii="Arial" w:hAnsi="Arial" w:cs="Arial"/>
          <w:szCs w:val="24"/>
          <w:lang w:val="en-GB"/>
        </w:rPr>
        <w:lastRenderedPageBreak/>
        <w:t>Gwybodaeth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ychwanegol</w:t>
      </w:r>
      <w:proofErr w:type="spellEnd"/>
    </w:p>
    <w:p w14:paraId="4E1BE26A" w14:textId="77777777" w:rsidR="00872AF6" w:rsidRPr="00872AF6" w:rsidRDefault="00872AF6" w:rsidP="00872AF6">
      <w:pPr>
        <w:spacing w:after="120"/>
        <w:rPr>
          <w:rFonts w:ascii="Arial" w:hAnsi="Arial" w:cs="Arial"/>
          <w:szCs w:val="24"/>
          <w:lang w:val="en-GB"/>
        </w:rPr>
      </w:pPr>
      <w:r w:rsidRPr="00872AF6">
        <w:rPr>
          <w:rFonts w:ascii="Arial" w:hAnsi="Arial" w:cs="Arial"/>
          <w:szCs w:val="24"/>
          <w:lang w:val="en-GB"/>
        </w:rPr>
        <w:t xml:space="preserve">Eich </w:t>
      </w:r>
      <w:proofErr w:type="spellStart"/>
      <w:r w:rsidRPr="00872AF6">
        <w:rPr>
          <w:rFonts w:ascii="Arial" w:hAnsi="Arial" w:cs="Arial"/>
          <w:szCs w:val="24"/>
          <w:lang w:val="en-GB"/>
        </w:rPr>
        <w:t>hawliau</w:t>
      </w:r>
      <w:proofErr w:type="spellEnd"/>
    </w:p>
    <w:p w14:paraId="1EC9EDA7" w14:textId="77777777" w:rsidR="00872AF6" w:rsidRPr="00872AF6" w:rsidRDefault="00872AF6" w:rsidP="00872AF6">
      <w:pPr>
        <w:spacing w:after="120"/>
        <w:rPr>
          <w:rFonts w:ascii="Arial" w:hAnsi="Arial" w:cs="Arial"/>
          <w:szCs w:val="24"/>
          <w:lang w:val="en-GB"/>
        </w:rPr>
      </w:pPr>
      <w:r w:rsidRPr="00872AF6">
        <w:rPr>
          <w:rFonts w:ascii="Arial" w:hAnsi="Arial" w:cs="Arial"/>
          <w:szCs w:val="24"/>
          <w:lang w:val="en-GB"/>
        </w:rPr>
        <w:t xml:space="preserve">O dan y </w:t>
      </w:r>
      <w:proofErr w:type="spellStart"/>
      <w:r w:rsidRPr="00872AF6">
        <w:rPr>
          <w:rFonts w:ascii="Arial" w:hAnsi="Arial" w:cs="Arial"/>
          <w:szCs w:val="24"/>
          <w:lang w:val="en-GB"/>
        </w:rPr>
        <w:t>ddeddfwriaeth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diogelu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data, </w:t>
      </w:r>
      <w:proofErr w:type="spellStart"/>
      <w:r w:rsidRPr="00872AF6">
        <w:rPr>
          <w:rFonts w:ascii="Arial" w:hAnsi="Arial" w:cs="Arial"/>
          <w:szCs w:val="24"/>
          <w:lang w:val="en-GB"/>
        </w:rPr>
        <w:t>mae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gennych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yr </w:t>
      </w:r>
      <w:proofErr w:type="spellStart"/>
      <w:r w:rsidRPr="00872AF6">
        <w:rPr>
          <w:rFonts w:ascii="Arial" w:hAnsi="Arial" w:cs="Arial"/>
          <w:szCs w:val="24"/>
          <w:lang w:val="en-GB"/>
        </w:rPr>
        <w:t>hawl</w:t>
      </w:r>
      <w:proofErr w:type="spellEnd"/>
      <w:r w:rsidRPr="00872AF6">
        <w:rPr>
          <w:rFonts w:ascii="Arial" w:hAnsi="Arial" w:cs="Arial"/>
          <w:szCs w:val="24"/>
          <w:lang w:val="en-GB"/>
        </w:rPr>
        <w:t>:</w:t>
      </w:r>
    </w:p>
    <w:p w14:paraId="43AEDDC9" w14:textId="77777777" w:rsidR="00872AF6" w:rsidRPr="00872AF6" w:rsidRDefault="00872AF6" w:rsidP="00872AF6">
      <w:pPr>
        <w:numPr>
          <w:ilvl w:val="0"/>
          <w:numId w:val="15"/>
        </w:numPr>
        <w:spacing w:after="120"/>
        <w:rPr>
          <w:rFonts w:ascii="Arial" w:hAnsi="Arial" w:cs="Arial"/>
          <w:szCs w:val="24"/>
          <w:lang w:val="en-GB"/>
        </w:rPr>
      </w:pPr>
      <w:r w:rsidRPr="00872AF6">
        <w:rPr>
          <w:rFonts w:ascii="Arial" w:hAnsi="Arial" w:cs="Arial"/>
          <w:szCs w:val="24"/>
          <w:lang w:val="en-GB"/>
        </w:rPr>
        <w:t xml:space="preserve">i </w:t>
      </w:r>
      <w:proofErr w:type="spellStart"/>
      <w:r w:rsidRPr="00872AF6">
        <w:rPr>
          <w:rFonts w:ascii="Arial" w:hAnsi="Arial" w:cs="Arial"/>
          <w:szCs w:val="24"/>
          <w:lang w:val="en-GB"/>
        </w:rPr>
        <w:t>wybod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am y data </w:t>
      </w:r>
      <w:proofErr w:type="spellStart"/>
      <w:r w:rsidRPr="00872AF6">
        <w:rPr>
          <w:rFonts w:ascii="Arial" w:hAnsi="Arial" w:cs="Arial"/>
          <w:szCs w:val="24"/>
          <w:lang w:val="en-GB"/>
        </w:rPr>
        <w:t>personol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a </w:t>
      </w:r>
      <w:proofErr w:type="spellStart"/>
      <w:r w:rsidRPr="00872AF6">
        <w:rPr>
          <w:rFonts w:ascii="Arial" w:hAnsi="Arial" w:cs="Arial"/>
          <w:szCs w:val="24"/>
          <w:lang w:val="en-GB"/>
        </w:rPr>
        <w:t>gedwir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amdanoch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chi </w:t>
      </w:r>
      <w:proofErr w:type="spellStart"/>
      <w:r w:rsidRPr="00872AF6">
        <w:rPr>
          <w:rFonts w:ascii="Arial" w:hAnsi="Arial" w:cs="Arial"/>
          <w:szCs w:val="24"/>
          <w:lang w:val="en-GB"/>
        </w:rPr>
        <w:t>a'u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gweld</w:t>
      </w:r>
      <w:proofErr w:type="spellEnd"/>
    </w:p>
    <w:p w14:paraId="267F31C0" w14:textId="77777777" w:rsidR="00872AF6" w:rsidRPr="00872AF6" w:rsidRDefault="00872AF6" w:rsidP="00872AF6">
      <w:pPr>
        <w:numPr>
          <w:ilvl w:val="0"/>
          <w:numId w:val="15"/>
        </w:numPr>
        <w:spacing w:after="120"/>
        <w:rPr>
          <w:rFonts w:ascii="Arial" w:hAnsi="Arial" w:cs="Arial"/>
          <w:szCs w:val="24"/>
          <w:lang w:val="en-GB"/>
        </w:rPr>
      </w:pPr>
      <w:proofErr w:type="spellStart"/>
      <w:r w:rsidRPr="00872AF6">
        <w:rPr>
          <w:rFonts w:ascii="Arial" w:hAnsi="Arial" w:cs="Arial"/>
          <w:szCs w:val="24"/>
          <w:lang w:val="en-GB"/>
        </w:rPr>
        <w:t>i’w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gwneud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yn </w:t>
      </w:r>
      <w:proofErr w:type="spellStart"/>
      <w:r w:rsidRPr="00872AF6">
        <w:rPr>
          <w:rFonts w:ascii="Arial" w:hAnsi="Arial" w:cs="Arial"/>
          <w:szCs w:val="24"/>
          <w:lang w:val="en-GB"/>
        </w:rPr>
        <w:t>ofynnol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inni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gywiro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gwallau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yn y data </w:t>
      </w:r>
      <w:proofErr w:type="spellStart"/>
      <w:r w:rsidRPr="00872AF6">
        <w:rPr>
          <w:rFonts w:ascii="Arial" w:hAnsi="Arial" w:cs="Arial"/>
          <w:szCs w:val="24"/>
          <w:lang w:val="en-GB"/>
        </w:rPr>
        <w:t>hynny</w:t>
      </w:r>
      <w:proofErr w:type="spellEnd"/>
    </w:p>
    <w:p w14:paraId="78A46265" w14:textId="77777777" w:rsidR="00872AF6" w:rsidRPr="00872AF6" w:rsidRDefault="00872AF6" w:rsidP="00872AF6">
      <w:pPr>
        <w:numPr>
          <w:ilvl w:val="0"/>
          <w:numId w:val="15"/>
        </w:numPr>
        <w:spacing w:after="120"/>
        <w:rPr>
          <w:rFonts w:ascii="Arial" w:hAnsi="Arial" w:cs="Arial"/>
          <w:szCs w:val="24"/>
          <w:lang w:val="en-GB"/>
        </w:rPr>
      </w:pPr>
      <w:r w:rsidRPr="00872AF6">
        <w:rPr>
          <w:rFonts w:ascii="Arial" w:hAnsi="Arial" w:cs="Arial"/>
          <w:szCs w:val="24"/>
          <w:lang w:val="en-GB"/>
        </w:rPr>
        <w:t xml:space="preserve">(o dan rai </w:t>
      </w:r>
      <w:proofErr w:type="spellStart"/>
      <w:r w:rsidRPr="00872AF6">
        <w:rPr>
          <w:rFonts w:ascii="Arial" w:hAnsi="Arial" w:cs="Arial"/>
          <w:szCs w:val="24"/>
          <w:lang w:val="en-GB"/>
        </w:rPr>
        <w:t>amgylchiadau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) i </w:t>
      </w:r>
      <w:proofErr w:type="spellStart"/>
      <w:r w:rsidRPr="00872AF6">
        <w:rPr>
          <w:rFonts w:ascii="Arial" w:hAnsi="Arial" w:cs="Arial"/>
          <w:szCs w:val="24"/>
          <w:lang w:val="en-GB"/>
        </w:rPr>
        <w:t>wrthwynebu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prosesu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neu </w:t>
      </w:r>
      <w:proofErr w:type="spellStart"/>
      <w:r w:rsidRPr="00872AF6">
        <w:rPr>
          <w:rFonts w:ascii="Arial" w:hAnsi="Arial" w:cs="Arial"/>
          <w:szCs w:val="24"/>
          <w:lang w:val="en-GB"/>
        </w:rPr>
        <w:t>gyfyngu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ar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brosesu</w:t>
      </w:r>
      <w:proofErr w:type="spellEnd"/>
    </w:p>
    <w:p w14:paraId="555FC01D" w14:textId="77777777" w:rsidR="00872AF6" w:rsidRPr="00872AF6" w:rsidRDefault="00872AF6" w:rsidP="00872AF6">
      <w:pPr>
        <w:numPr>
          <w:ilvl w:val="0"/>
          <w:numId w:val="15"/>
        </w:numPr>
        <w:spacing w:after="120"/>
        <w:rPr>
          <w:rFonts w:ascii="Arial" w:hAnsi="Arial" w:cs="Arial"/>
          <w:szCs w:val="24"/>
          <w:lang w:val="en-GB"/>
        </w:rPr>
      </w:pPr>
      <w:r w:rsidRPr="00872AF6">
        <w:rPr>
          <w:rFonts w:ascii="Arial" w:hAnsi="Arial" w:cs="Arial"/>
          <w:szCs w:val="24"/>
          <w:lang w:val="en-GB"/>
        </w:rPr>
        <w:t xml:space="preserve">(o dan rai </w:t>
      </w:r>
      <w:proofErr w:type="spellStart"/>
      <w:r w:rsidRPr="00872AF6">
        <w:rPr>
          <w:rFonts w:ascii="Arial" w:hAnsi="Arial" w:cs="Arial"/>
          <w:szCs w:val="24"/>
          <w:lang w:val="en-GB"/>
        </w:rPr>
        <w:t>amgylchiadau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) </w:t>
      </w:r>
      <w:proofErr w:type="spellStart"/>
      <w:r w:rsidRPr="00872AF6">
        <w:rPr>
          <w:rFonts w:ascii="Arial" w:hAnsi="Arial" w:cs="Arial"/>
          <w:szCs w:val="24"/>
          <w:lang w:val="en-GB"/>
        </w:rPr>
        <w:t>i'ch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data </w:t>
      </w:r>
      <w:proofErr w:type="spellStart"/>
      <w:r w:rsidRPr="00872AF6">
        <w:rPr>
          <w:rFonts w:ascii="Arial" w:hAnsi="Arial" w:cs="Arial"/>
          <w:szCs w:val="24"/>
          <w:lang w:val="en-GB"/>
        </w:rPr>
        <w:t>gael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eu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‘</w:t>
      </w:r>
      <w:proofErr w:type="spellStart"/>
      <w:r w:rsidRPr="00872AF6">
        <w:rPr>
          <w:rFonts w:ascii="Arial" w:hAnsi="Arial" w:cs="Arial"/>
          <w:szCs w:val="24"/>
          <w:lang w:val="en-GB"/>
        </w:rPr>
        <w:t>dileu</w:t>
      </w:r>
      <w:proofErr w:type="spellEnd"/>
      <w:r w:rsidRPr="00872AF6">
        <w:rPr>
          <w:rFonts w:ascii="Arial" w:hAnsi="Arial" w:cs="Arial"/>
          <w:szCs w:val="24"/>
          <w:lang w:val="en-GB"/>
        </w:rPr>
        <w:t>’</w:t>
      </w:r>
    </w:p>
    <w:p w14:paraId="555A0973" w14:textId="77777777" w:rsidR="00872AF6" w:rsidRPr="00872AF6" w:rsidRDefault="00872AF6" w:rsidP="00872AF6">
      <w:pPr>
        <w:numPr>
          <w:ilvl w:val="0"/>
          <w:numId w:val="15"/>
        </w:numPr>
        <w:spacing w:after="120"/>
        <w:rPr>
          <w:rFonts w:ascii="Arial" w:hAnsi="Arial" w:cs="Arial"/>
          <w:szCs w:val="24"/>
          <w:lang w:val="en-GB"/>
        </w:rPr>
      </w:pPr>
      <w:r w:rsidRPr="00872AF6">
        <w:rPr>
          <w:rFonts w:ascii="Arial" w:hAnsi="Arial" w:cs="Arial"/>
          <w:szCs w:val="24"/>
          <w:lang w:val="en-GB"/>
        </w:rPr>
        <w:t xml:space="preserve">(o dan rai </w:t>
      </w:r>
      <w:proofErr w:type="spellStart"/>
      <w:r w:rsidRPr="00872AF6">
        <w:rPr>
          <w:rFonts w:ascii="Arial" w:hAnsi="Arial" w:cs="Arial"/>
          <w:szCs w:val="24"/>
          <w:lang w:val="en-GB"/>
        </w:rPr>
        <w:t>amgylchiadau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) i </w:t>
      </w:r>
      <w:proofErr w:type="spellStart"/>
      <w:r w:rsidRPr="00872AF6">
        <w:rPr>
          <w:rFonts w:ascii="Arial" w:hAnsi="Arial" w:cs="Arial"/>
          <w:szCs w:val="24"/>
          <w:lang w:val="en-GB"/>
        </w:rPr>
        <w:t>gludadwyedd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data</w:t>
      </w:r>
    </w:p>
    <w:p w14:paraId="7A2976B6" w14:textId="77777777" w:rsidR="00872AF6" w:rsidRPr="00872AF6" w:rsidRDefault="00872AF6" w:rsidP="00872AF6">
      <w:pPr>
        <w:numPr>
          <w:ilvl w:val="0"/>
          <w:numId w:val="15"/>
        </w:numPr>
        <w:spacing w:after="120"/>
        <w:rPr>
          <w:rFonts w:ascii="Arial" w:hAnsi="Arial" w:cs="Arial"/>
          <w:szCs w:val="24"/>
          <w:lang w:val="en-GB"/>
        </w:rPr>
      </w:pPr>
      <w:r w:rsidRPr="00872AF6">
        <w:rPr>
          <w:rFonts w:ascii="Arial" w:hAnsi="Arial" w:cs="Arial"/>
          <w:szCs w:val="24"/>
          <w:lang w:val="en-GB"/>
        </w:rPr>
        <w:t xml:space="preserve">i </w:t>
      </w:r>
      <w:proofErr w:type="spellStart"/>
      <w:r w:rsidRPr="00872AF6">
        <w:rPr>
          <w:rFonts w:ascii="Arial" w:hAnsi="Arial" w:cs="Arial"/>
          <w:szCs w:val="24"/>
          <w:lang w:val="en-GB"/>
        </w:rPr>
        <w:t>gyflwyno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cwyn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i Swyddfa’r </w:t>
      </w:r>
      <w:proofErr w:type="spellStart"/>
      <w:r w:rsidRPr="00872AF6">
        <w:rPr>
          <w:rFonts w:ascii="Arial" w:hAnsi="Arial" w:cs="Arial"/>
          <w:szCs w:val="24"/>
          <w:lang w:val="en-GB"/>
        </w:rPr>
        <w:t>Comisiynydd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Gwybodaeth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(SCG), </w:t>
      </w:r>
      <w:proofErr w:type="spellStart"/>
      <w:r w:rsidRPr="00872AF6">
        <w:rPr>
          <w:rFonts w:ascii="Arial" w:hAnsi="Arial" w:cs="Arial"/>
          <w:szCs w:val="24"/>
          <w:lang w:val="en-GB"/>
        </w:rPr>
        <w:t>ein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rheoleiddiwr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annibynnol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ar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gyfer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diogelu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data</w:t>
      </w:r>
    </w:p>
    <w:p w14:paraId="23BC2093" w14:textId="77777777" w:rsidR="00872AF6" w:rsidRPr="00872AF6" w:rsidRDefault="00872AF6" w:rsidP="00872AF6">
      <w:pPr>
        <w:spacing w:after="120"/>
        <w:rPr>
          <w:rFonts w:ascii="Arial" w:hAnsi="Arial" w:cs="Arial"/>
          <w:szCs w:val="24"/>
          <w:lang w:val="en-GB"/>
        </w:rPr>
      </w:pPr>
      <w:r w:rsidRPr="00872AF6">
        <w:rPr>
          <w:rFonts w:ascii="Arial" w:hAnsi="Arial" w:cs="Arial"/>
          <w:szCs w:val="24"/>
          <w:lang w:val="en-GB"/>
        </w:rPr>
        <w:t xml:space="preserve">Mae </w:t>
      </w:r>
      <w:proofErr w:type="spellStart"/>
      <w:r w:rsidRPr="00872AF6">
        <w:rPr>
          <w:rFonts w:ascii="Arial" w:hAnsi="Arial" w:cs="Arial"/>
          <w:szCs w:val="24"/>
          <w:lang w:val="en-GB"/>
        </w:rPr>
        <w:t>ymatebion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i </w:t>
      </w:r>
      <w:proofErr w:type="spellStart"/>
      <w:r w:rsidRPr="00872AF6">
        <w:rPr>
          <w:rFonts w:ascii="Arial" w:hAnsi="Arial" w:cs="Arial"/>
          <w:szCs w:val="24"/>
          <w:lang w:val="en-GB"/>
        </w:rPr>
        <w:t>ymgynghoriadau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yn </w:t>
      </w:r>
      <w:proofErr w:type="spellStart"/>
      <w:r w:rsidRPr="00872AF6">
        <w:rPr>
          <w:rFonts w:ascii="Arial" w:hAnsi="Arial" w:cs="Arial"/>
          <w:szCs w:val="24"/>
          <w:lang w:val="en-GB"/>
        </w:rPr>
        <w:t>debygol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o </w:t>
      </w:r>
      <w:proofErr w:type="spellStart"/>
      <w:r w:rsidRPr="00872AF6">
        <w:rPr>
          <w:rFonts w:ascii="Arial" w:hAnsi="Arial" w:cs="Arial"/>
          <w:szCs w:val="24"/>
          <w:lang w:val="en-GB"/>
        </w:rPr>
        <w:t>gael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eu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gwneud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yn </w:t>
      </w:r>
      <w:proofErr w:type="spellStart"/>
      <w:r w:rsidRPr="00872AF6">
        <w:rPr>
          <w:rFonts w:ascii="Arial" w:hAnsi="Arial" w:cs="Arial"/>
          <w:szCs w:val="24"/>
          <w:lang w:val="en-GB"/>
        </w:rPr>
        <w:t>gyhoeddus</w:t>
      </w:r>
      <w:proofErr w:type="spellEnd"/>
      <w:r w:rsidRPr="00872AF6">
        <w:rPr>
          <w:rFonts w:ascii="Arial" w:hAnsi="Arial" w:cs="Arial"/>
          <w:szCs w:val="24"/>
          <w:lang w:val="en-GB"/>
        </w:rPr>
        <w:t>.</w:t>
      </w:r>
    </w:p>
    <w:p w14:paraId="033A7602" w14:textId="77777777" w:rsidR="00872AF6" w:rsidRPr="00872AF6" w:rsidRDefault="00872AF6" w:rsidP="00872AF6">
      <w:pPr>
        <w:spacing w:after="120"/>
        <w:rPr>
          <w:rFonts w:ascii="Arial" w:hAnsi="Arial" w:cs="Arial"/>
          <w:szCs w:val="24"/>
          <w:lang w:val="en-GB"/>
        </w:rPr>
      </w:pPr>
      <w:r w:rsidRPr="00872AF6">
        <w:rPr>
          <w:rFonts w:ascii="Arial" w:hAnsi="Arial" w:cs="Arial"/>
          <w:szCs w:val="24"/>
          <w:lang w:val="en-GB"/>
        </w:rPr>
        <w:t xml:space="preserve">I </w:t>
      </w:r>
      <w:proofErr w:type="spellStart"/>
      <w:r w:rsidRPr="00872AF6">
        <w:rPr>
          <w:rFonts w:ascii="Arial" w:hAnsi="Arial" w:cs="Arial"/>
          <w:szCs w:val="24"/>
          <w:lang w:val="en-GB"/>
        </w:rPr>
        <w:t>gael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rhagor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o </w:t>
      </w:r>
      <w:proofErr w:type="spellStart"/>
      <w:r w:rsidRPr="00872AF6">
        <w:rPr>
          <w:rFonts w:ascii="Arial" w:hAnsi="Arial" w:cs="Arial"/>
          <w:szCs w:val="24"/>
          <w:lang w:val="en-GB"/>
        </w:rPr>
        <w:t>fanylion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am yr </w:t>
      </w:r>
      <w:proofErr w:type="spellStart"/>
      <w:r w:rsidRPr="00872AF6">
        <w:rPr>
          <w:rFonts w:ascii="Arial" w:hAnsi="Arial" w:cs="Arial"/>
          <w:szCs w:val="24"/>
          <w:lang w:val="en-GB"/>
        </w:rPr>
        <w:t>wybodaeth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 </w:t>
      </w:r>
      <w:proofErr w:type="spellStart"/>
      <w:r w:rsidRPr="00872AF6">
        <w:rPr>
          <w:rFonts w:ascii="Arial" w:hAnsi="Arial" w:cs="Arial"/>
          <w:szCs w:val="24"/>
          <w:lang w:val="en-GB"/>
        </w:rPr>
        <w:t>mae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Llywodraeth Cymru yn </w:t>
      </w:r>
      <w:proofErr w:type="spellStart"/>
      <w:r w:rsidRPr="00872AF6">
        <w:rPr>
          <w:rFonts w:ascii="Arial" w:hAnsi="Arial" w:cs="Arial"/>
          <w:szCs w:val="24"/>
          <w:lang w:val="en-GB"/>
        </w:rPr>
        <w:t>ei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chadw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ac am y </w:t>
      </w:r>
      <w:proofErr w:type="spellStart"/>
      <w:r w:rsidRPr="00872AF6">
        <w:rPr>
          <w:rFonts w:ascii="Arial" w:hAnsi="Arial" w:cs="Arial"/>
          <w:szCs w:val="24"/>
          <w:lang w:val="en-GB"/>
        </w:rPr>
        <w:t>defnydd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a </w:t>
      </w:r>
      <w:proofErr w:type="spellStart"/>
      <w:r w:rsidRPr="00872AF6">
        <w:rPr>
          <w:rFonts w:ascii="Arial" w:hAnsi="Arial" w:cs="Arial"/>
          <w:szCs w:val="24"/>
          <w:lang w:val="en-GB"/>
        </w:rPr>
        <w:t>wneir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ohoni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, neu </w:t>
      </w:r>
      <w:proofErr w:type="spellStart"/>
      <w:r w:rsidRPr="00872AF6">
        <w:rPr>
          <w:rFonts w:ascii="Arial" w:hAnsi="Arial" w:cs="Arial"/>
          <w:szCs w:val="24"/>
          <w:lang w:val="en-GB"/>
        </w:rPr>
        <w:t>os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ydych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am </w:t>
      </w:r>
      <w:proofErr w:type="spellStart"/>
      <w:r w:rsidRPr="00872AF6">
        <w:rPr>
          <w:rFonts w:ascii="Arial" w:hAnsi="Arial" w:cs="Arial"/>
          <w:szCs w:val="24"/>
          <w:lang w:val="en-GB"/>
        </w:rPr>
        <w:t>arfer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eich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hawliau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o dan y </w:t>
      </w:r>
      <w:proofErr w:type="spellStart"/>
      <w:r w:rsidRPr="00872AF6">
        <w:rPr>
          <w:rFonts w:ascii="Arial" w:hAnsi="Arial" w:cs="Arial"/>
          <w:szCs w:val="24"/>
          <w:lang w:val="en-GB"/>
        </w:rPr>
        <w:t>Rheoliad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Cyffredinol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ar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Ddiogelu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Data, </w:t>
      </w:r>
      <w:proofErr w:type="spellStart"/>
      <w:r w:rsidRPr="00872AF6">
        <w:rPr>
          <w:rFonts w:ascii="Arial" w:hAnsi="Arial" w:cs="Arial"/>
          <w:szCs w:val="24"/>
          <w:lang w:val="en-GB"/>
        </w:rPr>
        <w:t>gweler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 </w:t>
      </w:r>
      <w:proofErr w:type="spellStart"/>
      <w:r w:rsidRPr="00872AF6">
        <w:rPr>
          <w:rFonts w:ascii="Arial" w:hAnsi="Arial" w:cs="Arial"/>
          <w:szCs w:val="24"/>
          <w:lang w:val="en-GB"/>
        </w:rPr>
        <w:t>manylion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cyswllt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isod</w:t>
      </w:r>
      <w:proofErr w:type="spellEnd"/>
      <w:r w:rsidRPr="00872AF6">
        <w:rPr>
          <w:rFonts w:ascii="Arial" w:hAnsi="Arial" w:cs="Arial"/>
          <w:szCs w:val="24"/>
          <w:lang w:val="en-GB"/>
        </w:rPr>
        <w:t>:</w:t>
      </w:r>
    </w:p>
    <w:p w14:paraId="74CDCC97" w14:textId="77777777" w:rsidR="00872AF6" w:rsidRPr="00872AF6" w:rsidRDefault="00872AF6" w:rsidP="00872AF6">
      <w:pPr>
        <w:spacing w:after="120"/>
        <w:rPr>
          <w:rFonts w:ascii="Arial" w:hAnsi="Arial" w:cs="Arial"/>
          <w:szCs w:val="24"/>
          <w:lang w:val="en-GB"/>
        </w:rPr>
      </w:pPr>
      <w:r w:rsidRPr="00872AF6">
        <w:rPr>
          <w:rFonts w:ascii="Arial" w:hAnsi="Arial" w:cs="Arial"/>
          <w:szCs w:val="24"/>
          <w:lang w:val="en-GB"/>
        </w:rPr>
        <w:t xml:space="preserve">Y </w:t>
      </w:r>
      <w:proofErr w:type="spellStart"/>
      <w:r w:rsidRPr="00872AF6">
        <w:rPr>
          <w:rFonts w:ascii="Arial" w:hAnsi="Arial" w:cs="Arial"/>
          <w:szCs w:val="24"/>
          <w:lang w:val="en-GB"/>
        </w:rPr>
        <w:t>Swyddog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Diogelu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Data</w:t>
      </w:r>
    </w:p>
    <w:p w14:paraId="162EC0F6" w14:textId="77777777" w:rsidR="00872AF6" w:rsidRPr="00872AF6" w:rsidRDefault="00872AF6" w:rsidP="00872AF6">
      <w:pPr>
        <w:spacing w:after="120"/>
        <w:rPr>
          <w:rFonts w:ascii="Arial" w:hAnsi="Arial" w:cs="Arial"/>
          <w:szCs w:val="24"/>
          <w:lang w:val="en-GB"/>
        </w:rPr>
      </w:pPr>
      <w:r w:rsidRPr="00872AF6">
        <w:rPr>
          <w:rFonts w:ascii="Arial" w:hAnsi="Arial" w:cs="Arial"/>
          <w:szCs w:val="24"/>
          <w:lang w:val="en-GB"/>
        </w:rPr>
        <w:t xml:space="preserve">Y </w:t>
      </w:r>
      <w:proofErr w:type="spellStart"/>
      <w:r w:rsidRPr="00872AF6">
        <w:rPr>
          <w:rFonts w:ascii="Arial" w:hAnsi="Arial" w:cs="Arial"/>
          <w:szCs w:val="24"/>
          <w:lang w:val="en-GB"/>
        </w:rPr>
        <w:t>Swyddog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Diogelu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Data</w:t>
      </w:r>
      <w:r w:rsidRPr="00872AF6">
        <w:rPr>
          <w:rFonts w:ascii="Arial" w:hAnsi="Arial" w:cs="Arial"/>
          <w:szCs w:val="24"/>
          <w:lang w:val="en-GB"/>
        </w:rPr>
        <w:br/>
        <w:t>Llywodraeth Cymru</w:t>
      </w:r>
      <w:r w:rsidRPr="00872AF6">
        <w:rPr>
          <w:rFonts w:ascii="Arial" w:hAnsi="Arial" w:cs="Arial"/>
          <w:szCs w:val="24"/>
          <w:lang w:val="en-GB"/>
        </w:rPr>
        <w:br/>
        <w:t>Parc Cathays</w:t>
      </w:r>
      <w:r w:rsidRPr="00872AF6">
        <w:rPr>
          <w:rFonts w:ascii="Arial" w:hAnsi="Arial" w:cs="Arial"/>
          <w:szCs w:val="24"/>
          <w:lang w:val="en-GB"/>
        </w:rPr>
        <w:br/>
      </w:r>
      <w:proofErr w:type="spellStart"/>
      <w:r w:rsidRPr="00872AF6">
        <w:rPr>
          <w:rFonts w:ascii="Arial" w:hAnsi="Arial" w:cs="Arial"/>
          <w:szCs w:val="24"/>
          <w:lang w:val="en-GB"/>
        </w:rPr>
        <w:t>Caerdydd</w:t>
      </w:r>
      <w:proofErr w:type="spellEnd"/>
      <w:r w:rsidRPr="00872AF6">
        <w:rPr>
          <w:rFonts w:ascii="Arial" w:hAnsi="Arial" w:cs="Arial"/>
          <w:szCs w:val="24"/>
          <w:lang w:val="en-GB"/>
        </w:rPr>
        <w:br/>
        <w:t>CF10 3NQ</w:t>
      </w:r>
    </w:p>
    <w:p w14:paraId="1AAD4A67" w14:textId="77777777" w:rsidR="00872AF6" w:rsidRPr="00872AF6" w:rsidRDefault="00872AF6" w:rsidP="00872AF6">
      <w:pPr>
        <w:spacing w:after="120"/>
        <w:rPr>
          <w:rFonts w:ascii="Arial" w:hAnsi="Arial" w:cs="Arial"/>
          <w:szCs w:val="24"/>
          <w:lang w:val="en-GB"/>
        </w:rPr>
      </w:pPr>
      <w:r w:rsidRPr="00872AF6">
        <w:rPr>
          <w:rFonts w:ascii="Arial" w:hAnsi="Arial" w:cs="Arial"/>
          <w:szCs w:val="24"/>
          <w:lang w:val="en-GB"/>
        </w:rPr>
        <w:t>E-</w:t>
      </w:r>
      <w:proofErr w:type="spellStart"/>
      <w:r w:rsidRPr="00872AF6">
        <w:rPr>
          <w:rFonts w:ascii="Arial" w:hAnsi="Arial" w:cs="Arial"/>
          <w:szCs w:val="24"/>
          <w:lang w:val="en-GB"/>
        </w:rPr>
        <w:t>bost</w:t>
      </w:r>
      <w:proofErr w:type="spellEnd"/>
      <w:r w:rsidRPr="00872AF6">
        <w:rPr>
          <w:rFonts w:ascii="Arial" w:hAnsi="Arial" w:cs="Arial"/>
          <w:szCs w:val="24"/>
          <w:lang w:val="en-GB"/>
        </w:rPr>
        <w:t>: </w:t>
      </w:r>
      <w:hyperlink r:id="rId9" w:history="1">
        <w:r w:rsidRPr="00872AF6">
          <w:rPr>
            <w:rStyle w:val="Hyperlink"/>
            <w:rFonts w:ascii="Arial" w:hAnsi="Arial" w:cs="Arial"/>
            <w:szCs w:val="24"/>
            <w:lang w:val="en-GB"/>
          </w:rPr>
          <w:t>data.protectionofficer@llyw.cymru</w:t>
        </w:r>
      </w:hyperlink>
    </w:p>
    <w:p w14:paraId="050C0B44" w14:textId="77777777" w:rsidR="00872AF6" w:rsidRPr="00872AF6" w:rsidRDefault="00872AF6" w:rsidP="00872AF6">
      <w:pPr>
        <w:spacing w:after="120"/>
        <w:rPr>
          <w:rFonts w:ascii="Arial" w:hAnsi="Arial" w:cs="Arial"/>
          <w:szCs w:val="24"/>
          <w:lang w:val="en-GB"/>
        </w:rPr>
      </w:pPr>
      <w:r w:rsidRPr="00872AF6">
        <w:rPr>
          <w:rFonts w:ascii="Arial" w:hAnsi="Arial" w:cs="Arial"/>
          <w:szCs w:val="24"/>
          <w:lang w:val="en-GB"/>
        </w:rPr>
        <w:t xml:space="preserve">Swyddfa'r </w:t>
      </w:r>
      <w:proofErr w:type="spellStart"/>
      <w:r w:rsidRPr="00872AF6">
        <w:rPr>
          <w:rFonts w:ascii="Arial" w:hAnsi="Arial" w:cs="Arial"/>
          <w:szCs w:val="24"/>
          <w:lang w:val="en-GB"/>
        </w:rPr>
        <w:t>Comisiynydd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Gwybodaeth</w:t>
      </w:r>
      <w:proofErr w:type="spellEnd"/>
    </w:p>
    <w:p w14:paraId="3A18EBDF" w14:textId="77777777" w:rsidR="00872AF6" w:rsidRPr="00872AF6" w:rsidRDefault="00872AF6" w:rsidP="00872AF6">
      <w:pPr>
        <w:spacing w:after="120"/>
        <w:rPr>
          <w:rFonts w:ascii="Arial" w:hAnsi="Arial" w:cs="Arial"/>
          <w:szCs w:val="24"/>
          <w:lang w:val="en-GB"/>
        </w:rPr>
      </w:pPr>
      <w:r w:rsidRPr="00872AF6">
        <w:rPr>
          <w:rFonts w:ascii="Arial" w:hAnsi="Arial" w:cs="Arial"/>
          <w:szCs w:val="24"/>
          <w:lang w:val="en-GB"/>
        </w:rPr>
        <w:t xml:space="preserve">Swyddfa'r </w:t>
      </w:r>
      <w:proofErr w:type="spellStart"/>
      <w:r w:rsidRPr="00872AF6">
        <w:rPr>
          <w:rFonts w:ascii="Arial" w:hAnsi="Arial" w:cs="Arial"/>
          <w:szCs w:val="24"/>
          <w:lang w:val="en-GB"/>
        </w:rPr>
        <w:t>Comisiynydd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Gwybodaeth</w:t>
      </w:r>
      <w:proofErr w:type="spellEnd"/>
      <w:r w:rsidRPr="00872AF6">
        <w:rPr>
          <w:rFonts w:ascii="Arial" w:hAnsi="Arial" w:cs="Arial"/>
          <w:szCs w:val="24"/>
          <w:lang w:val="en-GB"/>
        </w:rPr>
        <w:br/>
        <w:t>Wycliffe House</w:t>
      </w:r>
      <w:r w:rsidRPr="00872AF6">
        <w:rPr>
          <w:rFonts w:ascii="Arial" w:hAnsi="Arial" w:cs="Arial"/>
          <w:szCs w:val="24"/>
          <w:lang w:val="en-GB"/>
        </w:rPr>
        <w:br/>
        <w:t>Water Lane</w:t>
      </w:r>
      <w:r w:rsidRPr="00872AF6">
        <w:rPr>
          <w:rFonts w:ascii="Arial" w:hAnsi="Arial" w:cs="Arial"/>
          <w:szCs w:val="24"/>
          <w:lang w:val="en-GB"/>
        </w:rPr>
        <w:br/>
        <w:t>Wilmslow</w:t>
      </w:r>
      <w:r w:rsidRPr="00872AF6">
        <w:rPr>
          <w:rFonts w:ascii="Arial" w:hAnsi="Arial" w:cs="Arial"/>
          <w:szCs w:val="24"/>
          <w:lang w:val="en-GB"/>
        </w:rPr>
        <w:br/>
        <w:t>Cheshire</w:t>
      </w:r>
      <w:r w:rsidRPr="00872AF6">
        <w:rPr>
          <w:rFonts w:ascii="Arial" w:hAnsi="Arial" w:cs="Arial"/>
          <w:szCs w:val="24"/>
          <w:lang w:val="en-GB"/>
        </w:rPr>
        <w:br/>
        <w:t>SK9 5AF</w:t>
      </w:r>
    </w:p>
    <w:p w14:paraId="691D9E61" w14:textId="77777777" w:rsidR="00872AF6" w:rsidRPr="00872AF6" w:rsidRDefault="00872AF6" w:rsidP="00872AF6">
      <w:pPr>
        <w:spacing w:after="120"/>
        <w:rPr>
          <w:rFonts w:ascii="Arial" w:hAnsi="Arial" w:cs="Arial"/>
          <w:szCs w:val="24"/>
          <w:lang w:val="en-GB"/>
        </w:rPr>
      </w:pPr>
      <w:proofErr w:type="spellStart"/>
      <w:proofErr w:type="gramStart"/>
      <w:r w:rsidRPr="00872AF6">
        <w:rPr>
          <w:rFonts w:ascii="Arial" w:hAnsi="Arial" w:cs="Arial"/>
          <w:szCs w:val="24"/>
          <w:lang w:val="en-GB"/>
        </w:rPr>
        <w:t>Ffôn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:</w:t>
      </w:r>
      <w:proofErr w:type="gramEnd"/>
      <w:r w:rsidRPr="00872AF6">
        <w:rPr>
          <w:rFonts w:ascii="Arial" w:hAnsi="Arial" w:cs="Arial"/>
          <w:szCs w:val="24"/>
          <w:lang w:val="en-GB"/>
        </w:rPr>
        <w:t xml:space="preserve"> 01625 545 745 neu 0303 123 1113</w:t>
      </w:r>
    </w:p>
    <w:p w14:paraId="3051DD4F" w14:textId="77777777" w:rsidR="00872AF6" w:rsidRPr="00872AF6" w:rsidRDefault="00872AF6" w:rsidP="00872AF6">
      <w:pPr>
        <w:spacing w:after="120"/>
        <w:rPr>
          <w:rFonts w:ascii="Arial" w:hAnsi="Arial" w:cs="Arial"/>
          <w:szCs w:val="24"/>
          <w:lang w:val="en-GB"/>
        </w:rPr>
      </w:pPr>
      <w:proofErr w:type="spellStart"/>
      <w:r w:rsidRPr="00872AF6">
        <w:rPr>
          <w:rFonts w:ascii="Arial" w:hAnsi="Arial" w:cs="Arial"/>
          <w:szCs w:val="24"/>
          <w:lang w:val="en-GB"/>
        </w:rPr>
        <w:t>Gwefan</w:t>
      </w:r>
      <w:proofErr w:type="spellEnd"/>
      <w:r w:rsidRPr="00872AF6">
        <w:rPr>
          <w:rFonts w:ascii="Arial" w:hAnsi="Arial" w:cs="Arial"/>
          <w:szCs w:val="24"/>
          <w:lang w:val="en-GB"/>
        </w:rPr>
        <w:t>: </w:t>
      </w:r>
      <w:hyperlink r:id="rId10" w:history="1">
        <w:r w:rsidRPr="00872AF6">
          <w:rPr>
            <w:rStyle w:val="Hyperlink"/>
            <w:rFonts w:ascii="Arial" w:hAnsi="Arial" w:cs="Arial"/>
            <w:szCs w:val="24"/>
            <w:lang w:val="en-GB"/>
          </w:rPr>
          <w:t>ico.org.uk</w:t>
        </w:r>
      </w:hyperlink>
    </w:p>
    <w:p w14:paraId="3BABA4F3" w14:textId="77777777" w:rsidR="00872AF6" w:rsidRDefault="00872AF6" w:rsidP="00872AF6">
      <w:pPr>
        <w:spacing w:after="120"/>
        <w:rPr>
          <w:rFonts w:ascii="Arial" w:hAnsi="Arial" w:cs="Arial"/>
          <w:szCs w:val="24"/>
          <w:lang w:val="en-GB"/>
        </w:rPr>
      </w:pPr>
    </w:p>
    <w:p w14:paraId="36493237" w14:textId="77777777" w:rsidR="00872AF6" w:rsidRDefault="00872AF6" w:rsidP="00872AF6">
      <w:pPr>
        <w:spacing w:after="120"/>
        <w:rPr>
          <w:rFonts w:ascii="Arial" w:hAnsi="Arial" w:cs="Arial"/>
          <w:szCs w:val="24"/>
          <w:lang w:val="en-GB"/>
        </w:rPr>
      </w:pPr>
    </w:p>
    <w:p w14:paraId="083502E6" w14:textId="77777777" w:rsidR="00872AF6" w:rsidRDefault="00872AF6" w:rsidP="00872AF6">
      <w:pPr>
        <w:spacing w:after="120"/>
        <w:rPr>
          <w:rFonts w:ascii="Arial" w:hAnsi="Arial" w:cs="Arial"/>
          <w:szCs w:val="24"/>
          <w:lang w:val="en-GB"/>
        </w:rPr>
      </w:pPr>
    </w:p>
    <w:p w14:paraId="4FA3F305" w14:textId="311831A3" w:rsidR="00872AF6" w:rsidRPr="00872AF6" w:rsidRDefault="00872AF6" w:rsidP="00872AF6">
      <w:pPr>
        <w:spacing w:after="120"/>
        <w:rPr>
          <w:rFonts w:ascii="Arial" w:hAnsi="Arial" w:cs="Arial"/>
          <w:szCs w:val="24"/>
          <w:lang w:val="en-GB"/>
        </w:rPr>
      </w:pPr>
      <w:proofErr w:type="spellStart"/>
      <w:r w:rsidRPr="00872AF6">
        <w:rPr>
          <w:rFonts w:ascii="Arial" w:hAnsi="Arial" w:cs="Arial"/>
          <w:szCs w:val="24"/>
          <w:lang w:val="en-GB"/>
        </w:rPr>
        <w:lastRenderedPageBreak/>
        <w:t>Rheoliad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Cyffredinol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 DU </w:t>
      </w:r>
      <w:proofErr w:type="spellStart"/>
      <w:r w:rsidRPr="00872AF6">
        <w:rPr>
          <w:rFonts w:ascii="Arial" w:hAnsi="Arial" w:cs="Arial"/>
          <w:szCs w:val="24"/>
          <w:lang w:val="en-GB"/>
        </w:rPr>
        <w:t>ar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Ddiogelu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Data (UK GDPR)</w:t>
      </w:r>
    </w:p>
    <w:p w14:paraId="5FAEE00E" w14:textId="77777777" w:rsidR="00872AF6" w:rsidRPr="00872AF6" w:rsidRDefault="00872AF6" w:rsidP="00872AF6">
      <w:pPr>
        <w:spacing w:after="120"/>
        <w:rPr>
          <w:rFonts w:ascii="Arial" w:hAnsi="Arial" w:cs="Arial"/>
          <w:szCs w:val="24"/>
          <w:lang w:val="en-GB"/>
        </w:rPr>
      </w:pPr>
      <w:r w:rsidRPr="00872AF6">
        <w:rPr>
          <w:rFonts w:ascii="Arial" w:hAnsi="Arial" w:cs="Arial"/>
          <w:szCs w:val="24"/>
          <w:lang w:val="en-GB"/>
        </w:rPr>
        <w:t xml:space="preserve">Llywodraeth Cymru </w:t>
      </w:r>
      <w:proofErr w:type="spellStart"/>
      <w:r w:rsidRPr="00872AF6">
        <w:rPr>
          <w:rFonts w:ascii="Arial" w:hAnsi="Arial" w:cs="Arial"/>
          <w:szCs w:val="24"/>
          <w:lang w:val="en-GB"/>
        </w:rPr>
        <w:t>fydd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 </w:t>
      </w:r>
      <w:proofErr w:type="spellStart"/>
      <w:r w:rsidRPr="00872AF6">
        <w:rPr>
          <w:rFonts w:ascii="Arial" w:hAnsi="Arial" w:cs="Arial"/>
          <w:szCs w:val="24"/>
          <w:lang w:val="en-GB"/>
        </w:rPr>
        <w:t>rheolydd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data </w:t>
      </w:r>
      <w:proofErr w:type="spellStart"/>
      <w:r w:rsidRPr="00872AF6">
        <w:rPr>
          <w:rFonts w:ascii="Arial" w:hAnsi="Arial" w:cs="Arial"/>
          <w:szCs w:val="24"/>
          <w:lang w:val="en-GB"/>
        </w:rPr>
        <w:t>ar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gyfer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unrhyw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ddata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personol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a </w:t>
      </w:r>
      <w:proofErr w:type="spellStart"/>
      <w:r w:rsidRPr="00872AF6">
        <w:rPr>
          <w:rFonts w:ascii="Arial" w:hAnsi="Arial" w:cs="Arial"/>
          <w:szCs w:val="24"/>
          <w:lang w:val="en-GB"/>
        </w:rPr>
        <w:t>roddir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gennych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wrth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ichi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ymateb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i'r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ymgynghoriad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. Mae </w:t>
      </w:r>
      <w:proofErr w:type="spellStart"/>
      <w:r w:rsidRPr="00872AF6">
        <w:rPr>
          <w:rFonts w:ascii="Arial" w:hAnsi="Arial" w:cs="Arial"/>
          <w:szCs w:val="24"/>
          <w:lang w:val="en-GB"/>
        </w:rPr>
        <w:t>gan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Weinidogion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Cymru </w:t>
      </w:r>
      <w:proofErr w:type="spellStart"/>
      <w:r w:rsidRPr="00872AF6">
        <w:rPr>
          <w:rFonts w:ascii="Arial" w:hAnsi="Arial" w:cs="Arial"/>
          <w:szCs w:val="24"/>
          <w:lang w:val="en-GB"/>
        </w:rPr>
        <w:t>bwerau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statudol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 </w:t>
      </w:r>
      <w:proofErr w:type="spellStart"/>
      <w:r w:rsidRPr="00872AF6">
        <w:rPr>
          <w:rFonts w:ascii="Arial" w:hAnsi="Arial" w:cs="Arial"/>
          <w:szCs w:val="24"/>
          <w:lang w:val="en-GB"/>
        </w:rPr>
        <w:t>byddant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yn </w:t>
      </w:r>
      <w:proofErr w:type="spellStart"/>
      <w:r w:rsidRPr="00872AF6">
        <w:rPr>
          <w:rFonts w:ascii="Arial" w:hAnsi="Arial" w:cs="Arial"/>
          <w:szCs w:val="24"/>
          <w:lang w:val="en-GB"/>
        </w:rPr>
        <w:t>dibynnu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arnynt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i </w:t>
      </w:r>
      <w:proofErr w:type="spellStart"/>
      <w:r w:rsidRPr="00872AF6">
        <w:rPr>
          <w:rFonts w:ascii="Arial" w:hAnsi="Arial" w:cs="Arial"/>
          <w:szCs w:val="24"/>
          <w:lang w:val="en-GB"/>
        </w:rPr>
        <w:t>brosesu’r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data </w:t>
      </w:r>
      <w:proofErr w:type="spellStart"/>
      <w:r w:rsidRPr="00872AF6">
        <w:rPr>
          <w:rFonts w:ascii="Arial" w:hAnsi="Arial" w:cs="Arial"/>
          <w:szCs w:val="24"/>
          <w:lang w:val="en-GB"/>
        </w:rPr>
        <w:t>personol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hyn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a </w:t>
      </w:r>
      <w:proofErr w:type="spellStart"/>
      <w:r w:rsidRPr="00872AF6">
        <w:rPr>
          <w:rFonts w:ascii="Arial" w:hAnsi="Arial" w:cs="Arial"/>
          <w:szCs w:val="24"/>
          <w:lang w:val="en-GB"/>
        </w:rPr>
        <w:t>fydd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yn </w:t>
      </w:r>
      <w:proofErr w:type="spellStart"/>
      <w:r w:rsidRPr="00872AF6">
        <w:rPr>
          <w:rFonts w:ascii="Arial" w:hAnsi="Arial" w:cs="Arial"/>
          <w:szCs w:val="24"/>
          <w:lang w:val="en-GB"/>
        </w:rPr>
        <w:t>eu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galluogi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i </w:t>
      </w:r>
      <w:proofErr w:type="spellStart"/>
      <w:r w:rsidRPr="00872AF6">
        <w:rPr>
          <w:rFonts w:ascii="Arial" w:hAnsi="Arial" w:cs="Arial"/>
          <w:szCs w:val="24"/>
          <w:lang w:val="en-GB"/>
        </w:rPr>
        <w:t>wneud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penderfyniadau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cytbwys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ynghylch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sut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 </w:t>
      </w:r>
      <w:proofErr w:type="spellStart"/>
      <w:r w:rsidRPr="00872AF6">
        <w:rPr>
          <w:rFonts w:ascii="Arial" w:hAnsi="Arial" w:cs="Arial"/>
          <w:szCs w:val="24"/>
          <w:lang w:val="en-GB"/>
        </w:rPr>
        <w:t>maent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yn </w:t>
      </w:r>
      <w:proofErr w:type="spellStart"/>
      <w:r w:rsidRPr="00872AF6">
        <w:rPr>
          <w:rFonts w:ascii="Arial" w:hAnsi="Arial" w:cs="Arial"/>
          <w:szCs w:val="24"/>
          <w:lang w:val="en-GB"/>
        </w:rPr>
        <w:t>cyflawni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eu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swyddogaethau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cyhoeddus</w:t>
      </w:r>
      <w:proofErr w:type="spellEnd"/>
      <w:r w:rsidRPr="00872AF6">
        <w:rPr>
          <w:rFonts w:ascii="Arial" w:hAnsi="Arial" w:cs="Arial"/>
          <w:szCs w:val="24"/>
          <w:lang w:val="en-GB"/>
        </w:rPr>
        <w:t>.</w:t>
      </w:r>
    </w:p>
    <w:p w14:paraId="52D65FBD" w14:textId="77777777" w:rsidR="00872AF6" w:rsidRPr="00872AF6" w:rsidRDefault="00872AF6" w:rsidP="00872AF6">
      <w:pPr>
        <w:spacing w:after="120"/>
        <w:rPr>
          <w:rFonts w:ascii="Arial" w:hAnsi="Arial" w:cs="Arial"/>
          <w:szCs w:val="24"/>
          <w:lang w:val="en-GB"/>
        </w:rPr>
      </w:pPr>
      <w:proofErr w:type="spellStart"/>
      <w:r w:rsidRPr="00872AF6">
        <w:rPr>
          <w:rFonts w:ascii="Arial" w:hAnsi="Arial" w:cs="Arial"/>
          <w:szCs w:val="24"/>
          <w:lang w:val="en-GB"/>
        </w:rPr>
        <w:t>Bydd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unrhyw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ymateb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a </w:t>
      </w:r>
      <w:proofErr w:type="spellStart"/>
      <w:r w:rsidRPr="00872AF6">
        <w:rPr>
          <w:rFonts w:ascii="Arial" w:hAnsi="Arial" w:cs="Arial"/>
          <w:szCs w:val="24"/>
          <w:lang w:val="en-GB"/>
        </w:rPr>
        <w:t>anfonwch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atom yn </w:t>
      </w:r>
      <w:proofErr w:type="spellStart"/>
      <w:r w:rsidRPr="00872AF6">
        <w:rPr>
          <w:rFonts w:ascii="Arial" w:hAnsi="Arial" w:cs="Arial"/>
          <w:szCs w:val="24"/>
          <w:lang w:val="en-GB"/>
        </w:rPr>
        <w:t>cael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ei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weld yn </w:t>
      </w:r>
      <w:proofErr w:type="spellStart"/>
      <w:r w:rsidRPr="00872AF6">
        <w:rPr>
          <w:rFonts w:ascii="Arial" w:hAnsi="Arial" w:cs="Arial"/>
          <w:szCs w:val="24"/>
          <w:lang w:val="en-GB"/>
        </w:rPr>
        <w:t>llawn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gan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staff Llywodraeth Cymru </w:t>
      </w:r>
      <w:proofErr w:type="spellStart"/>
      <w:r w:rsidRPr="00872AF6">
        <w:rPr>
          <w:rFonts w:ascii="Arial" w:hAnsi="Arial" w:cs="Arial"/>
          <w:szCs w:val="24"/>
          <w:lang w:val="en-GB"/>
        </w:rPr>
        <w:t>sy'n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gweithio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ar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 </w:t>
      </w:r>
      <w:proofErr w:type="spellStart"/>
      <w:r w:rsidRPr="00872AF6">
        <w:rPr>
          <w:rFonts w:ascii="Arial" w:hAnsi="Arial" w:cs="Arial"/>
          <w:szCs w:val="24"/>
          <w:lang w:val="en-GB"/>
        </w:rPr>
        <w:t>materion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 </w:t>
      </w:r>
      <w:proofErr w:type="spellStart"/>
      <w:r w:rsidRPr="00872AF6">
        <w:rPr>
          <w:rFonts w:ascii="Arial" w:hAnsi="Arial" w:cs="Arial"/>
          <w:szCs w:val="24"/>
          <w:lang w:val="en-GB"/>
        </w:rPr>
        <w:t>mae'r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ymgynghoriad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hwn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yn </w:t>
      </w:r>
      <w:proofErr w:type="spellStart"/>
      <w:r w:rsidRPr="00872AF6">
        <w:rPr>
          <w:rFonts w:ascii="Arial" w:hAnsi="Arial" w:cs="Arial"/>
          <w:szCs w:val="24"/>
          <w:lang w:val="en-GB"/>
        </w:rPr>
        <w:t>ymwneud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â </w:t>
      </w:r>
      <w:proofErr w:type="spellStart"/>
      <w:r w:rsidRPr="00872AF6">
        <w:rPr>
          <w:rFonts w:ascii="Arial" w:hAnsi="Arial" w:cs="Arial"/>
          <w:szCs w:val="24"/>
          <w:lang w:val="en-GB"/>
        </w:rPr>
        <w:t>nhw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neu </w:t>
      </w:r>
      <w:proofErr w:type="spellStart"/>
      <w:r w:rsidRPr="00872AF6">
        <w:rPr>
          <w:rFonts w:ascii="Arial" w:hAnsi="Arial" w:cs="Arial"/>
          <w:szCs w:val="24"/>
          <w:lang w:val="en-GB"/>
        </w:rPr>
        <w:t>sy’n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cynllunio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ymgynghoriadau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ar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gyfer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 </w:t>
      </w:r>
      <w:proofErr w:type="spellStart"/>
      <w:r w:rsidRPr="00872AF6">
        <w:rPr>
          <w:rFonts w:ascii="Arial" w:hAnsi="Arial" w:cs="Arial"/>
          <w:szCs w:val="24"/>
          <w:lang w:val="en-GB"/>
        </w:rPr>
        <w:t>dyfodol</w:t>
      </w:r>
      <w:proofErr w:type="spellEnd"/>
      <w:r w:rsidRPr="00872AF6">
        <w:rPr>
          <w:rFonts w:ascii="Arial" w:hAnsi="Arial" w:cs="Arial"/>
          <w:szCs w:val="24"/>
          <w:lang w:val="en-GB"/>
        </w:rPr>
        <w:t>.</w:t>
      </w:r>
    </w:p>
    <w:p w14:paraId="0523A9A9" w14:textId="77777777" w:rsidR="00872AF6" w:rsidRPr="00872AF6" w:rsidRDefault="00872AF6" w:rsidP="00872AF6">
      <w:pPr>
        <w:spacing w:after="120"/>
        <w:rPr>
          <w:rFonts w:ascii="Arial" w:hAnsi="Arial" w:cs="Arial"/>
          <w:szCs w:val="24"/>
          <w:lang w:val="en-GB"/>
        </w:rPr>
      </w:pPr>
      <w:r w:rsidRPr="00872AF6">
        <w:rPr>
          <w:rFonts w:ascii="Arial" w:hAnsi="Arial" w:cs="Arial"/>
          <w:szCs w:val="24"/>
          <w:lang w:val="en-GB"/>
        </w:rPr>
        <w:t xml:space="preserve">Pan </w:t>
      </w:r>
      <w:proofErr w:type="spellStart"/>
      <w:r w:rsidRPr="00872AF6">
        <w:rPr>
          <w:rFonts w:ascii="Arial" w:hAnsi="Arial" w:cs="Arial"/>
          <w:szCs w:val="24"/>
          <w:lang w:val="en-GB"/>
        </w:rPr>
        <w:t>fo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Llywodraeth Cymru yn </w:t>
      </w:r>
      <w:proofErr w:type="spellStart"/>
      <w:r w:rsidRPr="00872AF6">
        <w:rPr>
          <w:rFonts w:ascii="Arial" w:hAnsi="Arial" w:cs="Arial"/>
          <w:szCs w:val="24"/>
          <w:lang w:val="en-GB"/>
        </w:rPr>
        <w:t>cynnal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dadansoddiad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pellach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o'r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ymatebion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i </w:t>
      </w:r>
      <w:proofErr w:type="spellStart"/>
      <w:r w:rsidRPr="00872AF6">
        <w:rPr>
          <w:rFonts w:ascii="Arial" w:hAnsi="Arial" w:cs="Arial"/>
          <w:szCs w:val="24"/>
          <w:lang w:val="en-GB"/>
        </w:rPr>
        <w:t>ymgynghoriad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, gall </w:t>
      </w:r>
      <w:proofErr w:type="spellStart"/>
      <w:r w:rsidRPr="00872AF6">
        <w:rPr>
          <w:rFonts w:ascii="Arial" w:hAnsi="Arial" w:cs="Arial"/>
          <w:szCs w:val="24"/>
          <w:lang w:val="en-GB"/>
        </w:rPr>
        <w:t>trydydd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parti </w:t>
      </w:r>
      <w:proofErr w:type="spellStart"/>
      <w:r w:rsidRPr="00872AF6">
        <w:rPr>
          <w:rFonts w:ascii="Arial" w:hAnsi="Arial" w:cs="Arial"/>
          <w:szCs w:val="24"/>
          <w:lang w:val="en-GB"/>
        </w:rPr>
        <w:t>achrededig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(er </w:t>
      </w:r>
      <w:proofErr w:type="spellStart"/>
      <w:r w:rsidRPr="00872AF6">
        <w:rPr>
          <w:rFonts w:ascii="Arial" w:hAnsi="Arial" w:cs="Arial"/>
          <w:szCs w:val="24"/>
          <w:lang w:val="en-GB"/>
        </w:rPr>
        <w:t>enghraifft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sefydliad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ymchwil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neu </w:t>
      </w:r>
      <w:proofErr w:type="spellStart"/>
      <w:r w:rsidRPr="00872AF6">
        <w:rPr>
          <w:rFonts w:ascii="Arial" w:hAnsi="Arial" w:cs="Arial"/>
          <w:szCs w:val="24"/>
          <w:lang w:val="en-GB"/>
        </w:rPr>
        <w:t>gwmni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ymgynghori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) </w:t>
      </w:r>
      <w:proofErr w:type="spellStart"/>
      <w:r w:rsidRPr="00872AF6">
        <w:rPr>
          <w:rFonts w:ascii="Arial" w:hAnsi="Arial" w:cs="Arial"/>
          <w:szCs w:val="24"/>
          <w:lang w:val="en-GB"/>
        </w:rPr>
        <w:t>gael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ei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gomisiynu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i </w:t>
      </w:r>
      <w:proofErr w:type="spellStart"/>
      <w:r w:rsidRPr="00872AF6">
        <w:rPr>
          <w:rFonts w:ascii="Arial" w:hAnsi="Arial" w:cs="Arial"/>
          <w:szCs w:val="24"/>
          <w:lang w:val="en-GB"/>
        </w:rPr>
        <w:t>wneud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 </w:t>
      </w:r>
      <w:proofErr w:type="spellStart"/>
      <w:r w:rsidRPr="00872AF6">
        <w:rPr>
          <w:rFonts w:ascii="Arial" w:hAnsi="Arial" w:cs="Arial"/>
          <w:szCs w:val="24"/>
          <w:lang w:val="en-GB"/>
        </w:rPr>
        <w:t>gwaith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hwn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. Ni </w:t>
      </w:r>
      <w:proofErr w:type="spellStart"/>
      <w:r w:rsidRPr="00872AF6">
        <w:rPr>
          <w:rFonts w:ascii="Arial" w:hAnsi="Arial" w:cs="Arial"/>
          <w:szCs w:val="24"/>
          <w:lang w:val="en-GB"/>
        </w:rPr>
        <w:t>fydd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unrhyw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waith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o'r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fath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yn </w:t>
      </w:r>
      <w:proofErr w:type="spellStart"/>
      <w:r w:rsidRPr="00872AF6">
        <w:rPr>
          <w:rFonts w:ascii="Arial" w:hAnsi="Arial" w:cs="Arial"/>
          <w:szCs w:val="24"/>
          <w:lang w:val="en-GB"/>
        </w:rPr>
        <w:t>cael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ei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wneud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oni bai </w:t>
      </w:r>
      <w:proofErr w:type="spellStart"/>
      <w:r w:rsidRPr="00872AF6">
        <w:rPr>
          <w:rFonts w:ascii="Arial" w:hAnsi="Arial" w:cs="Arial"/>
          <w:szCs w:val="24"/>
          <w:lang w:val="en-GB"/>
        </w:rPr>
        <w:t>ei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fod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yn </w:t>
      </w:r>
      <w:proofErr w:type="spellStart"/>
      <w:r w:rsidRPr="00872AF6">
        <w:rPr>
          <w:rFonts w:ascii="Arial" w:hAnsi="Arial" w:cs="Arial"/>
          <w:szCs w:val="24"/>
          <w:lang w:val="en-GB"/>
        </w:rPr>
        <w:t>cael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ei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wneud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o dan </w:t>
      </w:r>
      <w:proofErr w:type="spellStart"/>
      <w:r w:rsidRPr="00872AF6">
        <w:rPr>
          <w:rFonts w:ascii="Arial" w:hAnsi="Arial" w:cs="Arial"/>
          <w:szCs w:val="24"/>
          <w:lang w:val="en-GB"/>
        </w:rPr>
        <w:t>gontract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. Mae </w:t>
      </w:r>
      <w:proofErr w:type="spellStart"/>
      <w:r w:rsidRPr="00872AF6">
        <w:rPr>
          <w:rFonts w:ascii="Arial" w:hAnsi="Arial" w:cs="Arial"/>
          <w:szCs w:val="24"/>
          <w:lang w:val="en-GB"/>
        </w:rPr>
        <w:t>telerau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ac </w:t>
      </w:r>
      <w:proofErr w:type="spellStart"/>
      <w:r w:rsidRPr="00872AF6">
        <w:rPr>
          <w:rFonts w:ascii="Arial" w:hAnsi="Arial" w:cs="Arial"/>
          <w:szCs w:val="24"/>
          <w:lang w:val="en-GB"/>
        </w:rPr>
        <w:t>amodau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safonol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Llywodraeth Cymru </w:t>
      </w:r>
      <w:proofErr w:type="spellStart"/>
      <w:r w:rsidRPr="00872AF6">
        <w:rPr>
          <w:rFonts w:ascii="Arial" w:hAnsi="Arial" w:cs="Arial"/>
          <w:szCs w:val="24"/>
          <w:lang w:val="en-GB"/>
        </w:rPr>
        <w:t>ar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gyfer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contractau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o'r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fath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yn nodi </w:t>
      </w:r>
      <w:proofErr w:type="spellStart"/>
      <w:r w:rsidRPr="00872AF6">
        <w:rPr>
          <w:rFonts w:ascii="Arial" w:hAnsi="Arial" w:cs="Arial"/>
          <w:szCs w:val="24"/>
          <w:lang w:val="en-GB"/>
        </w:rPr>
        <w:t>gofynion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caeth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ar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gyfer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prosesu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a </w:t>
      </w:r>
      <w:proofErr w:type="spellStart"/>
      <w:r w:rsidRPr="00872AF6">
        <w:rPr>
          <w:rFonts w:ascii="Arial" w:hAnsi="Arial" w:cs="Arial"/>
          <w:szCs w:val="24"/>
          <w:lang w:val="en-GB"/>
        </w:rPr>
        <w:t>chadw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data </w:t>
      </w:r>
      <w:proofErr w:type="spellStart"/>
      <w:r w:rsidRPr="00872AF6">
        <w:rPr>
          <w:rFonts w:ascii="Arial" w:hAnsi="Arial" w:cs="Arial"/>
          <w:szCs w:val="24"/>
          <w:lang w:val="en-GB"/>
        </w:rPr>
        <w:t>personol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yn </w:t>
      </w:r>
      <w:proofErr w:type="spellStart"/>
      <w:r w:rsidRPr="00872AF6">
        <w:rPr>
          <w:rFonts w:ascii="Arial" w:hAnsi="Arial" w:cs="Arial"/>
          <w:szCs w:val="24"/>
          <w:lang w:val="en-GB"/>
        </w:rPr>
        <w:t>ddiogel</w:t>
      </w:r>
      <w:proofErr w:type="spellEnd"/>
      <w:r w:rsidRPr="00872AF6">
        <w:rPr>
          <w:rFonts w:ascii="Arial" w:hAnsi="Arial" w:cs="Arial"/>
          <w:szCs w:val="24"/>
          <w:lang w:val="en-GB"/>
        </w:rPr>
        <w:t>.</w:t>
      </w:r>
    </w:p>
    <w:p w14:paraId="44305D42" w14:textId="77777777" w:rsidR="00872AF6" w:rsidRPr="00872AF6" w:rsidRDefault="00872AF6" w:rsidP="00872AF6">
      <w:pPr>
        <w:spacing w:after="120"/>
        <w:rPr>
          <w:rFonts w:ascii="Arial" w:hAnsi="Arial" w:cs="Arial"/>
          <w:szCs w:val="24"/>
          <w:lang w:val="en-GB"/>
        </w:rPr>
      </w:pPr>
      <w:r w:rsidRPr="00872AF6">
        <w:rPr>
          <w:rFonts w:ascii="Arial" w:hAnsi="Arial" w:cs="Arial"/>
          <w:szCs w:val="24"/>
          <w:lang w:val="en-GB"/>
        </w:rPr>
        <w:t xml:space="preserve">Er </w:t>
      </w:r>
      <w:proofErr w:type="spellStart"/>
      <w:r w:rsidRPr="00872AF6">
        <w:rPr>
          <w:rFonts w:ascii="Arial" w:hAnsi="Arial" w:cs="Arial"/>
          <w:szCs w:val="24"/>
          <w:lang w:val="en-GB"/>
        </w:rPr>
        <w:t>mwyn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dangos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bod yr </w:t>
      </w:r>
      <w:proofErr w:type="spellStart"/>
      <w:r w:rsidRPr="00872AF6">
        <w:rPr>
          <w:rFonts w:ascii="Arial" w:hAnsi="Arial" w:cs="Arial"/>
          <w:szCs w:val="24"/>
          <w:lang w:val="en-GB"/>
        </w:rPr>
        <w:t>ymgynghoriad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wedi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cael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ei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gynnal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mewn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modd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priodol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, </w:t>
      </w:r>
      <w:proofErr w:type="spellStart"/>
      <w:r w:rsidRPr="00872AF6">
        <w:rPr>
          <w:rFonts w:ascii="Arial" w:hAnsi="Arial" w:cs="Arial"/>
          <w:szCs w:val="24"/>
          <w:lang w:val="en-GB"/>
        </w:rPr>
        <w:t>mae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Llywodraeth Cymru yn </w:t>
      </w:r>
      <w:proofErr w:type="spellStart"/>
      <w:r w:rsidRPr="00872AF6">
        <w:rPr>
          <w:rFonts w:ascii="Arial" w:hAnsi="Arial" w:cs="Arial"/>
          <w:szCs w:val="24"/>
          <w:lang w:val="en-GB"/>
        </w:rPr>
        <w:t>bwriadu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cyhoeddi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crynodeb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o'r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ymatebion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i'r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ddogfen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hon. </w:t>
      </w:r>
      <w:proofErr w:type="spellStart"/>
      <w:r w:rsidRPr="00872AF6">
        <w:rPr>
          <w:rFonts w:ascii="Arial" w:hAnsi="Arial" w:cs="Arial"/>
          <w:szCs w:val="24"/>
          <w:lang w:val="en-GB"/>
        </w:rPr>
        <w:t>Mae’n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bosibl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hefyd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 </w:t>
      </w:r>
      <w:proofErr w:type="spellStart"/>
      <w:r w:rsidRPr="00872AF6">
        <w:rPr>
          <w:rFonts w:ascii="Arial" w:hAnsi="Arial" w:cs="Arial"/>
          <w:szCs w:val="24"/>
          <w:lang w:val="en-GB"/>
        </w:rPr>
        <w:t>byddwn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yn </w:t>
      </w:r>
      <w:proofErr w:type="spellStart"/>
      <w:r w:rsidRPr="00872AF6">
        <w:rPr>
          <w:rFonts w:ascii="Arial" w:hAnsi="Arial" w:cs="Arial"/>
          <w:szCs w:val="24"/>
          <w:lang w:val="en-GB"/>
        </w:rPr>
        <w:t>cyhoeddi’r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ymatebion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yn </w:t>
      </w:r>
      <w:proofErr w:type="spellStart"/>
      <w:r w:rsidRPr="00872AF6">
        <w:rPr>
          <w:rFonts w:ascii="Arial" w:hAnsi="Arial" w:cs="Arial"/>
          <w:szCs w:val="24"/>
          <w:lang w:val="en-GB"/>
        </w:rPr>
        <w:t>llawn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. Fel </w:t>
      </w:r>
      <w:proofErr w:type="spellStart"/>
      <w:r w:rsidRPr="00872AF6">
        <w:rPr>
          <w:rFonts w:ascii="Arial" w:hAnsi="Arial" w:cs="Arial"/>
          <w:szCs w:val="24"/>
          <w:lang w:val="en-GB"/>
        </w:rPr>
        <w:t>arfer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, </w:t>
      </w:r>
      <w:proofErr w:type="spellStart"/>
      <w:r w:rsidRPr="00872AF6">
        <w:rPr>
          <w:rFonts w:ascii="Arial" w:hAnsi="Arial" w:cs="Arial"/>
          <w:szCs w:val="24"/>
          <w:lang w:val="en-GB"/>
        </w:rPr>
        <w:t>bydd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enw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a </w:t>
      </w:r>
      <w:proofErr w:type="spellStart"/>
      <w:r w:rsidRPr="00872AF6">
        <w:rPr>
          <w:rFonts w:ascii="Arial" w:hAnsi="Arial" w:cs="Arial"/>
          <w:szCs w:val="24"/>
          <w:lang w:val="en-GB"/>
        </w:rPr>
        <w:t>chyfeiriad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(neu ran o </w:t>
      </w:r>
      <w:proofErr w:type="spellStart"/>
      <w:r w:rsidRPr="00872AF6">
        <w:rPr>
          <w:rFonts w:ascii="Arial" w:hAnsi="Arial" w:cs="Arial"/>
          <w:szCs w:val="24"/>
          <w:lang w:val="en-GB"/>
        </w:rPr>
        <w:t>gyfeiriad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) yr </w:t>
      </w:r>
      <w:proofErr w:type="spellStart"/>
      <w:r w:rsidRPr="00872AF6">
        <w:rPr>
          <w:rFonts w:ascii="Arial" w:hAnsi="Arial" w:cs="Arial"/>
          <w:szCs w:val="24"/>
          <w:lang w:val="en-GB"/>
        </w:rPr>
        <w:t>unigolyn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neu'r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sefydliad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a </w:t>
      </w:r>
      <w:proofErr w:type="spellStart"/>
      <w:r w:rsidRPr="00872AF6">
        <w:rPr>
          <w:rFonts w:ascii="Arial" w:hAnsi="Arial" w:cs="Arial"/>
          <w:szCs w:val="24"/>
          <w:lang w:val="en-GB"/>
        </w:rPr>
        <w:t>anfonodd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yr </w:t>
      </w:r>
      <w:proofErr w:type="spellStart"/>
      <w:r w:rsidRPr="00872AF6">
        <w:rPr>
          <w:rFonts w:ascii="Arial" w:hAnsi="Arial" w:cs="Arial"/>
          <w:szCs w:val="24"/>
          <w:lang w:val="en-GB"/>
        </w:rPr>
        <w:t>ymateb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yn </w:t>
      </w:r>
      <w:proofErr w:type="spellStart"/>
      <w:r w:rsidRPr="00872AF6">
        <w:rPr>
          <w:rFonts w:ascii="Arial" w:hAnsi="Arial" w:cs="Arial"/>
          <w:szCs w:val="24"/>
          <w:lang w:val="en-GB"/>
        </w:rPr>
        <w:t>cael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eu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cyhoeddi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gyda’r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ymateb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. </w:t>
      </w:r>
      <w:proofErr w:type="spellStart"/>
      <w:r w:rsidRPr="00872AF6">
        <w:rPr>
          <w:rFonts w:ascii="Arial" w:hAnsi="Arial" w:cs="Arial"/>
          <w:szCs w:val="24"/>
          <w:lang w:val="en-GB"/>
        </w:rPr>
        <w:t>Os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nad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ydych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yn </w:t>
      </w:r>
      <w:proofErr w:type="spellStart"/>
      <w:r w:rsidRPr="00872AF6">
        <w:rPr>
          <w:rFonts w:ascii="Arial" w:hAnsi="Arial" w:cs="Arial"/>
          <w:szCs w:val="24"/>
          <w:lang w:val="en-GB"/>
        </w:rPr>
        <w:t>dymuno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i’ch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enw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a’ch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cyfeiriad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gael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eu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cyhoeddi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, </w:t>
      </w:r>
      <w:proofErr w:type="spellStart"/>
      <w:r w:rsidRPr="00872AF6">
        <w:rPr>
          <w:rFonts w:ascii="Arial" w:hAnsi="Arial" w:cs="Arial"/>
          <w:szCs w:val="24"/>
          <w:lang w:val="en-GB"/>
        </w:rPr>
        <w:t>rhowch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wybod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inni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yn </w:t>
      </w:r>
      <w:proofErr w:type="spellStart"/>
      <w:r w:rsidRPr="00872AF6">
        <w:rPr>
          <w:rFonts w:ascii="Arial" w:hAnsi="Arial" w:cs="Arial"/>
          <w:szCs w:val="24"/>
          <w:lang w:val="en-GB"/>
        </w:rPr>
        <w:t>ysgrifenedig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wrth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anfon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eich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ymateb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. </w:t>
      </w:r>
      <w:proofErr w:type="spellStart"/>
      <w:r w:rsidRPr="00872AF6">
        <w:rPr>
          <w:rFonts w:ascii="Arial" w:hAnsi="Arial" w:cs="Arial"/>
          <w:szCs w:val="24"/>
          <w:lang w:val="en-GB"/>
        </w:rPr>
        <w:t>Byddwn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wedyn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yn </w:t>
      </w:r>
      <w:proofErr w:type="spellStart"/>
      <w:r w:rsidRPr="00872AF6">
        <w:rPr>
          <w:rFonts w:ascii="Arial" w:hAnsi="Arial" w:cs="Arial"/>
          <w:szCs w:val="24"/>
          <w:lang w:val="en-GB"/>
        </w:rPr>
        <w:t>cuddio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eich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manylion</w:t>
      </w:r>
      <w:proofErr w:type="spellEnd"/>
      <w:r w:rsidRPr="00872AF6">
        <w:rPr>
          <w:rFonts w:ascii="Arial" w:hAnsi="Arial" w:cs="Arial"/>
          <w:szCs w:val="24"/>
          <w:lang w:val="en-GB"/>
        </w:rPr>
        <w:t>.</w:t>
      </w:r>
    </w:p>
    <w:p w14:paraId="0E7694E8" w14:textId="77777777" w:rsidR="00872AF6" w:rsidRPr="00872AF6" w:rsidRDefault="00872AF6" w:rsidP="00872AF6">
      <w:pPr>
        <w:spacing w:after="120"/>
        <w:rPr>
          <w:rFonts w:ascii="Arial" w:hAnsi="Arial" w:cs="Arial"/>
          <w:szCs w:val="24"/>
          <w:lang w:val="en-GB"/>
        </w:rPr>
      </w:pPr>
      <w:proofErr w:type="spellStart"/>
      <w:r w:rsidRPr="00872AF6">
        <w:rPr>
          <w:rFonts w:ascii="Arial" w:hAnsi="Arial" w:cs="Arial"/>
          <w:szCs w:val="24"/>
          <w:lang w:val="en-GB"/>
        </w:rPr>
        <w:t>Dylech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hefyd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wybod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am </w:t>
      </w:r>
      <w:proofErr w:type="spellStart"/>
      <w:r w:rsidRPr="00872AF6">
        <w:rPr>
          <w:rFonts w:ascii="Arial" w:hAnsi="Arial" w:cs="Arial"/>
          <w:szCs w:val="24"/>
          <w:lang w:val="en-GB"/>
        </w:rPr>
        <w:t>ein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dyletswyddau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o dan </w:t>
      </w:r>
      <w:proofErr w:type="spellStart"/>
      <w:r w:rsidRPr="00872AF6">
        <w:rPr>
          <w:rFonts w:ascii="Arial" w:hAnsi="Arial" w:cs="Arial"/>
          <w:szCs w:val="24"/>
          <w:lang w:val="en-GB"/>
        </w:rPr>
        <w:t>ddeddfwriaeth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Rhyddid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Gwybodaeth. </w:t>
      </w:r>
      <w:proofErr w:type="spellStart"/>
      <w:r w:rsidRPr="00872AF6">
        <w:rPr>
          <w:rFonts w:ascii="Arial" w:hAnsi="Arial" w:cs="Arial"/>
          <w:szCs w:val="24"/>
          <w:lang w:val="en-GB"/>
        </w:rPr>
        <w:t>Os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caiff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eich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manylion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eu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cyhoeddi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fel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rhan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o’r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ymateb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i’r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ymgynghoriad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, </w:t>
      </w:r>
      <w:proofErr w:type="spellStart"/>
      <w:r w:rsidRPr="00872AF6">
        <w:rPr>
          <w:rFonts w:ascii="Arial" w:hAnsi="Arial" w:cs="Arial"/>
          <w:szCs w:val="24"/>
          <w:lang w:val="en-GB"/>
        </w:rPr>
        <w:t>bydd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yr </w:t>
      </w:r>
      <w:proofErr w:type="spellStart"/>
      <w:r w:rsidRPr="00872AF6">
        <w:rPr>
          <w:rFonts w:ascii="Arial" w:hAnsi="Arial" w:cs="Arial"/>
          <w:szCs w:val="24"/>
          <w:lang w:val="en-GB"/>
        </w:rPr>
        <w:t>adroddiadau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hyn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yn </w:t>
      </w:r>
      <w:proofErr w:type="spellStart"/>
      <w:r w:rsidRPr="00872AF6">
        <w:rPr>
          <w:rFonts w:ascii="Arial" w:hAnsi="Arial" w:cs="Arial"/>
          <w:szCs w:val="24"/>
          <w:lang w:val="en-GB"/>
        </w:rPr>
        <w:t>cael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eu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cadw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am </w:t>
      </w:r>
      <w:proofErr w:type="spellStart"/>
      <w:r w:rsidRPr="00872AF6">
        <w:rPr>
          <w:rFonts w:ascii="Arial" w:hAnsi="Arial" w:cs="Arial"/>
          <w:szCs w:val="24"/>
          <w:lang w:val="en-GB"/>
        </w:rPr>
        <w:t>gyfnod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amhenodol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. Ni </w:t>
      </w:r>
      <w:proofErr w:type="spellStart"/>
      <w:r w:rsidRPr="00872AF6">
        <w:rPr>
          <w:rFonts w:ascii="Arial" w:hAnsi="Arial" w:cs="Arial"/>
          <w:szCs w:val="24"/>
          <w:lang w:val="en-GB"/>
        </w:rPr>
        <w:t>fydd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gweddill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eich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data a </w:t>
      </w:r>
      <w:proofErr w:type="spellStart"/>
      <w:r w:rsidRPr="00872AF6">
        <w:rPr>
          <w:rFonts w:ascii="Arial" w:hAnsi="Arial" w:cs="Arial"/>
          <w:szCs w:val="24"/>
          <w:lang w:val="en-GB"/>
        </w:rPr>
        <w:t>gedwir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fel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arall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gan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Lywodraeth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Cymru yn </w:t>
      </w:r>
      <w:proofErr w:type="spellStart"/>
      <w:r w:rsidRPr="00872AF6">
        <w:rPr>
          <w:rFonts w:ascii="Arial" w:hAnsi="Arial" w:cs="Arial"/>
          <w:szCs w:val="24"/>
          <w:lang w:val="en-GB"/>
        </w:rPr>
        <w:t>cael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eu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cadw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am </w:t>
      </w:r>
      <w:proofErr w:type="spellStart"/>
      <w:r w:rsidRPr="00872AF6">
        <w:rPr>
          <w:rFonts w:ascii="Arial" w:hAnsi="Arial" w:cs="Arial"/>
          <w:szCs w:val="24"/>
          <w:lang w:val="en-GB"/>
        </w:rPr>
        <w:t>fwy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na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thair</w:t>
      </w:r>
      <w:proofErr w:type="spellEnd"/>
      <w:r w:rsidRPr="00872AF6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872AF6">
        <w:rPr>
          <w:rFonts w:ascii="Arial" w:hAnsi="Arial" w:cs="Arial"/>
          <w:szCs w:val="24"/>
          <w:lang w:val="en-GB"/>
        </w:rPr>
        <w:t>blynedd</w:t>
      </w:r>
      <w:proofErr w:type="spellEnd"/>
      <w:r w:rsidRPr="00872AF6">
        <w:rPr>
          <w:rFonts w:ascii="Arial" w:hAnsi="Arial" w:cs="Arial"/>
          <w:szCs w:val="24"/>
          <w:lang w:val="en-GB"/>
        </w:rPr>
        <w:t>.</w:t>
      </w:r>
    </w:p>
    <w:p w14:paraId="1D356A4F" w14:textId="77777777" w:rsidR="00872AF6" w:rsidRDefault="00872AF6" w:rsidP="005C12BE">
      <w:pPr>
        <w:spacing w:after="120"/>
        <w:rPr>
          <w:rFonts w:ascii="Arial" w:hAnsi="Arial" w:cs="Arial"/>
          <w:b/>
          <w:sz w:val="32"/>
          <w:szCs w:val="32"/>
        </w:rPr>
      </w:pPr>
    </w:p>
    <w:p w14:paraId="0EDC474B" w14:textId="77777777" w:rsidR="00872AF6" w:rsidRDefault="00872AF6" w:rsidP="005C12BE">
      <w:pPr>
        <w:spacing w:after="120"/>
        <w:rPr>
          <w:rFonts w:ascii="Arial" w:hAnsi="Arial" w:cs="Arial"/>
          <w:b/>
          <w:sz w:val="32"/>
          <w:szCs w:val="32"/>
        </w:rPr>
      </w:pPr>
    </w:p>
    <w:p w14:paraId="479C9A11" w14:textId="77777777" w:rsidR="00872AF6" w:rsidRDefault="00872AF6" w:rsidP="005C12BE">
      <w:pPr>
        <w:spacing w:after="120"/>
        <w:rPr>
          <w:rFonts w:ascii="Arial" w:hAnsi="Arial" w:cs="Arial"/>
          <w:b/>
          <w:sz w:val="32"/>
          <w:szCs w:val="32"/>
        </w:rPr>
      </w:pPr>
    </w:p>
    <w:p w14:paraId="73EC8017" w14:textId="77777777" w:rsidR="00872AF6" w:rsidRDefault="00872AF6" w:rsidP="005C12BE">
      <w:pPr>
        <w:spacing w:after="120"/>
        <w:rPr>
          <w:rFonts w:ascii="Arial" w:hAnsi="Arial" w:cs="Arial"/>
          <w:b/>
          <w:sz w:val="32"/>
          <w:szCs w:val="32"/>
        </w:rPr>
      </w:pPr>
    </w:p>
    <w:p w14:paraId="6D00237E" w14:textId="77777777" w:rsidR="00872AF6" w:rsidRDefault="00872AF6" w:rsidP="005C12BE">
      <w:pPr>
        <w:spacing w:after="120"/>
        <w:rPr>
          <w:rFonts w:ascii="Arial" w:hAnsi="Arial" w:cs="Arial"/>
          <w:b/>
          <w:sz w:val="32"/>
          <w:szCs w:val="32"/>
        </w:rPr>
      </w:pPr>
    </w:p>
    <w:p w14:paraId="7C30EB39" w14:textId="77777777" w:rsidR="00872AF6" w:rsidRDefault="00872AF6" w:rsidP="005C12BE">
      <w:pPr>
        <w:spacing w:after="120"/>
        <w:rPr>
          <w:rFonts w:ascii="Arial" w:hAnsi="Arial" w:cs="Arial"/>
          <w:b/>
          <w:sz w:val="32"/>
          <w:szCs w:val="32"/>
        </w:rPr>
      </w:pPr>
    </w:p>
    <w:p w14:paraId="0EC4E8E8" w14:textId="77777777" w:rsidR="00872AF6" w:rsidRDefault="00872AF6" w:rsidP="005C12BE">
      <w:pPr>
        <w:spacing w:after="120"/>
        <w:rPr>
          <w:rFonts w:ascii="Arial" w:hAnsi="Arial" w:cs="Arial"/>
          <w:b/>
          <w:sz w:val="32"/>
          <w:szCs w:val="32"/>
        </w:rPr>
      </w:pPr>
    </w:p>
    <w:p w14:paraId="173E6762" w14:textId="74BCEC5F" w:rsidR="007929D4" w:rsidRDefault="007929D4" w:rsidP="005C12BE">
      <w:pPr>
        <w:spacing w:after="120"/>
        <w:rPr>
          <w:rFonts w:ascii="Arial" w:hAnsi="Arial" w:cs="Arial"/>
          <w:b/>
          <w:sz w:val="32"/>
          <w:szCs w:val="32"/>
        </w:rPr>
      </w:pPr>
      <w:proofErr w:type="spellStart"/>
      <w:r w:rsidRPr="007929D4">
        <w:rPr>
          <w:rFonts w:ascii="Arial" w:hAnsi="Arial" w:cs="Arial"/>
          <w:b/>
          <w:sz w:val="32"/>
          <w:szCs w:val="32"/>
        </w:rPr>
        <w:lastRenderedPageBreak/>
        <w:t>Cyfranogiad</w:t>
      </w:r>
      <w:proofErr w:type="spellEnd"/>
    </w:p>
    <w:p w14:paraId="534BCDC1" w14:textId="6EDDB047" w:rsidR="00AB5171" w:rsidRPr="00AB5171" w:rsidRDefault="005B1AFD" w:rsidP="00AB5171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33152" behindDoc="0" locked="0" layoutInCell="1" allowOverlap="1" wp14:anchorId="7577A07E" wp14:editId="4E6F54D1">
                <wp:simplePos x="0" y="0"/>
                <wp:positionH relativeFrom="margin">
                  <wp:align>right</wp:align>
                </wp:positionH>
                <wp:positionV relativeFrom="paragraph">
                  <wp:posOffset>690245</wp:posOffset>
                </wp:positionV>
                <wp:extent cx="5924550" cy="1404620"/>
                <wp:effectExtent l="0" t="0" r="19050" b="241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B49E5D" w14:textId="1013D176" w:rsidR="005B1AFD" w:rsidRDefault="005B1AFD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577A07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5.3pt;margin-top:54.35pt;width:466.5pt;height:110.6pt;z-index:251633152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">
                <v:textbox style="mso-fit-shape-to-text:t">
                  <w:txbxContent>
                    <w:p w14:paraId="1DB49E5D" w14:textId="1013D176" w:rsidR="005B1AFD" w:rsidRDefault="005B1AFD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>1.</w:t>
      </w:r>
      <w:r w:rsidR="00AB5171" w:rsidRPr="00AB5171">
        <w:rPr>
          <w:rFonts w:ascii="Arial" w:hAnsi="Arial" w:cs="Arial"/>
          <w:sz w:val="22"/>
        </w:rPr>
        <w:t xml:space="preserve"> </w:t>
      </w:r>
      <w:r w:rsidR="00AB5171" w:rsidRPr="00AB5171">
        <w:rPr>
          <w:rFonts w:ascii="Arial" w:hAnsi="Arial" w:cs="Arial"/>
        </w:rPr>
        <w:t xml:space="preserve">Pa </w:t>
      </w:r>
      <w:proofErr w:type="spellStart"/>
      <w:r w:rsidR="00AB5171" w:rsidRPr="00AB5171">
        <w:rPr>
          <w:rFonts w:ascii="Arial" w:hAnsi="Arial" w:cs="Arial"/>
        </w:rPr>
        <w:t>dystiolaeth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bellach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sydd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ar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gael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ynghylch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cefndiroedd</w:t>
      </w:r>
      <w:proofErr w:type="spellEnd"/>
      <w:r w:rsidR="00AB5171" w:rsidRPr="00AB5171">
        <w:rPr>
          <w:rFonts w:ascii="Arial" w:hAnsi="Arial" w:cs="Arial"/>
        </w:rPr>
        <w:t xml:space="preserve"> a </w:t>
      </w:r>
      <w:proofErr w:type="spellStart"/>
      <w:r w:rsidR="00AB5171" w:rsidRPr="00AB5171">
        <w:rPr>
          <w:rFonts w:ascii="Arial" w:hAnsi="Arial" w:cs="Arial"/>
        </w:rPr>
        <w:t>llwybrau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dysgwyr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ifanc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sy'n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mynd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i'r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coleg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ar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gymwysterau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lefel</w:t>
      </w:r>
      <w:proofErr w:type="spellEnd"/>
      <w:r w:rsidR="00AB5171" w:rsidRPr="00AB5171">
        <w:rPr>
          <w:rFonts w:ascii="Arial" w:hAnsi="Arial" w:cs="Arial"/>
        </w:rPr>
        <w:t xml:space="preserve"> is? Ai </w:t>
      </w:r>
      <w:proofErr w:type="spellStart"/>
      <w:r w:rsidR="00AB5171" w:rsidRPr="00AB5171">
        <w:rPr>
          <w:rFonts w:ascii="Arial" w:hAnsi="Arial" w:cs="Arial"/>
        </w:rPr>
        <w:t>dyma’r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llwybrau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cywir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ar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gyfer</w:t>
      </w:r>
      <w:proofErr w:type="spellEnd"/>
      <w:r w:rsidR="00AB5171" w:rsidRPr="00AB5171">
        <w:rPr>
          <w:rFonts w:ascii="Arial" w:hAnsi="Arial" w:cs="Arial"/>
        </w:rPr>
        <w:t xml:space="preserve"> y </w:t>
      </w:r>
      <w:proofErr w:type="spellStart"/>
      <w:r w:rsidR="00AB5171" w:rsidRPr="00AB5171">
        <w:rPr>
          <w:rFonts w:ascii="Arial" w:hAnsi="Arial" w:cs="Arial"/>
        </w:rPr>
        <w:t>dysgwyr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hyn</w:t>
      </w:r>
      <w:proofErr w:type="spellEnd"/>
      <w:r w:rsidR="00AB5171" w:rsidRPr="00AB5171">
        <w:rPr>
          <w:rFonts w:ascii="Arial" w:hAnsi="Arial" w:cs="Arial"/>
        </w:rPr>
        <w:t>?</w:t>
      </w:r>
    </w:p>
    <w:p w14:paraId="44F08F2D" w14:textId="1E214B3E" w:rsidR="005C12BE" w:rsidRPr="0042353A" w:rsidRDefault="005C12BE" w:rsidP="005C12BE">
      <w:pPr>
        <w:spacing w:after="120"/>
        <w:rPr>
          <w:rFonts w:ascii="Arial" w:hAnsi="Arial" w:cs="Arial"/>
        </w:rPr>
      </w:pPr>
    </w:p>
    <w:p w14:paraId="4669465D" w14:textId="77777777" w:rsidR="005C12BE" w:rsidRDefault="005C12BE">
      <w:pPr>
        <w:spacing w:after="120"/>
        <w:rPr>
          <w:rFonts w:ascii="Arial" w:hAnsi="Arial" w:cs="Arial"/>
        </w:rPr>
      </w:pPr>
    </w:p>
    <w:p w14:paraId="7D11E534" w14:textId="77777777" w:rsidR="00843917" w:rsidRPr="00843917" w:rsidRDefault="005C12BE" w:rsidP="00843917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35200" behindDoc="0" locked="0" layoutInCell="1" allowOverlap="1" wp14:anchorId="4A25613E" wp14:editId="3FE2D08C">
                <wp:simplePos x="0" y="0"/>
                <wp:positionH relativeFrom="margin">
                  <wp:align>right</wp:align>
                </wp:positionH>
                <wp:positionV relativeFrom="paragraph">
                  <wp:posOffset>536575</wp:posOffset>
                </wp:positionV>
                <wp:extent cx="5924550" cy="1404620"/>
                <wp:effectExtent l="0" t="0" r="19050" b="24130"/>
                <wp:wrapSquare wrapText="bothSides"/>
                <wp:docPr id="8869153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E94D6A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A25613E" id="_x0000_s1027" type="#_x0000_t202" style="position:absolute;margin-left:415.3pt;margin-top:42.25pt;width:466.5pt;height:110.6pt;z-index:251635200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">
                <v:textbox style="mso-fit-shape-to-text:t">
                  <w:txbxContent>
                    <w:p w14:paraId="61E94D6A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2. </w:t>
      </w:r>
      <w:r w:rsidR="00843917" w:rsidRPr="00843917">
        <w:rPr>
          <w:rFonts w:ascii="Arial" w:hAnsi="Arial" w:cs="Arial"/>
        </w:rPr>
        <w:t xml:space="preserve">Pa </w:t>
      </w:r>
      <w:proofErr w:type="spellStart"/>
      <w:r w:rsidR="00843917" w:rsidRPr="00843917">
        <w:rPr>
          <w:rFonts w:ascii="Arial" w:hAnsi="Arial" w:cs="Arial"/>
        </w:rPr>
        <w:t>wybodaeth</w:t>
      </w:r>
      <w:proofErr w:type="spellEnd"/>
      <w:r w:rsidR="00843917" w:rsidRPr="00843917">
        <w:rPr>
          <w:rFonts w:ascii="Arial" w:hAnsi="Arial" w:cs="Arial"/>
        </w:rPr>
        <w:t xml:space="preserve"> </w:t>
      </w:r>
      <w:proofErr w:type="spellStart"/>
      <w:r w:rsidR="00843917" w:rsidRPr="00843917">
        <w:rPr>
          <w:rFonts w:ascii="Arial" w:hAnsi="Arial" w:cs="Arial"/>
        </w:rPr>
        <w:t>arall</w:t>
      </w:r>
      <w:proofErr w:type="spellEnd"/>
      <w:r w:rsidR="00843917" w:rsidRPr="00843917">
        <w:rPr>
          <w:rFonts w:ascii="Arial" w:hAnsi="Arial" w:cs="Arial"/>
        </w:rPr>
        <w:t xml:space="preserve"> </w:t>
      </w:r>
      <w:proofErr w:type="spellStart"/>
      <w:r w:rsidR="00843917" w:rsidRPr="00843917">
        <w:rPr>
          <w:rFonts w:ascii="Arial" w:hAnsi="Arial" w:cs="Arial"/>
        </w:rPr>
        <w:t>sydd</w:t>
      </w:r>
      <w:proofErr w:type="spellEnd"/>
      <w:r w:rsidR="00843917" w:rsidRPr="00843917">
        <w:rPr>
          <w:rFonts w:ascii="Arial" w:hAnsi="Arial" w:cs="Arial"/>
        </w:rPr>
        <w:t xml:space="preserve"> </w:t>
      </w:r>
      <w:proofErr w:type="spellStart"/>
      <w:r w:rsidR="00843917" w:rsidRPr="00843917">
        <w:rPr>
          <w:rFonts w:ascii="Arial" w:hAnsi="Arial" w:cs="Arial"/>
        </w:rPr>
        <w:t>gennym</w:t>
      </w:r>
      <w:proofErr w:type="spellEnd"/>
      <w:r w:rsidR="00843917" w:rsidRPr="00843917">
        <w:rPr>
          <w:rFonts w:ascii="Arial" w:hAnsi="Arial" w:cs="Arial"/>
        </w:rPr>
        <w:t xml:space="preserve"> am </w:t>
      </w:r>
      <w:proofErr w:type="spellStart"/>
      <w:r w:rsidR="00843917" w:rsidRPr="00843917">
        <w:rPr>
          <w:rFonts w:ascii="Arial" w:hAnsi="Arial" w:cs="Arial"/>
        </w:rPr>
        <w:t>achosion</w:t>
      </w:r>
      <w:proofErr w:type="spellEnd"/>
      <w:r w:rsidR="00843917" w:rsidRPr="00843917">
        <w:rPr>
          <w:rFonts w:ascii="Arial" w:hAnsi="Arial" w:cs="Arial"/>
        </w:rPr>
        <w:t xml:space="preserve"> </w:t>
      </w:r>
      <w:proofErr w:type="spellStart"/>
      <w:r w:rsidR="00843917" w:rsidRPr="00843917">
        <w:rPr>
          <w:rFonts w:ascii="Arial" w:hAnsi="Arial" w:cs="Arial"/>
        </w:rPr>
        <w:t>uniongyrchol</w:t>
      </w:r>
      <w:proofErr w:type="spellEnd"/>
      <w:r w:rsidR="00843917" w:rsidRPr="00843917">
        <w:rPr>
          <w:rFonts w:ascii="Arial" w:hAnsi="Arial" w:cs="Arial"/>
        </w:rPr>
        <w:t xml:space="preserve"> y </w:t>
      </w:r>
      <w:proofErr w:type="spellStart"/>
      <w:r w:rsidR="00843917" w:rsidRPr="00843917">
        <w:rPr>
          <w:rFonts w:ascii="Arial" w:hAnsi="Arial" w:cs="Arial"/>
        </w:rPr>
        <w:t>cynnydd</w:t>
      </w:r>
      <w:proofErr w:type="spellEnd"/>
      <w:r w:rsidR="00843917" w:rsidRPr="00843917">
        <w:rPr>
          <w:rFonts w:ascii="Arial" w:hAnsi="Arial" w:cs="Arial"/>
        </w:rPr>
        <w:t xml:space="preserve"> </w:t>
      </w:r>
      <w:proofErr w:type="spellStart"/>
      <w:r w:rsidR="00843917" w:rsidRPr="00843917">
        <w:rPr>
          <w:rFonts w:ascii="Arial" w:hAnsi="Arial" w:cs="Arial"/>
        </w:rPr>
        <w:t>diweddar</w:t>
      </w:r>
      <w:proofErr w:type="spellEnd"/>
      <w:r w:rsidR="00843917" w:rsidRPr="00843917">
        <w:rPr>
          <w:rFonts w:ascii="Arial" w:hAnsi="Arial" w:cs="Arial"/>
        </w:rPr>
        <w:t xml:space="preserve"> yn </w:t>
      </w:r>
      <w:proofErr w:type="spellStart"/>
      <w:r w:rsidR="00843917" w:rsidRPr="00843917">
        <w:rPr>
          <w:rFonts w:ascii="Arial" w:hAnsi="Arial" w:cs="Arial"/>
        </w:rPr>
        <w:t>nifer</w:t>
      </w:r>
      <w:proofErr w:type="spellEnd"/>
      <w:r w:rsidR="00843917" w:rsidRPr="00843917">
        <w:rPr>
          <w:rFonts w:ascii="Arial" w:hAnsi="Arial" w:cs="Arial"/>
        </w:rPr>
        <w:t xml:space="preserve"> y </w:t>
      </w:r>
      <w:proofErr w:type="spellStart"/>
      <w:r w:rsidR="00843917" w:rsidRPr="00843917">
        <w:rPr>
          <w:rFonts w:ascii="Arial" w:hAnsi="Arial" w:cs="Arial"/>
        </w:rPr>
        <w:t>cofrestriadau</w:t>
      </w:r>
      <w:proofErr w:type="spellEnd"/>
      <w:r w:rsidR="00843917" w:rsidRPr="00843917">
        <w:rPr>
          <w:rFonts w:ascii="Arial" w:hAnsi="Arial" w:cs="Arial"/>
        </w:rPr>
        <w:t xml:space="preserve"> </w:t>
      </w:r>
      <w:proofErr w:type="spellStart"/>
      <w:r w:rsidR="00843917" w:rsidRPr="00843917">
        <w:rPr>
          <w:rFonts w:ascii="Arial" w:hAnsi="Arial" w:cs="Arial"/>
        </w:rPr>
        <w:t>coleg</w:t>
      </w:r>
      <w:proofErr w:type="spellEnd"/>
      <w:r w:rsidR="00843917" w:rsidRPr="00843917">
        <w:rPr>
          <w:rFonts w:ascii="Arial" w:hAnsi="Arial" w:cs="Arial"/>
        </w:rPr>
        <w:t xml:space="preserve">? </w:t>
      </w:r>
      <w:proofErr w:type="gramStart"/>
      <w:r w:rsidR="00843917" w:rsidRPr="00843917">
        <w:rPr>
          <w:rFonts w:ascii="Arial" w:hAnsi="Arial" w:cs="Arial"/>
        </w:rPr>
        <w:t>A</w:t>
      </w:r>
      <w:proofErr w:type="gramEnd"/>
      <w:r w:rsidR="00843917" w:rsidRPr="00843917">
        <w:rPr>
          <w:rFonts w:ascii="Arial" w:hAnsi="Arial" w:cs="Arial"/>
        </w:rPr>
        <w:t xml:space="preserve"> </w:t>
      </w:r>
      <w:proofErr w:type="spellStart"/>
      <w:r w:rsidR="00843917" w:rsidRPr="00843917">
        <w:rPr>
          <w:rFonts w:ascii="Arial" w:hAnsi="Arial" w:cs="Arial"/>
        </w:rPr>
        <w:t>ydym</w:t>
      </w:r>
      <w:proofErr w:type="spellEnd"/>
      <w:r w:rsidR="00843917" w:rsidRPr="00843917">
        <w:rPr>
          <w:rFonts w:ascii="Arial" w:hAnsi="Arial" w:cs="Arial"/>
        </w:rPr>
        <w:t xml:space="preserve"> yn </w:t>
      </w:r>
      <w:proofErr w:type="spellStart"/>
      <w:r w:rsidR="00843917" w:rsidRPr="00843917">
        <w:rPr>
          <w:rFonts w:ascii="Arial" w:hAnsi="Arial" w:cs="Arial"/>
        </w:rPr>
        <w:t>disgwyl</w:t>
      </w:r>
      <w:proofErr w:type="spellEnd"/>
      <w:r w:rsidR="00843917" w:rsidRPr="00843917">
        <w:rPr>
          <w:rFonts w:ascii="Arial" w:hAnsi="Arial" w:cs="Arial"/>
        </w:rPr>
        <w:t xml:space="preserve"> </w:t>
      </w:r>
      <w:proofErr w:type="spellStart"/>
      <w:r w:rsidR="00843917" w:rsidRPr="00843917">
        <w:rPr>
          <w:rFonts w:ascii="Arial" w:hAnsi="Arial" w:cs="Arial"/>
        </w:rPr>
        <w:t>i’r</w:t>
      </w:r>
      <w:proofErr w:type="spellEnd"/>
      <w:r w:rsidR="00843917" w:rsidRPr="00843917">
        <w:rPr>
          <w:rFonts w:ascii="Arial" w:hAnsi="Arial" w:cs="Arial"/>
        </w:rPr>
        <w:t xml:space="preserve"> </w:t>
      </w:r>
      <w:proofErr w:type="spellStart"/>
      <w:r w:rsidR="00843917" w:rsidRPr="00843917">
        <w:rPr>
          <w:rFonts w:ascii="Arial" w:hAnsi="Arial" w:cs="Arial"/>
        </w:rPr>
        <w:t>cynnydd</w:t>
      </w:r>
      <w:proofErr w:type="spellEnd"/>
      <w:r w:rsidR="00843917" w:rsidRPr="00843917">
        <w:rPr>
          <w:rFonts w:ascii="Arial" w:hAnsi="Arial" w:cs="Arial"/>
        </w:rPr>
        <w:t xml:space="preserve"> </w:t>
      </w:r>
      <w:proofErr w:type="spellStart"/>
      <w:r w:rsidR="00843917" w:rsidRPr="00843917">
        <w:rPr>
          <w:rFonts w:ascii="Arial" w:hAnsi="Arial" w:cs="Arial"/>
        </w:rPr>
        <w:t>barhau</w:t>
      </w:r>
      <w:proofErr w:type="spellEnd"/>
      <w:r w:rsidR="00843917" w:rsidRPr="00843917">
        <w:rPr>
          <w:rFonts w:ascii="Arial" w:hAnsi="Arial" w:cs="Arial"/>
        </w:rPr>
        <w:t>?</w:t>
      </w:r>
    </w:p>
    <w:p w14:paraId="71799F83" w14:textId="32930A1B" w:rsidR="005C12BE" w:rsidRDefault="005C12BE">
      <w:pPr>
        <w:spacing w:after="120"/>
        <w:rPr>
          <w:rFonts w:ascii="Arial" w:hAnsi="Arial" w:cs="Arial"/>
        </w:rPr>
      </w:pPr>
    </w:p>
    <w:p w14:paraId="6EFC316C" w14:textId="77777777" w:rsidR="00DC59A6" w:rsidRPr="00DC59A6" w:rsidRDefault="005C12BE" w:rsidP="00DC59A6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40320" behindDoc="0" locked="0" layoutInCell="1" allowOverlap="1" wp14:anchorId="0A8D9ADD" wp14:editId="5344AC9D">
                <wp:simplePos x="0" y="0"/>
                <wp:positionH relativeFrom="margin">
                  <wp:align>right</wp:align>
                </wp:positionH>
                <wp:positionV relativeFrom="paragraph">
                  <wp:posOffset>1158240</wp:posOffset>
                </wp:positionV>
                <wp:extent cx="5924550" cy="1404620"/>
                <wp:effectExtent l="0" t="0" r="19050" b="24130"/>
                <wp:wrapSquare wrapText="bothSides"/>
                <wp:docPr id="7323680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F9B30F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A8D9ADD" id="_x0000_s1028" type="#_x0000_t202" style="position:absolute;margin-left:415.3pt;margin-top:91.2pt;width:466.5pt;height:110.6pt;z-index:251640320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">
                <v:textbox style="mso-fit-shape-to-text:t">
                  <w:txbxContent>
                    <w:p w14:paraId="72F9B30F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3. </w:t>
      </w:r>
      <w:r w:rsidR="00DC59A6" w:rsidRPr="00DC59A6">
        <w:rPr>
          <w:rFonts w:ascii="Arial" w:hAnsi="Arial" w:cs="Arial"/>
        </w:rPr>
        <w:t xml:space="preserve">Pa </w:t>
      </w:r>
      <w:proofErr w:type="spellStart"/>
      <w:r w:rsidR="00DC59A6" w:rsidRPr="00DC59A6">
        <w:rPr>
          <w:rFonts w:ascii="Arial" w:hAnsi="Arial" w:cs="Arial"/>
        </w:rPr>
        <w:t>resymau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gramStart"/>
      <w:r w:rsidR="00DC59A6" w:rsidRPr="00DC59A6">
        <w:rPr>
          <w:rFonts w:ascii="Arial" w:hAnsi="Arial" w:cs="Arial"/>
        </w:rPr>
        <w:t>a</w:t>
      </w:r>
      <w:proofErr w:type="gram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allai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fod</w:t>
      </w:r>
      <w:proofErr w:type="spellEnd"/>
      <w:r w:rsidR="00DC59A6" w:rsidRPr="00DC59A6">
        <w:rPr>
          <w:rFonts w:ascii="Arial" w:hAnsi="Arial" w:cs="Arial"/>
        </w:rPr>
        <w:t xml:space="preserve"> yn </w:t>
      </w:r>
      <w:proofErr w:type="spellStart"/>
      <w:r w:rsidR="00DC59A6" w:rsidRPr="00DC59A6">
        <w:rPr>
          <w:rFonts w:ascii="Arial" w:hAnsi="Arial" w:cs="Arial"/>
        </w:rPr>
        <w:t>gyfrifol</w:t>
      </w:r>
      <w:proofErr w:type="spellEnd"/>
      <w:r w:rsidR="00DC59A6" w:rsidRPr="00DC59A6">
        <w:rPr>
          <w:rFonts w:ascii="Arial" w:hAnsi="Arial" w:cs="Arial"/>
        </w:rPr>
        <w:t xml:space="preserve"> am y </w:t>
      </w:r>
      <w:proofErr w:type="spellStart"/>
      <w:r w:rsidR="00DC59A6" w:rsidRPr="00DC59A6">
        <w:rPr>
          <w:rFonts w:ascii="Arial" w:hAnsi="Arial" w:cs="Arial"/>
        </w:rPr>
        <w:t>ffaith</w:t>
      </w:r>
      <w:proofErr w:type="spellEnd"/>
      <w:r w:rsidR="00DC59A6" w:rsidRPr="00DC59A6">
        <w:rPr>
          <w:rFonts w:ascii="Arial" w:hAnsi="Arial" w:cs="Arial"/>
        </w:rPr>
        <w:t xml:space="preserve"> bod </w:t>
      </w:r>
      <w:proofErr w:type="spellStart"/>
      <w:r w:rsidR="00DC59A6" w:rsidRPr="00DC59A6">
        <w:rPr>
          <w:rFonts w:ascii="Arial" w:hAnsi="Arial" w:cs="Arial"/>
        </w:rPr>
        <w:t>lefelau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uwch</w:t>
      </w:r>
      <w:proofErr w:type="spellEnd"/>
      <w:r w:rsidR="00DC59A6" w:rsidRPr="00DC59A6">
        <w:rPr>
          <w:rFonts w:ascii="Arial" w:hAnsi="Arial" w:cs="Arial"/>
        </w:rPr>
        <w:t xml:space="preserve"> o </w:t>
      </w:r>
      <w:proofErr w:type="spellStart"/>
      <w:r w:rsidR="00DC59A6" w:rsidRPr="00DC59A6">
        <w:rPr>
          <w:rFonts w:ascii="Arial" w:hAnsi="Arial" w:cs="Arial"/>
        </w:rPr>
        <w:t>fyfyrwyr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rhan-amser</w:t>
      </w:r>
      <w:proofErr w:type="spellEnd"/>
      <w:r w:rsidR="00DC59A6" w:rsidRPr="00DC59A6">
        <w:rPr>
          <w:rFonts w:ascii="Arial" w:hAnsi="Arial" w:cs="Arial"/>
        </w:rPr>
        <w:t xml:space="preserve"> a </w:t>
      </w:r>
      <w:proofErr w:type="spellStart"/>
      <w:r w:rsidR="00DC59A6" w:rsidRPr="00DC59A6">
        <w:rPr>
          <w:rFonts w:ascii="Arial" w:hAnsi="Arial" w:cs="Arial"/>
        </w:rPr>
        <w:t>myfyrwyr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hŷn</w:t>
      </w:r>
      <w:proofErr w:type="spellEnd"/>
      <w:r w:rsidR="00DC59A6" w:rsidRPr="00DC59A6">
        <w:rPr>
          <w:rFonts w:ascii="Arial" w:hAnsi="Arial" w:cs="Arial"/>
        </w:rPr>
        <w:t xml:space="preserve"> yn </w:t>
      </w:r>
      <w:proofErr w:type="spellStart"/>
      <w:r w:rsidR="00DC59A6" w:rsidRPr="00DC59A6">
        <w:rPr>
          <w:rFonts w:ascii="Arial" w:hAnsi="Arial" w:cs="Arial"/>
        </w:rPr>
        <w:t>mynd</w:t>
      </w:r>
      <w:proofErr w:type="spellEnd"/>
      <w:r w:rsidR="00DC59A6" w:rsidRPr="00DC59A6">
        <w:rPr>
          <w:rFonts w:ascii="Arial" w:hAnsi="Arial" w:cs="Arial"/>
        </w:rPr>
        <w:t xml:space="preserve"> i </w:t>
      </w:r>
      <w:proofErr w:type="spellStart"/>
      <w:r w:rsidR="00DC59A6" w:rsidRPr="00DC59A6">
        <w:rPr>
          <w:rFonts w:ascii="Arial" w:hAnsi="Arial" w:cs="Arial"/>
        </w:rPr>
        <w:t>addysg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uwch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yng</w:t>
      </w:r>
      <w:proofErr w:type="spellEnd"/>
      <w:r w:rsidR="00DC59A6" w:rsidRPr="00DC59A6">
        <w:rPr>
          <w:rFonts w:ascii="Arial" w:hAnsi="Arial" w:cs="Arial"/>
        </w:rPr>
        <w:t xml:space="preserve"> Nghymru? </w:t>
      </w:r>
      <w:proofErr w:type="gramStart"/>
      <w:r w:rsidR="00DC59A6" w:rsidRPr="00DC59A6">
        <w:rPr>
          <w:rFonts w:ascii="Arial" w:hAnsi="Arial" w:cs="Arial"/>
        </w:rPr>
        <w:t>A</w:t>
      </w:r>
      <w:proofErr w:type="gramEnd"/>
      <w:r w:rsidR="00DC59A6" w:rsidRPr="00DC59A6">
        <w:rPr>
          <w:rFonts w:ascii="Arial" w:hAnsi="Arial" w:cs="Arial"/>
        </w:rPr>
        <w:t xml:space="preserve"> all/a </w:t>
      </w:r>
      <w:proofErr w:type="spellStart"/>
      <w:r w:rsidR="00DC59A6" w:rsidRPr="00DC59A6">
        <w:rPr>
          <w:rFonts w:ascii="Arial" w:hAnsi="Arial" w:cs="Arial"/>
        </w:rPr>
        <w:t>ddylai</w:t>
      </w:r>
      <w:proofErr w:type="spellEnd"/>
      <w:r w:rsidR="00DC59A6" w:rsidRPr="00DC59A6">
        <w:rPr>
          <w:rFonts w:ascii="Arial" w:hAnsi="Arial" w:cs="Arial"/>
        </w:rPr>
        <w:t xml:space="preserve"> Llywodraeth Cymru </w:t>
      </w:r>
      <w:proofErr w:type="spellStart"/>
      <w:r w:rsidR="00DC59A6" w:rsidRPr="00DC59A6">
        <w:rPr>
          <w:rFonts w:ascii="Arial" w:hAnsi="Arial" w:cs="Arial"/>
        </w:rPr>
        <w:t>geisio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cynyddu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nifer</w:t>
      </w:r>
      <w:proofErr w:type="spellEnd"/>
      <w:r w:rsidR="00DC59A6" w:rsidRPr="00DC59A6">
        <w:rPr>
          <w:rFonts w:ascii="Arial" w:hAnsi="Arial" w:cs="Arial"/>
        </w:rPr>
        <w:t xml:space="preserve"> y </w:t>
      </w:r>
      <w:proofErr w:type="spellStart"/>
      <w:r w:rsidR="00DC59A6" w:rsidRPr="00DC59A6">
        <w:rPr>
          <w:rFonts w:ascii="Arial" w:hAnsi="Arial" w:cs="Arial"/>
        </w:rPr>
        <w:t>bobl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ifanc</w:t>
      </w:r>
      <w:proofErr w:type="spellEnd"/>
      <w:r w:rsidR="00DC59A6" w:rsidRPr="00DC59A6">
        <w:rPr>
          <w:rFonts w:ascii="Arial" w:hAnsi="Arial" w:cs="Arial"/>
        </w:rPr>
        <w:t xml:space="preserve"> 18 </w:t>
      </w:r>
      <w:proofErr w:type="spellStart"/>
      <w:r w:rsidR="00DC59A6" w:rsidRPr="00DC59A6">
        <w:rPr>
          <w:rFonts w:ascii="Arial" w:hAnsi="Arial" w:cs="Arial"/>
        </w:rPr>
        <w:t>oed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sy’n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mynd</w:t>
      </w:r>
      <w:proofErr w:type="spellEnd"/>
      <w:r w:rsidR="00DC59A6" w:rsidRPr="00DC59A6">
        <w:rPr>
          <w:rFonts w:ascii="Arial" w:hAnsi="Arial" w:cs="Arial"/>
        </w:rPr>
        <w:t xml:space="preserve"> i </w:t>
      </w:r>
      <w:proofErr w:type="spellStart"/>
      <w:r w:rsidR="00DC59A6" w:rsidRPr="00DC59A6">
        <w:rPr>
          <w:rFonts w:ascii="Arial" w:hAnsi="Arial" w:cs="Arial"/>
        </w:rPr>
        <w:t>addysg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uwch</w:t>
      </w:r>
      <w:proofErr w:type="spellEnd"/>
      <w:r w:rsidR="00DC59A6" w:rsidRPr="00DC59A6">
        <w:rPr>
          <w:rFonts w:ascii="Arial" w:hAnsi="Arial" w:cs="Arial"/>
        </w:rPr>
        <w:t xml:space="preserve"> yn </w:t>
      </w:r>
      <w:proofErr w:type="spellStart"/>
      <w:r w:rsidR="00DC59A6" w:rsidRPr="00DC59A6">
        <w:rPr>
          <w:rFonts w:ascii="Arial" w:hAnsi="Arial" w:cs="Arial"/>
        </w:rPr>
        <w:t>llawn-amser</w:t>
      </w:r>
      <w:proofErr w:type="spellEnd"/>
      <w:r w:rsidR="00DC59A6" w:rsidRPr="00DC59A6">
        <w:rPr>
          <w:rFonts w:ascii="Arial" w:hAnsi="Arial" w:cs="Arial"/>
        </w:rPr>
        <w:t xml:space="preserve">, ac </w:t>
      </w:r>
      <w:proofErr w:type="spellStart"/>
      <w:r w:rsidR="00DC59A6" w:rsidRPr="00DC59A6">
        <w:rPr>
          <w:rFonts w:ascii="Arial" w:hAnsi="Arial" w:cs="Arial"/>
        </w:rPr>
        <w:t>ystyried</w:t>
      </w:r>
      <w:proofErr w:type="spellEnd"/>
      <w:r w:rsidR="00DC59A6" w:rsidRPr="00DC59A6">
        <w:rPr>
          <w:rFonts w:ascii="Arial" w:hAnsi="Arial" w:cs="Arial"/>
        </w:rPr>
        <w:t xml:space="preserve"> y </w:t>
      </w:r>
      <w:proofErr w:type="spellStart"/>
      <w:r w:rsidR="00DC59A6" w:rsidRPr="00DC59A6">
        <w:rPr>
          <w:rFonts w:ascii="Arial" w:hAnsi="Arial" w:cs="Arial"/>
        </w:rPr>
        <w:t>cyfraddau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cyfranogiad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uwch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gan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fyfyrwyr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rhan-amser</w:t>
      </w:r>
      <w:proofErr w:type="spellEnd"/>
      <w:r w:rsidR="00DC59A6" w:rsidRPr="00DC59A6">
        <w:rPr>
          <w:rFonts w:ascii="Arial" w:hAnsi="Arial" w:cs="Arial"/>
        </w:rPr>
        <w:t xml:space="preserve"> a </w:t>
      </w:r>
      <w:proofErr w:type="spellStart"/>
      <w:r w:rsidR="00DC59A6" w:rsidRPr="00DC59A6">
        <w:rPr>
          <w:rFonts w:ascii="Arial" w:hAnsi="Arial" w:cs="Arial"/>
        </w:rPr>
        <w:t>myfyrwyr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hŷn</w:t>
      </w:r>
      <w:proofErr w:type="spellEnd"/>
      <w:r w:rsidR="00DC59A6" w:rsidRPr="00DC59A6">
        <w:rPr>
          <w:rFonts w:ascii="Arial" w:hAnsi="Arial" w:cs="Arial"/>
        </w:rPr>
        <w:t>?</w:t>
      </w:r>
    </w:p>
    <w:p w14:paraId="6A013899" w14:textId="5C00FD69" w:rsidR="0023470B" w:rsidRPr="0042353A" w:rsidRDefault="0023470B" w:rsidP="005C12BE">
      <w:pPr>
        <w:spacing w:after="120"/>
        <w:rPr>
          <w:rFonts w:ascii="Arial" w:hAnsi="Arial" w:cs="Arial"/>
        </w:rPr>
      </w:pPr>
    </w:p>
    <w:p w14:paraId="30063162" w14:textId="77777777" w:rsidR="007E1AF6" w:rsidRPr="007E1AF6" w:rsidRDefault="005C12BE" w:rsidP="007E1AF6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42368" behindDoc="0" locked="0" layoutInCell="1" allowOverlap="1" wp14:anchorId="7D5A9839" wp14:editId="70C1BB10">
                <wp:simplePos x="0" y="0"/>
                <wp:positionH relativeFrom="margin">
                  <wp:align>right</wp:align>
                </wp:positionH>
                <wp:positionV relativeFrom="paragraph">
                  <wp:posOffset>1350010</wp:posOffset>
                </wp:positionV>
                <wp:extent cx="5924550" cy="1404620"/>
                <wp:effectExtent l="0" t="0" r="19050" b="24130"/>
                <wp:wrapSquare wrapText="bothSides"/>
                <wp:docPr id="14919244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3707B4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D5A9839" id="_x0000_s1029" type="#_x0000_t202" style="position:absolute;margin-left:415.3pt;margin-top:106.3pt;width:466.5pt;height:110.6pt;z-index:25164236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">
                <v:textbox style="mso-fit-shape-to-text:t">
                  <w:txbxContent>
                    <w:p w14:paraId="293707B4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4. </w:t>
      </w:r>
      <w:proofErr w:type="spellStart"/>
      <w:r w:rsidR="007E1AF6" w:rsidRPr="007E1AF6">
        <w:rPr>
          <w:rFonts w:ascii="Arial" w:hAnsi="Arial" w:cs="Arial"/>
        </w:rPr>
        <w:t>Cyhoeddodd</w:t>
      </w:r>
      <w:proofErr w:type="spellEnd"/>
      <w:r w:rsidR="007E1AF6" w:rsidRPr="007E1AF6">
        <w:rPr>
          <w:rFonts w:ascii="Arial" w:hAnsi="Arial" w:cs="Arial"/>
        </w:rPr>
        <w:t xml:space="preserve"> Llywodraeth y DU </w:t>
      </w:r>
      <w:proofErr w:type="spellStart"/>
      <w:r w:rsidR="007E1AF6" w:rsidRPr="007E1AF6">
        <w:rPr>
          <w:rFonts w:ascii="Arial" w:hAnsi="Arial" w:cs="Arial"/>
        </w:rPr>
        <w:t>ei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huchelgais</w:t>
      </w:r>
      <w:proofErr w:type="spellEnd"/>
      <w:r w:rsidR="007E1AF6" w:rsidRPr="007E1AF6">
        <w:rPr>
          <w:rFonts w:ascii="Arial" w:hAnsi="Arial" w:cs="Arial"/>
        </w:rPr>
        <w:t xml:space="preserve"> i </w:t>
      </w:r>
      <w:proofErr w:type="spellStart"/>
      <w:r w:rsidR="007E1AF6" w:rsidRPr="007E1AF6">
        <w:rPr>
          <w:rFonts w:ascii="Arial" w:hAnsi="Arial" w:cs="Arial"/>
        </w:rPr>
        <w:t>ddwy</w:t>
      </w:r>
      <w:proofErr w:type="spellEnd"/>
      <w:r w:rsidR="007E1AF6" w:rsidRPr="007E1AF6">
        <w:rPr>
          <w:rFonts w:ascii="Arial" w:hAnsi="Arial" w:cs="Arial"/>
        </w:rPr>
        <w:t xml:space="preserve"> ran o </w:t>
      </w:r>
      <w:proofErr w:type="spellStart"/>
      <w:r w:rsidR="007E1AF6" w:rsidRPr="007E1AF6">
        <w:rPr>
          <w:rFonts w:ascii="Arial" w:hAnsi="Arial" w:cs="Arial"/>
        </w:rPr>
        <w:t>dair</w:t>
      </w:r>
      <w:proofErr w:type="spellEnd"/>
      <w:r w:rsidR="007E1AF6" w:rsidRPr="007E1AF6">
        <w:rPr>
          <w:rFonts w:ascii="Arial" w:hAnsi="Arial" w:cs="Arial"/>
        </w:rPr>
        <w:t xml:space="preserve"> o </w:t>
      </w:r>
      <w:proofErr w:type="spellStart"/>
      <w:r w:rsidR="007E1AF6" w:rsidRPr="007E1AF6">
        <w:rPr>
          <w:rFonts w:ascii="Arial" w:hAnsi="Arial" w:cs="Arial"/>
        </w:rPr>
        <w:t>bobl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ifanc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gymryd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rhan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mewn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addysg</w:t>
      </w:r>
      <w:proofErr w:type="spellEnd"/>
      <w:r w:rsidR="007E1AF6" w:rsidRPr="007E1AF6">
        <w:rPr>
          <w:rFonts w:ascii="Arial" w:hAnsi="Arial" w:cs="Arial"/>
        </w:rPr>
        <w:t xml:space="preserve"> neu </w:t>
      </w:r>
      <w:proofErr w:type="spellStart"/>
      <w:r w:rsidR="007E1AF6" w:rsidRPr="007E1AF6">
        <w:rPr>
          <w:rFonts w:ascii="Arial" w:hAnsi="Arial" w:cs="Arial"/>
        </w:rPr>
        <w:t>hyfforddiant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lefel</w:t>
      </w:r>
      <w:proofErr w:type="spellEnd"/>
      <w:r w:rsidR="007E1AF6" w:rsidRPr="007E1AF6">
        <w:rPr>
          <w:rFonts w:ascii="Arial" w:hAnsi="Arial" w:cs="Arial"/>
        </w:rPr>
        <w:t xml:space="preserve"> 4+ </w:t>
      </w:r>
      <w:proofErr w:type="spellStart"/>
      <w:r w:rsidR="007E1AF6" w:rsidRPr="007E1AF6">
        <w:rPr>
          <w:rFonts w:ascii="Arial" w:hAnsi="Arial" w:cs="Arial"/>
        </w:rPr>
        <w:t>erbyn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eu</w:t>
      </w:r>
      <w:proofErr w:type="spellEnd"/>
      <w:r w:rsidR="007E1AF6" w:rsidRPr="007E1AF6">
        <w:rPr>
          <w:rFonts w:ascii="Arial" w:hAnsi="Arial" w:cs="Arial"/>
        </w:rPr>
        <w:t xml:space="preserve"> bod yn 25 </w:t>
      </w:r>
      <w:proofErr w:type="spellStart"/>
      <w:r w:rsidR="007E1AF6" w:rsidRPr="007E1AF6">
        <w:rPr>
          <w:rFonts w:ascii="Arial" w:hAnsi="Arial" w:cs="Arial"/>
        </w:rPr>
        <w:t>oed</w:t>
      </w:r>
      <w:proofErr w:type="spellEnd"/>
      <w:r w:rsidR="007E1AF6" w:rsidRPr="007E1AF6">
        <w:rPr>
          <w:rFonts w:ascii="Arial" w:hAnsi="Arial" w:cs="Arial"/>
        </w:rPr>
        <w:t xml:space="preserve">, </w:t>
      </w:r>
      <w:proofErr w:type="spellStart"/>
      <w:r w:rsidR="007E1AF6" w:rsidRPr="007E1AF6">
        <w:rPr>
          <w:rFonts w:ascii="Arial" w:hAnsi="Arial" w:cs="Arial"/>
        </w:rPr>
        <w:t>sy’n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gynnydd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o’i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gymharu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â'r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gyfradd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cyfranogiad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bresennol</w:t>
      </w:r>
      <w:proofErr w:type="spellEnd"/>
      <w:r w:rsidR="007E1AF6" w:rsidRPr="007E1AF6">
        <w:rPr>
          <w:rFonts w:ascii="Arial" w:hAnsi="Arial" w:cs="Arial"/>
        </w:rPr>
        <w:t xml:space="preserve"> o 50%. </w:t>
      </w:r>
      <w:proofErr w:type="spellStart"/>
      <w:r w:rsidR="007E1AF6" w:rsidRPr="007E1AF6">
        <w:rPr>
          <w:rFonts w:ascii="Arial" w:hAnsi="Arial" w:cs="Arial"/>
        </w:rPr>
        <w:t>Cyflwynwyd</w:t>
      </w:r>
      <w:proofErr w:type="spellEnd"/>
      <w:r w:rsidR="007E1AF6" w:rsidRPr="007E1AF6">
        <w:rPr>
          <w:rFonts w:ascii="Arial" w:hAnsi="Arial" w:cs="Arial"/>
        </w:rPr>
        <w:t xml:space="preserve"> is-</w:t>
      </w:r>
      <w:proofErr w:type="spellStart"/>
      <w:r w:rsidR="007E1AF6" w:rsidRPr="007E1AF6">
        <w:rPr>
          <w:rFonts w:ascii="Arial" w:hAnsi="Arial" w:cs="Arial"/>
        </w:rPr>
        <w:t>darged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hefyd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ar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gyfer</w:t>
      </w:r>
      <w:proofErr w:type="spellEnd"/>
      <w:r w:rsidR="007E1AF6" w:rsidRPr="007E1AF6">
        <w:rPr>
          <w:rFonts w:ascii="Arial" w:hAnsi="Arial" w:cs="Arial"/>
        </w:rPr>
        <w:t xml:space="preserve"> o </w:t>
      </w:r>
      <w:proofErr w:type="spellStart"/>
      <w:r w:rsidR="007E1AF6" w:rsidRPr="007E1AF6">
        <w:rPr>
          <w:rFonts w:ascii="Arial" w:hAnsi="Arial" w:cs="Arial"/>
        </w:rPr>
        <w:t>leiaf</w:t>
      </w:r>
      <w:proofErr w:type="spellEnd"/>
      <w:r w:rsidR="007E1AF6" w:rsidRPr="007E1AF6">
        <w:rPr>
          <w:rFonts w:ascii="Arial" w:hAnsi="Arial" w:cs="Arial"/>
        </w:rPr>
        <w:t xml:space="preserve"> 10% </w:t>
      </w:r>
      <w:proofErr w:type="spellStart"/>
      <w:r w:rsidR="007E1AF6" w:rsidRPr="007E1AF6">
        <w:rPr>
          <w:rFonts w:ascii="Arial" w:hAnsi="Arial" w:cs="Arial"/>
        </w:rPr>
        <w:t>o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bobl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ifanc</w:t>
      </w:r>
      <w:proofErr w:type="spellEnd"/>
      <w:r w:rsidR="007E1AF6" w:rsidRPr="007E1AF6">
        <w:rPr>
          <w:rFonts w:ascii="Arial" w:hAnsi="Arial" w:cs="Arial"/>
        </w:rPr>
        <w:t xml:space="preserve"> yn </w:t>
      </w:r>
      <w:proofErr w:type="spellStart"/>
      <w:r w:rsidR="007E1AF6" w:rsidRPr="007E1AF6">
        <w:rPr>
          <w:rFonts w:ascii="Arial" w:hAnsi="Arial" w:cs="Arial"/>
        </w:rPr>
        <w:t>dilyn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addysg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dechnegol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uwch</w:t>
      </w:r>
      <w:proofErr w:type="spellEnd"/>
      <w:r w:rsidR="007E1AF6" w:rsidRPr="007E1AF6">
        <w:rPr>
          <w:rFonts w:ascii="Arial" w:hAnsi="Arial" w:cs="Arial"/>
        </w:rPr>
        <w:t xml:space="preserve"> neu </w:t>
      </w:r>
      <w:proofErr w:type="spellStart"/>
      <w:r w:rsidR="007E1AF6" w:rsidRPr="007E1AF6">
        <w:rPr>
          <w:rFonts w:ascii="Arial" w:hAnsi="Arial" w:cs="Arial"/>
        </w:rPr>
        <w:t>brentisiaethau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erbyn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iddynt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gyrraedd</w:t>
      </w:r>
      <w:proofErr w:type="spellEnd"/>
      <w:r w:rsidR="007E1AF6" w:rsidRPr="007E1AF6">
        <w:rPr>
          <w:rFonts w:ascii="Arial" w:hAnsi="Arial" w:cs="Arial"/>
        </w:rPr>
        <w:t xml:space="preserve"> 25 </w:t>
      </w:r>
      <w:proofErr w:type="spellStart"/>
      <w:r w:rsidR="007E1AF6" w:rsidRPr="007E1AF6">
        <w:rPr>
          <w:rFonts w:ascii="Arial" w:hAnsi="Arial" w:cs="Arial"/>
        </w:rPr>
        <w:t>oed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erbyn</w:t>
      </w:r>
      <w:proofErr w:type="spellEnd"/>
      <w:r w:rsidR="007E1AF6" w:rsidRPr="007E1AF6">
        <w:rPr>
          <w:rFonts w:ascii="Arial" w:hAnsi="Arial" w:cs="Arial"/>
        </w:rPr>
        <w:t xml:space="preserve"> 2040. A </w:t>
      </w:r>
      <w:proofErr w:type="spellStart"/>
      <w:r w:rsidR="007E1AF6" w:rsidRPr="007E1AF6">
        <w:rPr>
          <w:rFonts w:ascii="Arial" w:hAnsi="Arial" w:cs="Arial"/>
        </w:rPr>
        <w:t>ddylai</w:t>
      </w:r>
      <w:proofErr w:type="spellEnd"/>
      <w:r w:rsidR="007E1AF6" w:rsidRPr="007E1AF6">
        <w:rPr>
          <w:rFonts w:ascii="Arial" w:hAnsi="Arial" w:cs="Arial"/>
        </w:rPr>
        <w:t xml:space="preserve"> Cymru </w:t>
      </w:r>
      <w:proofErr w:type="spellStart"/>
      <w:r w:rsidR="007E1AF6" w:rsidRPr="007E1AF6">
        <w:rPr>
          <w:rFonts w:ascii="Arial" w:hAnsi="Arial" w:cs="Arial"/>
        </w:rPr>
        <w:t>osod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targed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tebyg</w:t>
      </w:r>
      <w:proofErr w:type="spellEnd"/>
      <w:r w:rsidR="007E1AF6" w:rsidRPr="007E1AF6">
        <w:rPr>
          <w:rFonts w:ascii="Arial" w:hAnsi="Arial" w:cs="Arial"/>
        </w:rPr>
        <w:t xml:space="preserve"> i </w:t>
      </w:r>
      <w:proofErr w:type="spellStart"/>
      <w:r w:rsidR="007E1AF6" w:rsidRPr="007E1AF6">
        <w:rPr>
          <w:rFonts w:ascii="Arial" w:hAnsi="Arial" w:cs="Arial"/>
        </w:rPr>
        <w:t>darged</w:t>
      </w:r>
      <w:proofErr w:type="spellEnd"/>
      <w:r w:rsidR="007E1AF6" w:rsidRPr="007E1AF6">
        <w:rPr>
          <w:rFonts w:ascii="Arial" w:hAnsi="Arial" w:cs="Arial"/>
        </w:rPr>
        <w:t xml:space="preserve"> Llywodraeth y DU </w:t>
      </w:r>
      <w:proofErr w:type="spellStart"/>
      <w:r w:rsidR="007E1AF6" w:rsidRPr="007E1AF6">
        <w:rPr>
          <w:rFonts w:ascii="Arial" w:hAnsi="Arial" w:cs="Arial"/>
        </w:rPr>
        <w:t>ar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gyfer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cyfranogiad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lefel</w:t>
      </w:r>
      <w:proofErr w:type="spellEnd"/>
      <w:r w:rsidR="007E1AF6" w:rsidRPr="007E1AF6">
        <w:rPr>
          <w:rFonts w:ascii="Arial" w:hAnsi="Arial" w:cs="Arial"/>
        </w:rPr>
        <w:t xml:space="preserve"> 4+ a/neu </w:t>
      </w:r>
      <w:proofErr w:type="spellStart"/>
      <w:r w:rsidR="007E1AF6" w:rsidRPr="007E1AF6">
        <w:rPr>
          <w:rFonts w:ascii="Arial" w:hAnsi="Arial" w:cs="Arial"/>
        </w:rPr>
        <w:t>brentisiaethau</w:t>
      </w:r>
      <w:proofErr w:type="spellEnd"/>
      <w:r w:rsidR="007E1AF6" w:rsidRPr="007E1AF6">
        <w:rPr>
          <w:rFonts w:ascii="Arial" w:hAnsi="Arial" w:cs="Arial"/>
        </w:rPr>
        <w:t xml:space="preserve">? </w:t>
      </w:r>
    </w:p>
    <w:p w14:paraId="4BE53A78" w14:textId="78A137F1" w:rsidR="0023470B" w:rsidRPr="0042353A" w:rsidRDefault="0023470B">
      <w:pPr>
        <w:spacing w:after="120"/>
        <w:rPr>
          <w:rFonts w:ascii="Arial" w:hAnsi="Arial" w:cs="Arial"/>
        </w:rPr>
      </w:pPr>
    </w:p>
    <w:p w14:paraId="0D898E9F" w14:textId="77777777" w:rsidR="00032674" w:rsidRPr="00032674" w:rsidRDefault="005C12BE" w:rsidP="00032674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44416" behindDoc="0" locked="0" layoutInCell="1" allowOverlap="1" wp14:anchorId="111C3F55" wp14:editId="6FCFB201">
                <wp:simplePos x="0" y="0"/>
                <wp:positionH relativeFrom="margin">
                  <wp:align>right</wp:align>
                </wp:positionH>
                <wp:positionV relativeFrom="paragraph">
                  <wp:posOffset>753110</wp:posOffset>
                </wp:positionV>
                <wp:extent cx="5924550" cy="1404620"/>
                <wp:effectExtent l="0" t="0" r="19050" b="24130"/>
                <wp:wrapSquare wrapText="bothSides"/>
                <wp:docPr id="19497629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03F11E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11C3F55" id="_x0000_s1030" type="#_x0000_t202" style="position:absolute;margin-left:415.3pt;margin-top:59.3pt;width:466.5pt;height:110.6pt;z-index:251644416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">
                <v:textbox style="mso-fit-shape-to-text:t">
                  <w:txbxContent>
                    <w:p w14:paraId="0203F11E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5. </w:t>
      </w:r>
      <w:r w:rsidR="00032674" w:rsidRPr="00032674">
        <w:rPr>
          <w:rFonts w:ascii="Arial" w:hAnsi="Arial" w:cs="Arial"/>
        </w:rPr>
        <w:t xml:space="preserve">Pa </w:t>
      </w:r>
      <w:proofErr w:type="spellStart"/>
      <w:r w:rsidR="00032674" w:rsidRPr="00032674">
        <w:rPr>
          <w:rFonts w:ascii="Arial" w:hAnsi="Arial" w:cs="Arial"/>
        </w:rPr>
        <w:t>oblygiadau</w:t>
      </w:r>
      <w:proofErr w:type="spellEnd"/>
      <w:r w:rsidR="00032674" w:rsidRPr="00032674">
        <w:rPr>
          <w:rFonts w:ascii="Arial" w:hAnsi="Arial" w:cs="Arial"/>
        </w:rPr>
        <w:t xml:space="preserve"> </w:t>
      </w:r>
      <w:proofErr w:type="spellStart"/>
      <w:r w:rsidR="00032674" w:rsidRPr="00032674">
        <w:rPr>
          <w:rFonts w:ascii="Arial" w:hAnsi="Arial" w:cs="Arial"/>
        </w:rPr>
        <w:t>sydd</w:t>
      </w:r>
      <w:proofErr w:type="spellEnd"/>
      <w:r w:rsidR="00032674" w:rsidRPr="00032674">
        <w:rPr>
          <w:rFonts w:ascii="Arial" w:hAnsi="Arial" w:cs="Arial"/>
        </w:rPr>
        <w:t xml:space="preserve"> </w:t>
      </w:r>
      <w:proofErr w:type="spellStart"/>
      <w:r w:rsidR="00032674" w:rsidRPr="00032674">
        <w:rPr>
          <w:rFonts w:ascii="Arial" w:hAnsi="Arial" w:cs="Arial"/>
        </w:rPr>
        <w:t>gan</w:t>
      </w:r>
      <w:proofErr w:type="spellEnd"/>
      <w:r w:rsidR="00032674" w:rsidRPr="00032674">
        <w:rPr>
          <w:rFonts w:ascii="Arial" w:hAnsi="Arial" w:cs="Arial"/>
        </w:rPr>
        <w:t xml:space="preserve"> y </w:t>
      </w:r>
      <w:proofErr w:type="spellStart"/>
      <w:r w:rsidR="00032674" w:rsidRPr="00032674">
        <w:rPr>
          <w:rFonts w:ascii="Arial" w:hAnsi="Arial" w:cs="Arial"/>
        </w:rPr>
        <w:t>tueddiadau</w:t>
      </w:r>
      <w:proofErr w:type="spellEnd"/>
      <w:r w:rsidR="00032674" w:rsidRPr="00032674">
        <w:rPr>
          <w:rFonts w:ascii="Arial" w:hAnsi="Arial" w:cs="Arial"/>
        </w:rPr>
        <w:t xml:space="preserve"> </w:t>
      </w:r>
      <w:proofErr w:type="gramStart"/>
      <w:r w:rsidR="00032674" w:rsidRPr="00032674">
        <w:rPr>
          <w:rFonts w:ascii="Arial" w:hAnsi="Arial" w:cs="Arial"/>
        </w:rPr>
        <w:t>a</w:t>
      </w:r>
      <w:proofErr w:type="gramEnd"/>
      <w:r w:rsidR="00032674" w:rsidRPr="00032674">
        <w:rPr>
          <w:rFonts w:ascii="Arial" w:hAnsi="Arial" w:cs="Arial"/>
        </w:rPr>
        <w:t xml:space="preserve"> </w:t>
      </w:r>
      <w:proofErr w:type="spellStart"/>
      <w:r w:rsidR="00032674" w:rsidRPr="00032674">
        <w:rPr>
          <w:rFonts w:ascii="Arial" w:hAnsi="Arial" w:cs="Arial"/>
        </w:rPr>
        <w:t>amlinellwyd</w:t>
      </w:r>
      <w:proofErr w:type="spellEnd"/>
      <w:r w:rsidR="00032674" w:rsidRPr="00032674">
        <w:rPr>
          <w:rFonts w:ascii="Arial" w:hAnsi="Arial" w:cs="Arial"/>
        </w:rPr>
        <w:t xml:space="preserve"> </w:t>
      </w:r>
      <w:proofErr w:type="spellStart"/>
      <w:r w:rsidR="00032674" w:rsidRPr="00032674">
        <w:rPr>
          <w:rFonts w:ascii="Arial" w:hAnsi="Arial" w:cs="Arial"/>
        </w:rPr>
        <w:t>mewn</w:t>
      </w:r>
      <w:proofErr w:type="spellEnd"/>
      <w:r w:rsidR="00032674" w:rsidRPr="00032674">
        <w:rPr>
          <w:rFonts w:ascii="Arial" w:hAnsi="Arial" w:cs="Arial"/>
        </w:rPr>
        <w:t xml:space="preserve"> </w:t>
      </w:r>
      <w:proofErr w:type="spellStart"/>
      <w:r w:rsidR="00032674" w:rsidRPr="00032674">
        <w:rPr>
          <w:rFonts w:ascii="Arial" w:hAnsi="Arial" w:cs="Arial"/>
        </w:rPr>
        <w:t>cyfranogiad</w:t>
      </w:r>
      <w:proofErr w:type="spellEnd"/>
      <w:r w:rsidR="00032674" w:rsidRPr="00032674">
        <w:rPr>
          <w:rFonts w:ascii="Arial" w:hAnsi="Arial" w:cs="Arial"/>
        </w:rPr>
        <w:t xml:space="preserve"> ôl-16 ac </w:t>
      </w:r>
      <w:proofErr w:type="spellStart"/>
      <w:r w:rsidR="00032674" w:rsidRPr="00032674">
        <w:rPr>
          <w:rFonts w:ascii="Arial" w:hAnsi="Arial" w:cs="Arial"/>
        </w:rPr>
        <w:t>mewn</w:t>
      </w:r>
      <w:proofErr w:type="spellEnd"/>
      <w:r w:rsidR="00032674" w:rsidRPr="00032674">
        <w:rPr>
          <w:rFonts w:ascii="Arial" w:hAnsi="Arial" w:cs="Arial"/>
        </w:rPr>
        <w:t xml:space="preserve"> </w:t>
      </w:r>
      <w:proofErr w:type="spellStart"/>
      <w:r w:rsidR="00032674" w:rsidRPr="00032674">
        <w:rPr>
          <w:rFonts w:ascii="Arial" w:hAnsi="Arial" w:cs="Arial"/>
        </w:rPr>
        <w:t>mannau</w:t>
      </w:r>
      <w:proofErr w:type="spellEnd"/>
      <w:r w:rsidR="00032674" w:rsidRPr="00032674">
        <w:rPr>
          <w:rFonts w:ascii="Arial" w:hAnsi="Arial" w:cs="Arial"/>
        </w:rPr>
        <w:t xml:space="preserve"> </w:t>
      </w:r>
      <w:proofErr w:type="spellStart"/>
      <w:r w:rsidR="00032674" w:rsidRPr="00032674">
        <w:rPr>
          <w:rFonts w:ascii="Arial" w:hAnsi="Arial" w:cs="Arial"/>
        </w:rPr>
        <w:t>eraill</w:t>
      </w:r>
      <w:proofErr w:type="spellEnd"/>
      <w:r w:rsidR="00032674" w:rsidRPr="00032674">
        <w:rPr>
          <w:rFonts w:ascii="Arial" w:hAnsi="Arial" w:cs="Arial"/>
        </w:rPr>
        <w:t xml:space="preserve"> yn y </w:t>
      </w:r>
      <w:proofErr w:type="spellStart"/>
      <w:r w:rsidR="00032674" w:rsidRPr="00032674">
        <w:rPr>
          <w:rFonts w:ascii="Arial" w:hAnsi="Arial" w:cs="Arial"/>
        </w:rPr>
        <w:t>papur</w:t>
      </w:r>
      <w:proofErr w:type="spellEnd"/>
      <w:r w:rsidR="00032674" w:rsidRPr="00032674">
        <w:rPr>
          <w:rFonts w:ascii="Arial" w:hAnsi="Arial" w:cs="Arial"/>
        </w:rPr>
        <w:t xml:space="preserve"> </w:t>
      </w:r>
      <w:proofErr w:type="spellStart"/>
      <w:r w:rsidR="00032674" w:rsidRPr="00032674">
        <w:rPr>
          <w:rFonts w:ascii="Arial" w:hAnsi="Arial" w:cs="Arial"/>
        </w:rPr>
        <w:t>hwn</w:t>
      </w:r>
      <w:proofErr w:type="spellEnd"/>
      <w:r w:rsidR="00032674" w:rsidRPr="00032674">
        <w:rPr>
          <w:rFonts w:ascii="Arial" w:hAnsi="Arial" w:cs="Arial"/>
        </w:rPr>
        <w:t xml:space="preserve"> i </w:t>
      </w:r>
      <w:proofErr w:type="spellStart"/>
      <w:r w:rsidR="00032674" w:rsidRPr="00032674">
        <w:rPr>
          <w:rFonts w:ascii="Arial" w:hAnsi="Arial" w:cs="Arial"/>
        </w:rPr>
        <w:t>addysg</w:t>
      </w:r>
      <w:proofErr w:type="spellEnd"/>
      <w:r w:rsidR="00032674" w:rsidRPr="00032674">
        <w:rPr>
          <w:rFonts w:ascii="Arial" w:hAnsi="Arial" w:cs="Arial"/>
        </w:rPr>
        <w:t xml:space="preserve"> </w:t>
      </w:r>
      <w:proofErr w:type="spellStart"/>
      <w:r w:rsidR="00032674" w:rsidRPr="00032674">
        <w:rPr>
          <w:rFonts w:ascii="Arial" w:hAnsi="Arial" w:cs="Arial"/>
        </w:rPr>
        <w:t>drydyddol</w:t>
      </w:r>
      <w:proofErr w:type="spellEnd"/>
      <w:r w:rsidR="00032674" w:rsidRPr="00032674">
        <w:rPr>
          <w:rFonts w:ascii="Arial" w:hAnsi="Arial" w:cs="Arial"/>
        </w:rPr>
        <w:t xml:space="preserve"> </w:t>
      </w:r>
      <w:proofErr w:type="spellStart"/>
      <w:r w:rsidR="00032674" w:rsidRPr="00032674">
        <w:rPr>
          <w:rFonts w:ascii="Arial" w:hAnsi="Arial" w:cs="Arial"/>
        </w:rPr>
        <w:t>cyfrwng</w:t>
      </w:r>
      <w:proofErr w:type="spellEnd"/>
      <w:r w:rsidR="00032674" w:rsidRPr="00032674">
        <w:rPr>
          <w:rFonts w:ascii="Arial" w:hAnsi="Arial" w:cs="Arial"/>
        </w:rPr>
        <w:t xml:space="preserve"> Cymraeg a </w:t>
      </w:r>
      <w:proofErr w:type="spellStart"/>
      <w:r w:rsidR="00032674" w:rsidRPr="00032674">
        <w:rPr>
          <w:rFonts w:ascii="Arial" w:hAnsi="Arial" w:cs="Arial"/>
        </w:rPr>
        <w:t>dwyieithog</w:t>
      </w:r>
      <w:proofErr w:type="spellEnd"/>
      <w:r w:rsidR="00032674" w:rsidRPr="00032674">
        <w:rPr>
          <w:rFonts w:ascii="Arial" w:hAnsi="Arial" w:cs="Arial"/>
        </w:rPr>
        <w:t>?</w:t>
      </w:r>
    </w:p>
    <w:p w14:paraId="0A073F18" w14:textId="7131204F" w:rsidR="0023470B" w:rsidRPr="0042353A" w:rsidRDefault="0023470B">
      <w:pPr>
        <w:spacing w:after="120"/>
        <w:rPr>
          <w:rFonts w:ascii="Arial" w:hAnsi="Arial" w:cs="Arial"/>
        </w:rPr>
      </w:pPr>
    </w:p>
    <w:p w14:paraId="3996D4CF" w14:textId="77777777" w:rsidR="0055400C" w:rsidRDefault="0055400C">
      <w:pPr>
        <w:spacing w:after="120"/>
        <w:rPr>
          <w:rFonts w:ascii="Arial" w:hAnsi="Arial" w:cs="Arial"/>
          <w:b/>
          <w:sz w:val="32"/>
          <w:szCs w:val="32"/>
        </w:rPr>
      </w:pPr>
      <w:proofErr w:type="spellStart"/>
      <w:r w:rsidRPr="0055400C">
        <w:rPr>
          <w:rFonts w:ascii="Arial" w:hAnsi="Arial" w:cs="Arial"/>
          <w:b/>
          <w:sz w:val="32"/>
          <w:szCs w:val="32"/>
        </w:rPr>
        <w:t>Demograffeg</w:t>
      </w:r>
      <w:proofErr w:type="spellEnd"/>
      <w:r w:rsidRPr="0055400C">
        <w:rPr>
          <w:rFonts w:ascii="Arial" w:hAnsi="Arial" w:cs="Arial"/>
          <w:b/>
          <w:sz w:val="32"/>
          <w:szCs w:val="32"/>
        </w:rPr>
        <w:t xml:space="preserve"> a </w:t>
      </w:r>
      <w:proofErr w:type="spellStart"/>
      <w:r w:rsidRPr="0055400C">
        <w:rPr>
          <w:rFonts w:ascii="Arial" w:hAnsi="Arial" w:cs="Arial"/>
          <w:b/>
          <w:sz w:val="32"/>
          <w:szCs w:val="32"/>
        </w:rPr>
        <w:t>dysgu</w:t>
      </w:r>
      <w:proofErr w:type="spellEnd"/>
      <w:r w:rsidRPr="0055400C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55400C">
        <w:rPr>
          <w:rFonts w:ascii="Arial" w:hAnsi="Arial" w:cs="Arial"/>
          <w:b/>
          <w:sz w:val="32"/>
          <w:szCs w:val="32"/>
        </w:rPr>
        <w:t>gydol</w:t>
      </w:r>
      <w:proofErr w:type="spellEnd"/>
      <w:r w:rsidRPr="0055400C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55400C">
        <w:rPr>
          <w:rFonts w:ascii="Arial" w:hAnsi="Arial" w:cs="Arial"/>
          <w:b/>
          <w:sz w:val="32"/>
          <w:szCs w:val="32"/>
        </w:rPr>
        <w:t>oes</w:t>
      </w:r>
      <w:proofErr w:type="spellEnd"/>
    </w:p>
    <w:p w14:paraId="1346DF79" w14:textId="77777777" w:rsidR="00A155C6" w:rsidRPr="00A155C6" w:rsidRDefault="005C12BE" w:rsidP="00A155C6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46464" behindDoc="0" locked="0" layoutInCell="1" allowOverlap="1" wp14:anchorId="2124FE51" wp14:editId="342A5BC1">
                <wp:simplePos x="0" y="0"/>
                <wp:positionH relativeFrom="margin">
                  <wp:align>right</wp:align>
                </wp:positionH>
                <wp:positionV relativeFrom="paragraph">
                  <wp:posOffset>575310</wp:posOffset>
                </wp:positionV>
                <wp:extent cx="5924550" cy="1404620"/>
                <wp:effectExtent l="0" t="0" r="19050" b="24130"/>
                <wp:wrapSquare wrapText="bothSides"/>
                <wp:docPr id="37739964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6E19B1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124FE51" id="_x0000_s1031" type="#_x0000_t202" style="position:absolute;margin-left:415.3pt;margin-top:45.3pt;width:466.5pt;height:110.6pt;z-index:25164646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">
                <v:textbox style="mso-fit-shape-to-text:t">
                  <w:txbxContent>
                    <w:p w14:paraId="136E19B1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1. </w:t>
      </w:r>
      <w:r w:rsidR="00A155C6" w:rsidRPr="00A155C6">
        <w:rPr>
          <w:rFonts w:ascii="Arial" w:hAnsi="Arial" w:cs="Arial"/>
        </w:rPr>
        <w:t xml:space="preserve">Sut </w:t>
      </w:r>
      <w:proofErr w:type="spellStart"/>
      <w:r w:rsidR="00A155C6" w:rsidRPr="00A155C6">
        <w:rPr>
          <w:rFonts w:ascii="Arial" w:hAnsi="Arial" w:cs="Arial"/>
        </w:rPr>
        <w:t>mae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darparwyr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addysg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drydyddol</w:t>
      </w:r>
      <w:proofErr w:type="spellEnd"/>
      <w:r w:rsidR="00A155C6" w:rsidRPr="00A155C6">
        <w:rPr>
          <w:rFonts w:ascii="Arial" w:hAnsi="Arial" w:cs="Arial"/>
        </w:rPr>
        <w:t xml:space="preserve"> yn </w:t>
      </w:r>
      <w:proofErr w:type="spellStart"/>
      <w:r w:rsidR="00A155C6" w:rsidRPr="00A155C6">
        <w:rPr>
          <w:rFonts w:ascii="Arial" w:hAnsi="Arial" w:cs="Arial"/>
        </w:rPr>
        <w:t>cynllunio</w:t>
      </w:r>
      <w:proofErr w:type="spellEnd"/>
      <w:r w:rsidR="00A155C6" w:rsidRPr="00A155C6">
        <w:rPr>
          <w:rFonts w:ascii="Arial" w:hAnsi="Arial" w:cs="Arial"/>
        </w:rPr>
        <w:t xml:space="preserve"> ac yn </w:t>
      </w:r>
      <w:proofErr w:type="spellStart"/>
      <w:r w:rsidR="00A155C6" w:rsidRPr="00A155C6">
        <w:rPr>
          <w:rFonts w:ascii="Arial" w:hAnsi="Arial" w:cs="Arial"/>
        </w:rPr>
        <w:t>paratoi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ar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gyfer</w:t>
      </w:r>
      <w:proofErr w:type="spellEnd"/>
      <w:r w:rsidR="00A155C6" w:rsidRPr="00A155C6">
        <w:rPr>
          <w:rFonts w:ascii="Arial" w:hAnsi="Arial" w:cs="Arial"/>
        </w:rPr>
        <w:t xml:space="preserve"> y </w:t>
      </w:r>
      <w:proofErr w:type="spellStart"/>
      <w:r w:rsidR="00A155C6" w:rsidRPr="00A155C6">
        <w:rPr>
          <w:rFonts w:ascii="Arial" w:hAnsi="Arial" w:cs="Arial"/>
        </w:rPr>
        <w:t>newid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demograffig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sydd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ar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ddod</w:t>
      </w:r>
      <w:proofErr w:type="spellEnd"/>
      <w:r w:rsidR="00A155C6" w:rsidRPr="00A155C6">
        <w:rPr>
          <w:rFonts w:ascii="Arial" w:hAnsi="Arial" w:cs="Arial"/>
        </w:rPr>
        <w:t xml:space="preserve"> yn </w:t>
      </w:r>
      <w:proofErr w:type="spellStart"/>
      <w:r w:rsidR="00A155C6" w:rsidRPr="00A155C6">
        <w:rPr>
          <w:rFonts w:ascii="Arial" w:hAnsi="Arial" w:cs="Arial"/>
        </w:rPr>
        <w:t>eu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hardaloedd</w:t>
      </w:r>
      <w:proofErr w:type="spellEnd"/>
      <w:r w:rsidR="00A155C6" w:rsidRPr="00A155C6">
        <w:rPr>
          <w:rFonts w:ascii="Arial" w:hAnsi="Arial" w:cs="Arial"/>
        </w:rPr>
        <w:t xml:space="preserve">? Pa </w:t>
      </w:r>
      <w:proofErr w:type="spellStart"/>
      <w:r w:rsidR="00A155C6" w:rsidRPr="00A155C6">
        <w:rPr>
          <w:rFonts w:ascii="Arial" w:hAnsi="Arial" w:cs="Arial"/>
        </w:rPr>
        <w:t>heriau</w:t>
      </w:r>
      <w:proofErr w:type="spellEnd"/>
      <w:r w:rsidR="00A155C6" w:rsidRPr="00A155C6">
        <w:rPr>
          <w:rFonts w:ascii="Arial" w:hAnsi="Arial" w:cs="Arial"/>
        </w:rPr>
        <w:t xml:space="preserve"> y </w:t>
      </w:r>
      <w:proofErr w:type="spellStart"/>
      <w:r w:rsidR="00A155C6" w:rsidRPr="00A155C6">
        <w:rPr>
          <w:rFonts w:ascii="Arial" w:hAnsi="Arial" w:cs="Arial"/>
        </w:rPr>
        <w:t>bydd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hyn</w:t>
      </w:r>
      <w:proofErr w:type="spellEnd"/>
      <w:r w:rsidR="00A155C6" w:rsidRPr="00A155C6">
        <w:rPr>
          <w:rFonts w:ascii="Arial" w:hAnsi="Arial" w:cs="Arial"/>
        </w:rPr>
        <w:t xml:space="preserve"> yn </w:t>
      </w:r>
      <w:proofErr w:type="spellStart"/>
      <w:r w:rsidR="00A155C6" w:rsidRPr="00A155C6">
        <w:rPr>
          <w:rFonts w:ascii="Arial" w:hAnsi="Arial" w:cs="Arial"/>
        </w:rPr>
        <w:t>eu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creu</w:t>
      </w:r>
      <w:proofErr w:type="spellEnd"/>
      <w:r w:rsidR="00A155C6" w:rsidRPr="00A155C6">
        <w:rPr>
          <w:rFonts w:ascii="Arial" w:hAnsi="Arial" w:cs="Arial"/>
        </w:rPr>
        <w:t>?</w:t>
      </w:r>
    </w:p>
    <w:p w14:paraId="75D0AA6D" w14:textId="20F7CDA5" w:rsidR="0023470B" w:rsidRPr="0042353A" w:rsidRDefault="0023470B">
      <w:pPr>
        <w:spacing w:after="120"/>
        <w:rPr>
          <w:rFonts w:ascii="Arial" w:hAnsi="Arial" w:cs="Arial"/>
        </w:rPr>
      </w:pPr>
    </w:p>
    <w:p w14:paraId="411B094C" w14:textId="6ADA29D6" w:rsidR="0023470B" w:rsidRPr="0042353A" w:rsidRDefault="0023470B">
      <w:pPr>
        <w:rPr>
          <w:rFonts w:ascii="Arial" w:hAnsi="Arial" w:cs="Arial"/>
        </w:rPr>
      </w:pPr>
    </w:p>
    <w:p w14:paraId="6165BDC1" w14:textId="6163FA72" w:rsidR="00144281" w:rsidRPr="00144281" w:rsidRDefault="005C12BE" w:rsidP="00144281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48512" behindDoc="0" locked="0" layoutInCell="1" allowOverlap="1" wp14:anchorId="1707DECF" wp14:editId="4645C01D">
                <wp:simplePos x="0" y="0"/>
                <wp:positionH relativeFrom="margin">
                  <wp:align>right</wp:align>
                </wp:positionH>
                <wp:positionV relativeFrom="paragraph">
                  <wp:posOffset>795655</wp:posOffset>
                </wp:positionV>
                <wp:extent cx="5924550" cy="1404620"/>
                <wp:effectExtent l="0" t="0" r="19050" b="24130"/>
                <wp:wrapSquare wrapText="bothSides"/>
                <wp:docPr id="4219070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BB970F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07DECF" id="_x0000_s1032" type="#_x0000_t202" style="position:absolute;margin-left:415.3pt;margin-top:62.65pt;width:466.5pt;height:110.6pt;z-index:251648512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">
                <v:textbox style="mso-fit-shape-to-text:t">
                  <w:txbxContent>
                    <w:p w14:paraId="1DBB970F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>2</w:t>
      </w:r>
      <w:r w:rsidR="00144281">
        <w:rPr>
          <w:rFonts w:ascii="Arial" w:hAnsi="Arial" w:cs="Arial"/>
        </w:rPr>
        <w:t>.</w:t>
      </w:r>
      <w:r w:rsidR="00144281" w:rsidRPr="00144281">
        <w:rPr>
          <w:rFonts w:ascii="Arial" w:hAnsi="Arial" w:cs="Arial"/>
          <w:sz w:val="22"/>
        </w:rPr>
        <w:t xml:space="preserve"> </w:t>
      </w:r>
      <w:r w:rsidR="00144281" w:rsidRPr="00144281">
        <w:rPr>
          <w:rFonts w:ascii="Arial" w:hAnsi="Arial" w:cs="Arial"/>
        </w:rPr>
        <w:t xml:space="preserve">Beth </w:t>
      </w:r>
      <w:proofErr w:type="spellStart"/>
      <w:r w:rsidR="00144281" w:rsidRPr="00144281">
        <w:rPr>
          <w:rFonts w:ascii="Arial" w:hAnsi="Arial" w:cs="Arial"/>
        </w:rPr>
        <w:t>yw'r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rhwystrau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cyllido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a’r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rhwystrau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deddfwriaethol</w:t>
      </w:r>
      <w:proofErr w:type="spellEnd"/>
      <w:r w:rsidR="00144281" w:rsidRPr="00144281">
        <w:rPr>
          <w:rFonts w:ascii="Arial" w:hAnsi="Arial" w:cs="Arial"/>
        </w:rPr>
        <w:t xml:space="preserve"> a </w:t>
      </w:r>
      <w:proofErr w:type="spellStart"/>
      <w:r w:rsidR="00144281" w:rsidRPr="00144281">
        <w:rPr>
          <w:rFonts w:ascii="Arial" w:hAnsi="Arial" w:cs="Arial"/>
        </w:rPr>
        <w:t>gweinyddol</w:t>
      </w:r>
      <w:proofErr w:type="spellEnd"/>
      <w:r w:rsidR="00144281" w:rsidRPr="00144281">
        <w:rPr>
          <w:rFonts w:ascii="Arial" w:hAnsi="Arial" w:cs="Arial"/>
        </w:rPr>
        <w:t xml:space="preserve"> i </w:t>
      </w:r>
      <w:proofErr w:type="spellStart"/>
      <w:r w:rsidR="00144281" w:rsidRPr="00144281">
        <w:rPr>
          <w:rFonts w:ascii="Arial" w:hAnsi="Arial" w:cs="Arial"/>
        </w:rPr>
        <w:t>gynyddu'r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cyflenwad</w:t>
      </w:r>
      <w:proofErr w:type="spellEnd"/>
      <w:r w:rsidR="00144281" w:rsidRPr="00144281">
        <w:rPr>
          <w:rFonts w:ascii="Arial" w:hAnsi="Arial" w:cs="Arial"/>
        </w:rPr>
        <w:t xml:space="preserve"> o </w:t>
      </w:r>
      <w:proofErr w:type="spellStart"/>
      <w:r w:rsidR="00144281" w:rsidRPr="00144281">
        <w:rPr>
          <w:rFonts w:ascii="Arial" w:hAnsi="Arial" w:cs="Arial"/>
        </w:rPr>
        <w:t>gyfleoedd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dysgu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gydol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oes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hyblyg</w:t>
      </w:r>
      <w:proofErr w:type="spellEnd"/>
      <w:r w:rsidR="00144281" w:rsidRPr="00144281">
        <w:rPr>
          <w:rFonts w:ascii="Arial" w:hAnsi="Arial" w:cs="Arial"/>
        </w:rPr>
        <w:t xml:space="preserve"> a </w:t>
      </w:r>
      <w:proofErr w:type="spellStart"/>
      <w:r w:rsidR="00144281" w:rsidRPr="00144281">
        <w:rPr>
          <w:rFonts w:ascii="Arial" w:hAnsi="Arial" w:cs="Arial"/>
        </w:rPr>
        <w:t>hygyrch</w:t>
      </w:r>
      <w:proofErr w:type="spellEnd"/>
      <w:r w:rsidR="00144281" w:rsidRPr="00144281">
        <w:rPr>
          <w:rFonts w:ascii="Arial" w:hAnsi="Arial" w:cs="Arial"/>
        </w:rPr>
        <w:t xml:space="preserve">, </w:t>
      </w:r>
      <w:proofErr w:type="spellStart"/>
      <w:r w:rsidR="00144281" w:rsidRPr="00144281">
        <w:rPr>
          <w:rFonts w:ascii="Arial" w:hAnsi="Arial" w:cs="Arial"/>
        </w:rPr>
        <w:t>a'r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galw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amdanynt</w:t>
      </w:r>
      <w:proofErr w:type="spellEnd"/>
      <w:r w:rsidR="00144281" w:rsidRPr="00144281">
        <w:rPr>
          <w:rFonts w:ascii="Arial" w:hAnsi="Arial" w:cs="Arial"/>
        </w:rPr>
        <w:t xml:space="preserve">, </w:t>
      </w:r>
      <w:proofErr w:type="spellStart"/>
      <w:r w:rsidR="00144281" w:rsidRPr="00144281">
        <w:rPr>
          <w:rFonts w:ascii="Arial" w:hAnsi="Arial" w:cs="Arial"/>
        </w:rPr>
        <w:t>ar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lefelau</w:t>
      </w:r>
      <w:proofErr w:type="spellEnd"/>
      <w:r w:rsidR="00144281" w:rsidRPr="00144281">
        <w:rPr>
          <w:rFonts w:ascii="Arial" w:hAnsi="Arial" w:cs="Arial"/>
        </w:rPr>
        <w:t xml:space="preserve"> is (is </w:t>
      </w:r>
      <w:proofErr w:type="spellStart"/>
      <w:r w:rsidR="00144281" w:rsidRPr="00144281">
        <w:rPr>
          <w:rFonts w:ascii="Arial" w:hAnsi="Arial" w:cs="Arial"/>
        </w:rPr>
        <w:t>na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lefel</w:t>
      </w:r>
      <w:proofErr w:type="spellEnd"/>
      <w:r w:rsidR="00144281" w:rsidRPr="00144281">
        <w:rPr>
          <w:rFonts w:ascii="Arial" w:hAnsi="Arial" w:cs="Arial"/>
        </w:rPr>
        <w:t xml:space="preserve"> 3) ac </w:t>
      </w:r>
      <w:proofErr w:type="spellStart"/>
      <w:r w:rsidR="00144281" w:rsidRPr="00144281">
        <w:rPr>
          <w:rFonts w:ascii="Arial" w:hAnsi="Arial" w:cs="Arial"/>
        </w:rPr>
        <w:t>ar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lefelau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uwch</w:t>
      </w:r>
      <w:proofErr w:type="spellEnd"/>
      <w:r w:rsidR="00144281" w:rsidRPr="00144281">
        <w:rPr>
          <w:rFonts w:ascii="Arial" w:hAnsi="Arial" w:cs="Arial"/>
        </w:rPr>
        <w:t xml:space="preserve"> (</w:t>
      </w:r>
      <w:proofErr w:type="spellStart"/>
      <w:r w:rsidR="00144281" w:rsidRPr="00144281">
        <w:rPr>
          <w:rFonts w:ascii="Arial" w:hAnsi="Arial" w:cs="Arial"/>
        </w:rPr>
        <w:t>uwch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na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lefel</w:t>
      </w:r>
      <w:proofErr w:type="spellEnd"/>
      <w:r w:rsidR="00144281" w:rsidRPr="00144281">
        <w:rPr>
          <w:rFonts w:ascii="Arial" w:hAnsi="Arial" w:cs="Arial"/>
        </w:rPr>
        <w:t xml:space="preserve"> 4)? </w:t>
      </w:r>
    </w:p>
    <w:p w14:paraId="45408F90" w14:textId="172D886E" w:rsidR="0023470B" w:rsidRPr="0042353A" w:rsidRDefault="0023470B">
      <w:pPr>
        <w:spacing w:after="120"/>
        <w:rPr>
          <w:rFonts w:ascii="Arial" w:hAnsi="Arial" w:cs="Arial"/>
        </w:rPr>
      </w:pPr>
    </w:p>
    <w:p w14:paraId="444153FA" w14:textId="7E6F8DE3" w:rsidR="0023470B" w:rsidRPr="0042353A" w:rsidRDefault="0023470B">
      <w:pPr>
        <w:rPr>
          <w:rFonts w:ascii="Arial" w:hAnsi="Arial" w:cs="Arial"/>
        </w:rPr>
      </w:pPr>
    </w:p>
    <w:p w14:paraId="7E626474" w14:textId="0AC23F61" w:rsidR="00671040" w:rsidRPr="00671040" w:rsidRDefault="005C12BE" w:rsidP="00671040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0560" behindDoc="0" locked="0" layoutInCell="1" allowOverlap="1" wp14:anchorId="1281CA5D" wp14:editId="7CB3F199">
                <wp:simplePos x="0" y="0"/>
                <wp:positionH relativeFrom="margin">
                  <wp:align>right</wp:align>
                </wp:positionH>
                <wp:positionV relativeFrom="paragraph">
                  <wp:posOffset>789940</wp:posOffset>
                </wp:positionV>
                <wp:extent cx="5924550" cy="1404620"/>
                <wp:effectExtent l="0" t="0" r="19050" b="24130"/>
                <wp:wrapSquare wrapText="bothSides"/>
                <wp:docPr id="117564277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EC0C78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281CA5D" id="_x0000_s1033" type="#_x0000_t202" style="position:absolute;margin-left:415.3pt;margin-top:62.2pt;width:466.5pt;height:110.6pt;z-index:251650560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">
                <v:textbox style="mso-fit-shape-to-text:t">
                  <w:txbxContent>
                    <w:p w14:paraId="09EC0C78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3. </w:t>
      </w:r>
      <w:r w:rsidR="00671040" w:rsidRPr="00671040">
        <w:rPr>
          <w:rFonts w:ascii="Arial" w:hAnsi="Arial" w:cs="Arial"/>
        </w:rPr>
        <w:t xml:space="preserve">Pa </w:t>
      </w:r>
      <w:proofErr w:type="spellStart"/>
      <w:r w:rsidR="00671040" w:rsidRPr="00671040">
        <w:rPr>
          <w:rFonts w:ascii="Arial" w:hAnsi="Arial" w:cs="Arial"/>
        </w:rPr>
        <w:t>newidiadau</w:t>
      </w:r>
      <w:proofErr w:type="spellEnd"/>
      <w:r w:rsidR="00671040" w:rsidRPr="00671040">
        <w:rPr>
          <w:rFonts w:ascii="Arial" w:hAnsi="Arial" w:cs="Arial"/>
        </w:rPr>
        <w:t xml:space="preserve"> y </w:t>
      </w:r>
      <w:proofErr w:type="spellStart"/>
      <w:r w:rsidR="00671040" w:rsidRPr="00671040">
        <w:rPr>
          <w:rFonts w:ascii="Arial" w:hAnsi="Arial" w:cs="Arial"/>
        </w:rPr>
        <w:t>mae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angen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eu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gwneud</w:t>
      </w:r>
      <w:proofErr w:type="spellEnd"/>
      <w:r w:rsidR="00671040" w:rsidRPr="00671040">
        <w:rPr>
          <w:rFonts w:ascii="Arial" w:hAnsi="Arial" w:cs="Arial"/>
        </w:rPr>
        <w:t xml:space="preserve"> i </w:t>
      </w:r>
      <w:proofErr w:type="spellStart"/>
      <w:r w:rsidR="00671040" w:rsidRPr="00671040">
        <w:rPr>
          <w:rFonts w:ascii="Arial" w:hAnsi="Arial" w:cs="Arial"/>
        </w:rPr>
        <w:t>sicrhau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cyfleoedd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priodol</w:t>
      </w:r>
      <w:proofErr w:type="spellEnd"/>
      <w:r w:rsidR="00671040" w:rsidRPr="00671040">
        <w:rPr>
          <w:rFonts w:ascii="Arial" w:hAnsi="Arial" w:cs="Arial"/>
        </w:rPr>
        <w:t xml:space="preserve"> i </w:t>
      </w:r>
      <w:proofErr w:type="spellStart"/>
      <w:r w:rsidR="00671040" w:rsidRPr="00671040">
        <w:rPr>
          <w:rFonts w:ascii="Arial" w:hAnsi="Arial" w:cs="Arial"/>
        </w:rPr>
        <w:t>oedolion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wella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eu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sgiliau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sylfaenol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mewn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llythrennedd</w:t>
      </w:r>
      <w:proofErr w:type="spellEnd"/>
      <w:r w:rsidR="00671040" w:rsidRPr="00671040">
        <w:rPr>
          <w:rFonts w:ascii="Arial" w:hAnsi="Arial" w:cs="Arial"/>
        </w:rPr>
        <w:t xml:space="preserve">, </w:t>
      </w:r>
      <w:proofErr w:type="spellStart"/>
      <w:r w:rsidR="00671040" w:rsidRPr="00671040">
        <w:rPr>
          <w:rFonts w:ascii="Arial" w:hAnsi="Arial" w:cs="Arial"/>
        </w:rPr>
        <w:t>rhifedd</w:t>
      </w:r>
      <w:proofErr w:type="spellEnd"/>
      <w:r w:rsidR="00671040" w:rsidRPr="00671040">
        <w:rPr>
          <w:rFonts w:ascii="Arial" w:hAnsi="Arial" w:cs="Arial"/>
        </w:rPr>
        <w:t xml:space="preserve"> a </w:t>
      </w:r>
      <w:proofErr w:type="spellStart"/>
      <w:r w:rsidR="00671040" w:rsidRPr="00671040">
        <w:rPr>
          <w:rFonts w:ascii="Arial" w:hAnsi="Arial" w:cs="Arial"/>
        </w:rPr>
        <w:t>llythrennedd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digidol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ochr</w:t>
      </w:r>
      <w:proofErr w:type="spellEnd"/>
      <w:r w:rsidR="00671040" w:rsidRPr="00671040">
        <w:rPr>
          <w:rFonts w:ascii="Arial" w:hAnsi="Arial" w:cs="Arial"/>
        </w:rPr>
        <w:t xml:space="preserve"> yn </w:t>
      </w:r>
      <w:proofErr w:type="spellStart"/>
      <w:r w:rsidR="00671040" w:rsidRPr="00671040">
        <w:rPr>
          <w:rFonts w:ascii="Arial" w:hAnsi="Arial" w:cs="Arial"/>
        </w:rPr>
        <w:t>ochr</w:t>
      </w:r>
      <w:proofErr w:type="spellEnd"/>
      <w:r w:rsidR="00671040" w:rsidRPr="00671040">
        <w:rPr>
          <w:rFonts w:ascii="Arial" w:hAnsi="Arial" w:cs="Arial"/>
        </w:rPr>
        <w:t xml:space="preserve"> â </w:t>
      </w:r>
      <w:proofErr w:type="spellStart"/>
      <w:r w:rsidR="00671040" w:rsidRPr="00671040">
        <w:rPr>
          <w:rFonts w:ascii="Arial" w:hAnsi="Arial" w:cs="Arial"/>
        </w:rPr>
        <w:t>sgiliau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galwedigaethol</w:t>
      </w:r>
      <w:proofErr w:type="spellEnd"/>
      <w:r w:rsidR="00671040" w:rsidRPr="00671040">
        <w:rPr>
          <w:rFonts w:ascii="Arial" w:hAnsi="Arial" w:cs="Arial"/>
        </w:rPr>
        <w:t xml:space="preserve"> a </w:t>
      </w:r>
      <w:proofErr w:type="spellStart"/>
      <w:r w:rsidR="00671040" w:rsidRPr="00671040">
        <w:rPr>
          <w:rFonts w:ascii="Arial" w:hAnsi="Arial" w:cs="Arial"/>
        </w:rPr>
        <w:t>dysgu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arall</w:t>
      </w:r>
      <w:proofErr w:type="spellEnd"/>
      <w:r w:rsidR="00671040" w:rsidRPr="00671040">
        <w:rPr>
          <w:rFonts w:ascii="Arial" w:hAnsi="Arial" w:cs="Arial"/>
        </w:rPr>
        <w:t>?</w:t>
      </w:r>
    </w:p>
    <w:p w14:paraId="193F7F61" w14:textId="1FB4C16F" w:rsidR="0023470B" w:rsidRPr="0042353A" w:rsidRDefault="0023470B">
      <w:pPr>
        <w:spacing w:after="120"/>
        <w:rPr>
          <w:rFonts w:ascii="Arial" w:hAnsi="Arial" w:cs="Arial"/>
        </w:rPr>
      </w:pPr>
    </w:p>
    <w:p w14:paraId="4AF9C20E" w14:textId="5E8EDD9D" w:rsidR="0023470B" w:rsidRPr="0042353A" w:rsidRDefault="0023470B">
      <w:pPr>
        <w:rPr>
          <w:rFonts w:ascii="Arial" w:hAnsi="Arial" w:cs="Arial"/>
        </w:rPr>
      </w:pPr>
    </w:p>
    <w:p w14:paraId="631CBE57" w14:textId="77777777" w:rsidR="00425246" w:rsidRPr="00425246" w:rsidRDefault="005C12BE" w:rsidP="00425246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2608" behindDoc="0" locked="0" layoutInCell="1" allowOverlap="1" wp14:anchorId="56CAA8F4" wp14:editId="5C6BE2C2">
                <wp:simplePos x="0" y="0"/>
                <wp:positionH relativeFrom="margin">
                  <wp:align>right</wp:align>
                </wp:positionH>
                <wp:positionV relativeFrom="paragraph">
                  <wp:posOffset>537845</wp:posOffset>
                </wp:positionV>
                <wp:extent cx="5924550" cy="1404620"/>
                <wp:effectExtent l="0" t="0" r="19050" b="24130"/>
                <wp:wrapSquare wrapText="bothSides"/>
                <wp:docPr id="13878542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85359D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6CAA8F4" id="_x0000_s1034" type="#_x0000_t202" style="position:absolute;margin-left:415.3pt;margin-top:42.35pt;width:466.5pt;height:110.6pt;z-index:25165260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">
                <v:textbox style="mso-fit-shape-to-text:t">
                  <w:txbxContent>
                    <w:p w14:paraId="7B85359D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4. </w:t>
      </w:r>
      <w:r w:rsidR="00425246" w:rsidRPr="00425246">
        <w:rPr>
          <w:rFonts w:ascii="Arial" w:hAnsi="Arial" w:cs="Arial"/>
        </w:rPr>
        <w:t xml:space="preserve">Pa </w:t>
      </w:r>
      <w:proofErr w:type="spellStart"/>
      <w:r w:rsidR="00425246" w:rsidRPr="00425246">
        <w:rPr>
          <w:rFonts w:ascii="Arial" w:hAnsi="Arial" w:cs="Arial"/>
        </w:rPr>
        <w:t>wersi</w:t>
      </w:r>
      <w:proofErr w:type="spellEnd"/>
      <w:r w:rsidR="00425246" w:rsidRPr="00425246">
        <w:rPr>
          <w:rFonts w:ascii="Arial" w:hAnsi="Arial" w:cs="Arial"/>
        </w:rPr>
        <w:t xml:space="preserve"> y </w:t>
      </w:r>
      <w:proofErr w:type="spellStart"/>
      <w:r w:rsidR="00425246" w:rsidRPr="00425246">
        <w:rPr>
          <w:rFonts w:ascii="Arial" w:hAnsi="Arial" w:cs="Arial"/>
        </w:rPr>
        <w:t>gellir</w:t>
      </w:r>
      <w:proofErr w:type="spellEnd"/>
      <w:r w:rsidR="00425246" w:rsidRPr="00425246">
        <w:rPr>
          <w:rFonts w:ascii="Arial" w:hAnsi="Arial" w:cs="Arial"/>
        </w:rPr>
        <w:t xml:space="preserve"> </w:t>
      </w:r>
      <w:proofErr w:type="spellStart"/>
      <w:r w:rsidR="00425246" w:rsidRPr="00425246">
        <w:rPr>
          <w:rFonts w:ascii="Arial" w:hAnsi="Arial" w:cs="Arial"/>
        </w:rPr>
        <w:t>eu</w:t>
      </w:r>
      <w:proofErr w:type="spellEnd"/>
      <w:r w:rsidR="00425246" w:rsidRPr="00425246">
        <w:rPr>
          <w:rFonts w:ascii="Arial" w:hAnsi="Arial" w:cs="Arial"/>
        </w:rPr>
        <w:t xml:space="preserve"> </w:t>
      </w:r>
      <w:proofErr w:type="spellStart"/>
      <w:r w:rsidR="00425246" w:rsidRPr="00425246">
        <w:rPr>
          <w:rFonts w:ascii="Arial" w:hAnsi="Arial" w:cs="Arial"/>
        </w:rPr>
        <w:t>dysgu</w:t>
      </w:r>
      <w:proofErr w:type="spellEnd"/>
      <w:r w:rsidR="00425246" w:rsidRPr="00425246">
        <w:rPr>
          <w:rFonts w:ascii="Arial" w:hAnsi="Arial" w:cs="Arial"/>
        </w:rPr>
        <w:t xml:space="preserve"> </w:t>
      </w:r>
      <w:proofErr w:type="spellStart"/>
      <w:r w:rsidR="00425246" w:rsidRPr="00425246">
        <w:rPr>
          <w:rFonts w:ascii="Arial" w:hAnsi="Arial" w:cs="Arial"/>
        </w:rPr>
        <w:t>o'r</w:t>
      </w:r>
      <w:proofErr w:type="spellEnd"/>
      <w:r w:rsidR="00425246" w:rsidRPr="00425246">
        <w:rPr>
          <w:rFonts w:ascii="Arial" w:hAnsi="Arial" w:cs="Arial"/>
        </w:rPr>
        <w:t xml:space="preserve"> </w:t>
      </w:r>
      <w:proofErr w:type="spellStart"/>
      <w:r w:rsidR="00425246" w:rsidRPr="00425246">
        <w:rPr>
          <w:rFonts w:ascii="Arial" w:hAnsi="Arial" w:cs="Arial"/>
        </w:rPr>
        <w:t>rhaglen</w:t>
      </w:r>
      <w:proofErr w:type="spellEnd"/>
      <w:r w:rsidR="00425246" w:rsidRPr="00425246">
        <w:rPr>
          <w:rFonts w:ascii="Arial" w:hAnsi="Arial" w:cs="Arial"/>
        </w:rPr>
        <w:t xml:space="preserve"> </w:t>
      </w:r>
      <w:proofErr w:type="spellStart"/>
      <w:r w:rsidR="00425246" w:rsidRPr="00425246">
        <w:rPr>
          <w:rFonts w:ascii="Arial" w:hAnsi="Arial" w:cs="Arial"/>
        </w:rPr>
        <w:t>Cyfrifon</w:t>
      </w:r>
      <w:proofErr w:type="spellEnd"/>
      <w:r w:rsidR="00425246" w:rsidRPr="00425246">
        <w:rPr>
          <w:rFonts w:ascii="Arial" w:hAnsi="Arial" w:cs="Arial"/>
        </w:rPr>
        <w:t xml:space="preserve"> </w:t>
      </w:r>
      <w:proofErr w:type="spellStart"/>
      <w:r w:rsidR="00425246" w:rsidRPr="00425246">
        <w:rPr>
          <w:rFonts w:ascii="Arial" w:hAnsi="Arial" w:cs="Arial"/>
        </w:rPr>
        <w:t>Dysgu</w:t>
      </w:r>
      <w:proofErr w:type="spellEnd"/>
      <w:r w:rsidR="00425246" w:rsidRPr="00425246">
        <w:rPr>
          <w:rFonts w:ascii="Arial" w:hAnsi="Arial" w:cs="Arial"/>
        </w:rPr>
        <w:t xml:space="preserve"> Personol, a </w:t>
      </w:r>
      <w:proofErr w:type="spellStart"/>
      <w:r w:rsidR="00425246" w:rsidRPr="00425246">
        <w:rPr>
          <w:rFonts w:ascii="Arial" w:hAnsi="Arial" w:cs="Arial"/>
        </w:rPr>
        <w:t>sut</w:t>
      </w:r>
      <w:proofErr w:type="spellEnd"/>
      <w:r w:rsidR="00425246" w:rsidRPr="00425246">
        <w:rPr>
          <w:rFonts w:ascii="Arial" w:hAnsi="Arial" w:cs="Arial"/>
        </w:rPr>
        <w:t xml:space="preserve"> y </w:t>
      </w:r>
      <w:proofErr w:type="spellStart"/>
      <w:r w:rsidR="00425246" w:rsidRPr="00425246">
        <w:rPr>
          <w:rFonts w:ascii="Arial" w:hAnsi="Arial" w:cs="Arial"/>
        </w:rPr>
        <w:t>gellir</w:t>
      </w:r>
      <w:proofErr w:type="spellEnd"/>
      <w:r w:rsidR="00425246" w:rsidRPr="00425246">
        <w:rPr>
          <w:rFonts w:ascii="Arial" w:hAnsi="Arial" w:cs="Arial"/>
        </w:rPr>
        <w:t xml:space="preserve"> </w:t>
      </w:r>
      <w:proofErr w:type="spellStart"/>
      <w:r w:rsidR="00425246" w:rsidRPr="00425246">
        <w:rPr>
          <w:rFonts w:ascii="Arial" w:hAnsi="Arial" w:cs="Arial"/>
        </w:rPr>
        <w:t>gwerthuso</w:t>
      </w:r>
      <w:proofErr w:type="spellEnd"/>
      <w:r w:rsidR="00425246" w:rsidRPr="00425246">
        <w:rPr>
          <w:rFonts w:ascii="Arial" w:hAnsi="Arial" w:cs="Arial"/>
        </w:rPr>
        <w:t xml:space="preserve"> </w:t>
      </w:r>
      <w:proofErr w:type="spellStart"/>
      <w:r w:rsidR="00425246" w:rsidRPr="00425246">
        <w:rPr>
          <w:rFonts w:ascii="Arial" w:hAnsi="Arial" w:cs="Arial"/>
        </w:rPr>
        <w:t>llwyddiannau'r</w:t>
      </w:r>
      <w:proofErr w:type="spellEnd"/>
      <w:r w:rsidR="00425246" w:rsidRPr="00425246">
        <w:rPr>
          <w:rFonts w:ascii="Arial" w:hAnsi="Arial" w:cs="Arial"/>
        </w:rPr>
        <w:t xml:space="preserve"> </w:t>
      </w:r>
      <w:proofErr w:type="spellStart"/>
      <w:r w:rsidR="00425246" w:rsidRPr="00425246">
        <w:rPr>
          <w:rFonts w:ascii="Arial" w:hAnsi="Arial" w:cs="Arial"/>
        </w:rPr>
        <w:t>polisi</w:t>
      </w:r>
      <w:proofErr w:type="spellEnd"/>
      <w:r w:rsidR="00425246" w:rsidRPr="00425246">
        <w:rPr>
          <w:rFonts w:ascii="Arial" w:hAnsi="Arial" w:cs="Arial"/>
        </w:rPr>
        <w:t xml:space="preserve"> </w:t>
      </w:r>
      <w:proofErr w:type="spellStart"/>
      <w:r w:rsidR="00425246" w:rsidRPr="00425246">
        <w:rPr>
          <w:rFonts w:ascii="Arial" w:hAnsi="Arial" w:cs="Arial"/>
        </w:rPr>
        <w:t>hwnnw</w:t>
      </w:r>
      <w:proofErr w:type="spellEnd"/>
      <w:r w:rsidR="00425246" w:rsidRPr="00425246">
        <w:rPr>
          <w:rFonts w:ascii="Arial" w:hAnsi="Arial" w:cs="Arial"/>
        </w:rPr>
        <w:t xml:space="preserve"> ac </w:t>
      </w:r>
      <w:proofErr w:type="spellStart"/>
      <w:r w:rsidR="00425246" w:rsidRPr="00425246">
        <w:rPr>
          <w:rFonts w:ascii="Arial" w:hAnsi="Arial" w:cs="Arial"/>
        </w:rPr>
        <w:t>ehangu</w:t>
      </w:r>
      <w:proofErr w:type="spellEnd"/>
      <w:r w:rsidR="00425246" w:rsidRPr="00425246">
        <w:rPr>
          <w:rFonts w:ascii="Arial" w:hAnsi="Arial" w:cs="Arial"/>
        </w:rPr>
        <w:t xml:space="preserve"> </w:t>
      </w:r>
      <w:proofErr w:type="spellStart"/>
      <w:r w:rsidR="00425246" w:rsidRPr="00425246">
        <w:rPr>
          <w:rFonts w:ascii="Arial" w:hAnsi="Arial" w:cs="Arial"/>
        </w:rPr>
        <w:t>arnynt</w:t>
      </w:r>
      <w:proofErr w:type="spellEnd"/>
      <w:r w:rsidR="00425246" w:rsidRPr="00425246">
        <w:rPr>
          <w:rFonts w:ascii="Arial" w:hAnsi="Arial" w:cs="Arial"/>
        </w:rPr>
        <w:t>?</w:t>
      </w:r>
    </w:p>
    <w:p w14:paraId="556B28D4" w14:textId="5E6E81E0" w:rsidR="0023470B" w:rsidRPr="0042353A" w:rsidRDefault="0023470B">
      <w:pPr>
        <w:rPr>
          <w:rFonts w:ascii="Arial" w:hAnsi="Arial" w:cs="Arial"/>
        </w:rPr>
      </w:pPr>
    </w:p>
    <w:p w14:paraId="02D86464" w14:textId="77777777" w:rsidR="009F1342" w:rsidRPr="009F1342" w:rsidRDefault="005C12BE" w:rsidP="009F1342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4656" behindDoc="0" locked="0" layoutInCell="1" allowOverlap="1" wp14:anchorId="7BFB6F7F" wp14:editId="0E7EF4AA">
                <wp:simplePos x="0" y="0"/>
                <wp:positionH relativeFrom="margin">
                  <wp:align>right</wp:align>
                </wp:positionH>
                <wp:positionV relativeFrom="paragraph">
                  <wp:posOffset>782955</wp:posOffset>
                </wp:positionV>
                <wp:extent cx="5924550" cy="1404620"/>
                <wp:effectExtent l="0" t="0" r="19050" b="24130"/>
                <wp:wrapSquare wrapText="bothSides"/>
                <wp:docPr id="21341790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6855F6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BFB6F7F" id="_x0000_s1035" type="#_x0000_t202" style="position:absolute;margin-left:415.3pt;margin-top:61.65pt;width:466.5pt;height:110.6pt;z-index:251654656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">
                <v:textbox style="mso-fit-shape-to-text:t">
                  <w:txbxContent>
                    <w:p w14:paraId="4C6855F6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5. </w:t>
      </w:r>
      <w:r w:rsidR="009F1342" w:rsidRPr="009F1342">
        <w:rPr>
          <w:rFonts w:ascii="Arial" w:hAnsi="Arial" w:cs="Arial"/>
        </w:rPr>
        <w:t xml:space="preserve">Pa </w:t>
      </w:r>
      <w:proofErr w:type="spellStart"/>
      <w:r w:rsidR="009F1342" w:rsidRPr="009F1342">
        <w:rPr>
          <w:rFonts w:ascii="Arial" w:hAnsi="Arial" w:cs="Arial"/>
        </w:rPr>
        <w:t>addysg</w:t>
      </w:r>
      <w:proofErr w:type="spellEnd"/>
      <w:r w:rsidR="009F1342" w:rsidRPr="009F1342">
        <w:rPr>
          <w:rFonts w:ascii="Arial" w:hAnsi="Arial" w:cs="Arial"/>
        </w:rPr>
        <w:t xml:space="preserve"> </w:t>
      </w:r>
      <w:proofErr w:type="spellStart"/>
      <w:r w:rsidR="009F1342" w:rsidRPr="009F1342">
        <w:rPr>
          <w:rFonts w:ascii="Arial" w:hAnsi="Arial" w:cs="Arial"/>
        </w:rPr>
        <w:t>bellach</w:t>
      </w:r>
      <w:proofErr w:type="spellEnd"/>
      <w:r w:rsidR="009F1342" w:rsidRPr="009F1342">
        <w:rPr>
          <w:rFonts w:ascii="Arial" w:hAnsi="Arial" w:cs="Arial"/>
        </w:rPr>
        <w:t xml:space="preserve"> a </w:t>
      </w:r>
      <w:proofErr w:type="spellStart"/>
      <w:r w:rsidR="009F1342" w:rsidRPr="009F1342">
        <w:rPr>
          <w:rFonts w:ascii="Arial" w:hAnsi="Arial" w:cs="Arial"/>
        </w:rPr>
        <w:t>hyfforddiant</w:t>
      </w:r>
      <w:proofErr w:type="spellEnd"/>
      <w:r w:rsidR="009F1342" w:rsidRPr="009F1342">
        <w:rPr>
          <w:rFonts w:ascii="Arial" w:hAnsi="Arial" w:cs="Arial"/>
        </w:rPr>
        <w:t xml:space="preserve"> i </w:t>
      </w:r>
      <w:proofErr w:type="spellStart"/>
      <w:r w:rsidR="009F1342" w:rsidRPr="009F1342">
        <w:rPr>
          <w:rFonts w:ascii="Arial" w:hAnsi="Arial" w:cs="Arial"/>
        </w:rPr>
        <w:t>oedolion</w:t>
      </w:r>
      <w:proofErr w:type="spellEnd"/>
      <w:r w:rsidR="009F1342" w:rsidRPr="009F1342">
        <w:rPr>
          <w:rFonts w:ascii="Arial" w:hAnsi="Arial" w:cs="Arial"/>
        </w:rPr>
        <w:t xml:space="preserve"> 19 </w:t>
      </w:r>
      <w:proofErr w:type="spellStart"/>
      <w:r w:rsidR="009F1342" w:rsidRPr="009F1342">
        <w:rPr>
          <w:rFonts w:ascii="Arial" w:hAnsi="Arial" w:cs="Arial"/>
        </w:rPr>
        <w:t>oed</w:t>
      </w:r>
      <w:proofErr w:type="spellEnd"/>
      <w:r w:rsidR="009F1342" w:rsidRPr="009F1342">
        <w:rPr>
          <w:rFonts w:ascii="Arial" w:hAnsi="Arial" w:cs="Arial"/>
        </w:rPr>
        <w:t xml:space="preserve"> a </w:t>
      </w:r>
      <w:proofErr w:type="spellStart"/>
      <w:r w:rsidR="009F1342" w:rsidRPr="009F1342">
        <w:rPr>
          <w:rFonts w:ascii="Arial" w:hAnsi="Arial" w:cs="Arial"/>
        </w:rPr>
        <w:t>hŷn</w:t>
      </w:r>
      <w:proofErr w:type="spellEnd"/>
      <w:r w:rsidR="009F1342" w:rsidRPr="009F1342">
        <w:rPr>
          <w:rFonts w:ascii="Arial" w:hAnsi="Arial" w:cs="Arial"/>
        </w:rPr>
        <w:t xml:space="preserve"> y </w:t>
      </w:r>
      <w:proofErr w:type="spellStart"/>
      <w:r w:rsidR="009F1342" w:rsidRPr="009F1342">
        <w:rPr>
          <w:rFonts w:ascii="Arial" w:hAnsi="Arial" w:cs="Arial"/>
        </w:rPr>
        <w:t>dylid</w:t>
      </w:r>
      <w:proofErr w:type="spellEnd"/>
      <w:r w:rsidR="009F1342" w:rsidRPr="009F1342">
        <w:rPr>
          <w:rFonts w:ascii="Arial" w:hAnsi="Arial" w:cs="Arial"/>
        </w:rPr>
        <w:t xml:space="preserve"> </w:t>
      </w:r>
      <w:proofErr w:type="spellStart"/>
      <w:r w:rsidR="009F1342" w:rsidRPr="009F1342">
        <w:rPr>
          <w:rFonts w:ascii="Arial" w:hAnsi="Arial" w:cs="Arial"/>
        </w:rPr>
        <w:t>eu</w:t>
      </w:r>
      <w:proofErr w:type="spellEnd"/>
      <w:r w:rsidR="009F1342" w:rsidRPr="009F1342">
        <w:rPr>
          <w:rFonts w:ascii="Arial" w:hAnsi="Arial" w:cs="Arial"/>
        </w:rPr>
        <w:t xml:space="preserve"> </w:t>
      </w:r>
      <w:proofErr w:type="spellStart"/>
      <w:r w:rsidR="009F1342" w:rsidRPr="009F1342">
        <w:rPr>
          <w:rFonts w:ascii="Arial" w:hAnsi="Arial" w:cs="Arial"/>
        </w:rPr>
        <w:t>blaenoriaethu</w:t>
      </w:r>
      <w:proofErr w:type="spellEnd"/>
      <w:r w:rsidR="009F1342" w:rsidRPr="009F1342">
        <w:rPr>
          <w:rFonts w:ascii="Arial" w:hAnsi="Arial" w:cs="Arial"/>
        </w:rPr>
        <w:t xml:space="preserve"> </w:t>
      </w:r>
      <w:proofErr w:type="spellStart"/>
      <w:r w:rsidR="009F1342" w:rsidRPr="009F1342">
        <w:rPr>
          <w:rFonts w:ascii="Arial" w:hAnsi="Arial" w:cs="Arial"/>
        </w:rPr>
        <w:t>i'w</w:t>
      </w:r>
      <w:proofErr w:type="spellEnd"/>
      <w:r w:rsidR="009F1342" w:rsidRPr="009F1342">
        <w:rPr>
          <w:rFonts w:ascii="Arial" w:hAnsi="Arial" w:cs="Arial"/>
        </w:rPr>
        <w:t xml:space="preserve"> </w:t>
      </w:r>
      <w:proofErr w:type="spellStart"/>
      <w:r w:rsidR="009F1342" w:rsidRPr="009F1342">
        <w:rPr>
          <w:rFonts w:ascii="Arial" w:hAnsi="Arial" w:cs="Arial"/>
        </w:rPr>
        <w:t>cynnwys</w:t>
      </w:r>
      <w:proofErr w:type="spellEnd"/>
      <w:r w:rsidR="009F1342" w:rsidRPr="009F1342">
        <w:rPr>
          <w:rFonts w:ascii="Arial" w:hAnsi="Arial" w:cs="Arial"/>
        </w:rPr>
        <w:t xml:space="preserve"> </w:t>
      </w:r>
      <w:proofErr w:type="spellStart"/>
      <w:r w:rsidR="009F1342" w:rsidRPr="009F1342">
        <w:rPr>
          <w:rFonts w:ascii="Arial" w:hAnsi="Arial" w:cs="Arial"/>
        </w:rPr>
        <w:t>mewn</w:t>
      </w:r>
      <w:proofErr w:type="spellEnd"/>
      <w:r w:rsidR="009F1342" w:rsidRPr="009F1342">
        <w:rPr>
          <w:rFonts w:ascii="Arial" w:hAnsi="Arial" w:cs="Arial"/>
        </w:rPr>
        <w:t xml:space="preserve"> </w:t>
      </w:r>
      <w:proofErr w:type="spellStart"/>
      <w:r w:rsidR="009F1342" w:rsidRPr="009F1342">
        <w:rPr>
          <w:rFonts w:ascii="Arial" w:hAnsi="Arial" w:cs="Arial"/>
        </w:rPr>
        <w:t>rheoliadau</w:t>
      </w:r>
      <w:proofErr w:type="spellEnd"/>
      <w:r w:rsidR="009F1342" w:rsidRPr="009F1342">
        <w:rPr>
          <w:rFonts w:ascii="Arial" w:hAnsi="Arial" w:cs="Arial"/>
        </w:rPr>
        <w:t xml:space="preserve"> a </w:t>
      </w:r>
      <w:proofErr w:type="spellStart"/>
      <w:r w:rsidR="009F1342" w:rsidRPr="009F1342">
        <w:rPr>
          <w:rFonts w:ascii="Arial" w:hAnsi="Arial" w:cs="Arial"/>
        </w:rPr>
        <w:t>fydd</w:t>
      </w:r>
      <w:proofErr w:type="spellEnd"/>
      <w:r w:rsidR="009F1342" w:rsidRPr="009F1342">
        <w:rPr>
          <w:rFonts w:ascii="Arial" w:hAnsi="Arial" w:cs="Arial"/>
        </w:rPr>
        <w:t xml:space="preserve"> yn </w:t>
      </w:r>
      <w:proofErr w:type="spellStart"/>
      <w:r w:rsidR="009F1342" w:rsidRPr="009F1342">
        <w:rPr>
          <w:rFonts w:ascii="Arial" w:hAnsi="Arial" w:cs="Arial"/>
        </w:rPr>
        <w:t>cael</w:t>
      </w:r>
      <w:proofErr w:type="spellEnd"/>
      <w:r w:rsidR="009F1342" w:rsidRPr="009F1342">
        <w:rPr>
          <w:rFonts w:ascii="Arial" w:hAnsi="Arial" w:cs="Arial"/>
        </w:rPr>
        <w:t xml:space="preserve"> </w:t>
      </w:r>
      <w:proofErr w:type="spellStart"/>
      <w:r w:rsidR="009F1342" w:rsidRPr="009F1342">
        <w:rPr>
          <w:rFonts w:ascii="Arial" w:hAnsi="Arial" w:cs="Arial"/>
        </w:rPr>
        <w:t>eu</w:t>
      </w:r>
      <w:proofErr w:type="spellEnd"/>
      <w:r w:rsidR="009F1342" w:rsidRPr="009F1342">
        <w:rPr>
          <w:rFonts w:ascii="Arial" w:hAnsi="Arial" w:cs="Arial"/>
        </w:rPr>
        <w:t xml:space="preserve"> </w:t>
      </w:r>
      <w:proofErr w:type="spellStart"/>
      <w:r w:rsidR="009F1342" w:rsidRPr="009F1342">
        <w:rPr>
          <w:rFonts w:ascii="Arial" w:hAnsi="Arial" w:cs="Arial"/>
        </w:rPr>
        <w:t>gwneud</w:t>
      </w:r>
      <w:proofErr w:type="spellEnd"/>
      <w:r w:rsidR="009F1342" w:rsidRPr="009F1342">
        <w:rPr>
          <w:rFonts w:ascii="Arial" w:hAnsi="Arial" w:cs="Arial"/>
        </w:rPr>
        <w:t xml:space="preserve"> o dan </w:t>
      </w:r>
      <w:proofErr w:type="spellStart"/>
      <w:r w:rsidR="009F1342" w:rsidRPr="009F1342">
        <w:rPr>
          <w:rFonts w:ascii="Arial" w:hAnsi="Arial" w:cs="Arial"/>
        </w:rPr>
        <w:t>adran</w:t>
      </w:r>
      <w:proofErr w:type="spellEnd"/>
      <w:r w:rsidR="009F1342" w:rsidRPr="009F1342">
        <w:rPr>
          <w:rFonts w:ascii="Arial" w:hAnsi="Arial" w:cs="Arial"/>
        </w:rPr>
        <w:t xml:space="preserve"> 94 </w:t>
      </w:r>
      <w:proofErr w:type="spellStart"/>
      <w:r w:rsidR="009F1342" w:rsidRPr="009F1342">
        <w:rPr>
          <w:rFonts w:ascii="Arial" w:hAnsi="Arial" w:cs="Arial"/>
        </w:rPr>
        <w:t>o'r</w:t>
      </w:r>
      <w:proofErr w:type="spellEnd"/>
      <w:r w:rsidR="009F1342" w:rsidRPr="009F1342">
        <w:rPr>
          <w:rFonts w:ascii="Arial" w:hAnsi="Arial" w:cs="Arial"/>
        </w:rPr>
        <w:t xml:space="preserve"> </w:t>
      </w:r>
      <w:proofErr w:type="spellStart"/>
      <w:r w:rsidR="009F1342" w:rsidRPr="009F1342">
        <w:rPr>
          <w:rFonts w:ascii="Arial" w:hAnsi="Arial" w:cs="Arial"/>
        </w:rPr>
        <w:t>Ddeddf</w:t>
      </w:r>
      <w:proofErr w:type="spellEnd"/>
      <w:r w:rsidR="009F1342" w:rsidRPr="009F1342">
        <w:rPr>
          <w:rFonts w:ascii="Arial" w:hAnsi="Arial" w:cs="Arial"/>
        </w:rPr>
        <w:t xml:space="preserve"> Addysg Drydyddol ac </w:t>
      </w:r>
      <w:proofErr w:type="spellStart"/>
      <w:r w:rsidR="009F1342" w:rsidRPr="009F1342">
        <w:rPr>
          <w:rFonts w:ascii="Arial" w:hAnsi="Arial" w:cs="Arial"/>
        </w:rPr>
        <w:t>Ymchwil</w:t>
      </w:r>
      <w:proofErr w:type="spellEnd"/>
      <w:r w:rsidR="009F1342" w:rsidRPr="009F1342">
        <w:rPr>
          <w:rFonts w:ascii="Arial" w:hAnsi="Arial" w:cs="Arial"/>
        </w:rPr>
        <w:t>?</w:t>
      </w:r>
    </w:p>
    <w:p w14:paraId="0B0A2008" w14:textId="429000A8" w:rsidR="0023470B" w:rsidRPr="0042353A" w:rsidRDefault="0023470B">
      <w:pPr>
        <w:spacing w:after="120"/>
        <w:rPr>
          <w:rFonts w:ascii="Arial" w:hAnsi="Arial" w:cs="Arial"/>
        </w:rPr>
      </w:pPr>
    </w:p>
    <w:p w14:paraId="76E81A7C" w14:textId="77777777" w:rsidR="0032077B" w:rsidRDefault="0032077B">
      <w:pPr>
        <w:spacing w:after="120"/>
        <w:rPr>
          <w:rFonts w:ascii="Arial" w:hAnsi="Arial" w:cs="Arial"/>
          <w:b/>
          <w:sz w:val="32"/>
          <w:szCs w:val="32"/>
        </w:rPr>
      </w:pPr>
      <w:proofErr w:type="spellStart"/>
      <w:r w:rsidRPr="0032077B">
        <w:rPr>
          <w:rFonts w:ascii="Arial" w:hAnsi="Arial" w:cs="Arial"/>
          <w:b/>
          <w:sz w:val="32"/>
          <w:szCs w:val="32"/>
        </w:rPr>
        <w:t>Cystadleuaeth</w:t>
      </w:r>
      <w:proofErr w:type="spellEnd"/>
      <w:r w:rsidRPr="0032077B">
        <w:rPr>
          <w:rFonts w:ascii="Arial" w:hAnsi="Arial" w:cs="Arial"/>
          <w:b/>
          <w:sz w:val="32"/>
          <w:szCs w:val="32"/>
        </w:rPr>
        <w:t xml:space="preserve"> a </w:t>
      </w:r>
      <w:proofErr w:type="spellStart"/>
      <w:r w:rsidRPr="0032077B">
        <w:rPr>
          <w:rFonts w:ascii="Arial" w:hAnsi="Arial" w:cs="Arial"/>
          <w:b/>
          <w:sz w:val="32"/>
          <w:szCs w:val="32"/>
        </w:rPr>
        <w:t>chydweithio</w:t>
      </w:r>
      <w:proofErr w:type="spellEnd"/>
    </w:p>
    <w:p w14:paraId="4E0706DB" w14:textId="77777777" w:rsidR="004756E2" w:rsidRPr="004756E2" w:rsidRDefault="005C12BE" w:rsidP="004756E2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46E6430D" wp14:editId="20B72976">
                <wp:simplePos x="0" y="0"/>
                <wp:positionH relativeFrom="margin">
                  <wp:align>right</wp:align>
                </wp:positionH>
                <wp:positionV relativeFrom="paragraph">
                  <wp:posOffset>537210</wp:posOffset>
                </wp:positionV>
                <wp:extent cx="5924550" cy="1404620"/>
                <wp:effectExtent l="0" t="0" r="19050" b="24130"/>
                <wp:wrapSquare wrapText="bothSides"/>
                <wp:docPr id="5166107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FD4825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6E6430D" id="_x0000_s1036" type="#_x0000_t202" style="position:absolute;margin-left:415.3pt;margin-top:42.3pt;width:466.5pt;height:110.6pt;z-index:25165670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">
                <v:textbox style="mso-fit-shape-to-text:t">
                  <w:txbxContent>
                    <w:p w14:paraId="0DFD4825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1. </w:t>
      </w:r>
      <w:r w:rsidR="004756E2" w:rsidRPr="004756E2">
        <w:rPr>
          <w:rFonts w:ascii="Arial" w:hAnsi="Arial" w:cs="Arial"/>
        </w:rPr>
        <w:t xml:space="preserve">Beth </w:t>
      </w:r>
      <w:proofErr w:type="spellStart"/>
      <w:r w:rsidR="004756E2" w:rsidRPr="004756E2">
        <w:rPr>
          <w:rFonts w:ascii="Arial" w:hAnsi="Arial" w:cs="Arial"/>
        </w:rPr>
        <w:t>yw'r</w:t>
      </w:r>
      <w:proofErr w:type="spellEnd"/>
      <w:r w:rsidR="004756E2" w:rsidRPr="004756E2">
        <w:rPr>
          <w:rFonts w:ascii="Arial" w:hAnsi="Arial" w:cs="Arial"/>
        </w:rPr>
        <w:t xml:space="preserve"> </w:t>
      </w:r>
      <w:proofErr w:type="spellStart"/>
      <w:r w:rsidR="004756E2" w:rsidRPr="004756E2">
        <w:rPr>
          <w:rFonts w:ascii="Arial" w:hAnsi="Arial" w:cs="Arial"/>
        </w:rPr>
        <w:t>rhwystrau</w:t>
      </w:r>
      <w:proofErr w:type="spellEnd"/>
      <w:r w:rsidR="004756E2" w:rsidRPr="004756E2">
        <w:rPr>
          <w:rFonts w:ascii="Arial" w:hAnsi="Arial" w:cs="Arial"/>
        </w:rPr>
        <w:t xml:space="preserve"> </w:t>
      </w:r>
      <w:proofErr w:type="spellStart"/>
      <w:r w:rsidR="004756E2" w:rsidRPr="004756E2">
        <w:rPr>
          <w:rFonts w:ascii="Arial" w:hAnsi="Arial" w:cs="Arial"/>
        </w:rPr>
        <w:t>presennol</w:t>
      </w:r>
      <w:proofErr w:type="spellEnd"/>
      <w:r w:rsidR="004756E2" w:rsidRPr="004756E2">
        <w:rPr>
          <w:rFonts w:ascii="Arial" w:hAnsi="Arial" w:cs="Arial"/>
        </w:rPr>
        <w:t xml:space="preserve"> i </w:t>
      </w:r>
      <w:proofErr w:type="spellStart"/>
      <w:r w:rsidR="004756E2" w:rsidRPr="004756E2">
        <w:rPr>
          <w:rFonts w:ascii="Arial" w:hAnsi="Arial" w:cs="Arial"/>
        </w:rPr>
        <w:t>fwy</w:t>
      </w:r>
      <w:proofErr w:type="spellEnd"/>
      <w:r w:rsidR="004756E2" w:rsidRPr="004756E2">
        <w:rPr>
          <w:rFonts w:ascii="Arial" w:hAnsi="Arial" w:cs="Arial"/>
        </w:rPr>
        <w:t xml:space="preserve"> o </w:t>
      </w:r>
      <w:proofErr w:type="spellStart"/>
      <w:r w:rsidR="004756E2" w:rsidRPr="004756E2">
        <w:rPr>
          <w:rFonts w:ascii="Arial" w:hAnsi="Arial" w:cs="Arial"/>
        </w:rPr>
        <w:t>gydweithio</w:t>
      </w:r>
      <w:proofErr w:type="spellEnd"/>
      <w:r w:rsidR="004756E2" w:rsidRPr="004756E2">
        <w:rPr>
          <w:rFonts w:ascii="Arial" w:hAnsi="Arial" w:cs="Arial"/>
        </w:rPr>
        <w:t xml:space="preserve"> </w:t>
      </w:r>
      <w:proofErr w:type="spellStart"/>
      <w:r w:rsidR="004756E2" w:rsidRPr="004756E2">
        <w:rPr>
          <w:rFonts w:ascii="Arial" w:hAnsi="Arial" w:cs="Arial"/>
        </w:rPr>
        <w:t>rhwng</w:t>
      </w:r>
      <w:proofErr w:type="spellEnd"/>
      <w:r w:rsidR="004756E2" w:rsidRPr="004756E2">
        <w:rPr>
          <w:rFonts w:ascii="Arial" w:hAnsi="Arial" w:cs="Arial"/>
        </w:rPr>
        <w:t xml:space="preserve"> </w:t>
      </w:r>
      <w:proofErr w:type="spellStart"/>
      <w:r w:rsidR="004756E2" w:rsidRPr="004756E2">
        <w:rPr>
          <w:rFonts w:ascii="Arial" w:hAnsi="Arial" w:cs="Arial"/>
        </w:rPr>
        <w:t>darparwyr</w:t>
      </w:r>
      <w:proofErr w:type="spellEnd"/>
      <w:r w:rsidR="004756E2" w:rsidRPr="004756E2">
        <w:rPr>
          <w:rFonts w:ascii="Arial" w:hAnsi="Arial" w:cs="Arial"/>
        </w:rPr>
        <w:t xml:space="preserve"> </w:t>
      </w:r>
      <w:proofErr w:type="spellStart"/>
      <w:r w:rsidR="004756E2" w:rsidRPr="004756E2">
        <w:rPr>
          <w:rFonts w:ascii="Arial" w:hAnsi="Arial" w:cs="Arial"/>
        </w:rPr>
        <w:t>addysg</w:t>
      </w:r>
      <w:proofErr w:type="spellEnd"/>
      <w:r w:rsidR="004756E2" w:rsidRPr="004756E2">
        <w:rPr>
          <w:rFonts w:ascii="Arial" w:hAnsi="Arial" w:cs="Arial"/>
        </w:rPr>
        <w:t xml:space="preserve"> </w:t>
      </w:r>
      <w:proofErr w:type="spellStart"/>
      <w:r w:rsidR="004756E2" w:rsidRPr="004756E2">
        <w:rPr>
          <w:rFonts w:ascii="Arial" w:hAnsi="Arial" w:cs="Arial"/>
        </w:rPr>
        <w:t>drydyddol</w:t>
      </w:r>
      <w:proofErr w:type="spellEnd"/>
      <w:r w:rsidR="004756E2" w:rsidRPr="004756E2">
        <w:rPr>
          <w:rFonts w:ascii="Arial" w:hAnsi="Arial" w:cs="Arial"/>
        </w:rPr>
        <w:t xml:space="preserve">? Beth </w:t>
      </w:r>
      <w:proofErr w:type="spellStart"/>
      <w:r w:rsidR="004756E2" w:rsidRPr="004756E2">
        <w:rPr>
          <w:rFonts w:ascii="Arial" w:hAnsi="Arial" w:cs="Arial"/>
        </w:rPr>
        <w:t>sy'n</w:t>
      </w:r>
      <w:proofErr w:type="spellEnd"/>
      <w:r w:rsidR="004756E2" w:rsidRPr="004756E2">
        <w:rPr>
          <w:rFonts w:ascii="Arial" w:hAnsi="Arial" w:cs="Arial"/>
        </w:rPr>
        <w:t xml:space="preserve"> </w:t>
      </w:r>
      <w:proofErr w:type="spellStart"/>
      <w:r w:rsidR="004756E2" w:rsidRPr="004756E2">
        <w:rPr>
          <w:rFonts w:ascii="Arial" w:hAnsi="Arial" w:cs="Arial"/>
        </w:rPr>
        <w:t>galluogi</w:t>
      </w:r>
      <w:proofErr w:type="spellEnd"/>
      <w:r w:rsidR="004756E2" w:rsidRPr="004756E2">
        <w:rPr>
          <w:rFonts w:ascii="Arial" w:hAnsi="Arial" w:cs="Arial"/>
        </w:rPr>
        <w:t xml:space="preserve"> </w:t>
      </w:r>
      <w:proofErr w:type="spellStart"/>
      <w:r w:rsidR="004756E2" w:rsidRPr="004756E2">
        <w:rPr>
          <w:rFonts w:ascii="Arial" w:hAnsi="Arial" w:cs="Arial"/>
        </w:rPr>
        <w:t>cydweithio</w:t>
      </w:r>
      <w:proofErr w:type="spellEnd"/>
      <w:r w:rsidR="004756E2" w:rsidRPr="004756E2">
        <w:rPr>
          <w:rFonts w:ascii="Arial" w:hAnsi="Arial" w:cs="Arial"/>
        </w:rPr>
        <w:t xml:space="preserve"> </w:t>
      </w:r>
      <w:proofErr w:type="spellStart"/>
      <w:r w:rsidR="004756E2" w:rsidRPr="004756E2">
        <w:rPr>
          <w:rFonts w:ascii="Arial" w:hAnsi="Arial" w:cs="Arial"/>
        </w:rPr>
        <w:t>effeithiol</w:t>
      </w:r>
      <w:proofErr w:type="spellEnd"/>
      <w:r w:rsidR="004756E2" w:rsidRPr="004756E2">
        <w:rPr>
          <w:rFonts w:ascii="Arial" w:hAnsi="Arial" w:cs="Arial"/>
        </w:rPr>
        <w:t xml:space="preserve"> </w:t>
      </w:r>
      <w:proofErr w:type="spellStart"/>
      <w:r w:rsidR="004756E2" w:rsidRPr="004756E2">
        <w:rPr>
          <w:rFonts w:ascii="Arial" w:hAnsi="Arial" w:cs="Arial"/>
        </w:rPr>
        <w:t>ar</w:t>
      </w:r>
      <w:proofErr w:type="spellEnd"/>
      <w:r w:rsidR="004756E2" w:rsidRPr="004756E2">
        <w:rPr>
          <w:rFonts w:ascii="Arial" w:hAnsi="Arial" w:cs="Arial"/>
        </w:rPr>
        <w:t xml:space="preserve"> </w:t>
      </w:r>
      <w:proofErr w:type="spellStart"/>
      <w:r w:rsidR="004756E2" w:rsidRPr="004756E2">
        <w:rPr>
          <w:rFonts w:ascii="Arial" w:hAnsi="Arial" w:cs="Arial"/>
        </w:rPr>
        <w:t>hyn</w:t>
      </w:r>
      <w:proofErr w:type="spellEnd"/>
      <w:r w:rsidR="004756E2" w:rsidRPr="004756E2">
        <w:rPr>
          <w:rFonts w:ascii="Arial" w:hAnsi="Arial" w:cs="Arial"/>
        </w:rPr>
        <w:t xml:space="preserve"> o </w:t>
      </w:r>
      <w:proofErr w:type="spellStart"/>
      <w:r w:rsidR="004756E2" w:rsidRPr="004756E2">
        <w:rPr>
          <w:rFonts w:ascii="Arial" w:hAnsi="Arial" w:cs="Arial"/>
        </w:rPr>
        <w:t>bryd</w:t>
      </w:r>
      <w:proofErr w:type="spellEnd"/>
      <w:r w:rsidR="004756E2" w:rsidRPr="004756E2">
        <w:rPr>
          <w:rFonts w:ascii="Arial" w:hAnsi="Arial" w:cs="Arial"/>
        </w:rPr>
        <w:t>?</w:t>
      </w:r>
    </w:p>
    <w:p w14:paraId="3FFA3EC5" w14:textId="7E9EF112" w:rsidR="0023470B" w:rsidRPr="0042353A" w:rsidRDefault="0023470B">
      <w:pPr>
        <w:spacing w:after="120"/>
        <w:rPr>
          <w:rFonts w:ascii="Arial" w:hAnsi="Arial" w:cs="Arial"/>
        </w:rPr>
      </w:pPr>
    </w:p>
    <w:p w14:paraId="4836B2D7" w14:textId="77777777" w:rsidR="00034B13" w:rsidRPr="00034B13" w:rsidRDefault="005C12BE" w:rsidP="00034B13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592D81AF" wp14:editId="4B71593C">
                <wp:simplePos x="0" y="0"/>
                <wp:positionH relativeFrom="margin">
                  <wp:align>right</wp:align>
                </wp:positionH>
                <wp:positionV relativeFrom="paragraph">
                  <wp:posOffset>1010285</wp:posOffset>
                </wp:positionV>
                <wp:extent cx="5924550" cy="1404620"/>
                <wp:effectExtent l="0" t="0" r="19050" b="24130"/>
                <wp:wrapSquare wrapText="bothSides"/>
                <wp:docPr id="113654017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F7673A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92D81AF" id="_x0000_s1037" type="#_x0000_t202" style="position:absolute;margin-left:415.3pt;margin-top:79.55pt;width:466.5pt;height:110.6pt;z-index:251658752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">
                <v:textbox style="mso-fit-shape-to-text:t">
                  <w:txbxContent>
                    <w:p w14:paraId="4DF7673A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2. </w:t>
      </w:r>
      <w:r w:rsidR="00034B13" w:rsidRPr="00034B13">
        <w:rPr>
          <w:rFonts w:ascii="Arial" w:hAnsi="Arial" w:cs="Arial"/>
        </w:rPr>
        <w:t xml:space="preserve">A </w:t>
      </w:r>
      <w:proofErr w:type="spellStart"/>
      <w:r w:rsidR="00034B13" w:rsidRPr="00034B13">
        <w:rPr>
          <w:rFonts w:ascii="Arial" w:hAnsi="Arial" w:cs="Arial"/>
        </w:rPr>
        <w:t>oes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rhagor</w:t>
      </w:r>
      <w:proofErr w:type="spellEnd"/>
      <w:r w:rsidR="00034B13" w:rsidRPr="00034B13">
        <w:rPr>
          <w:rFonts w:ascii="Arial" w:hAnsi="Arial" w:cs="Arial"/>
        </w:rPr>
        <w:t xml:space="preserve"> o </w:t>
      </w:r>
      <w:proofErr w:type="spellStart"/>
      <w:r w:rsidR="00034B13" w:rsidRPr="00034B13">
        <w:rPr>
          <w:rFonts w:ascii="Arial" w:hAnsi="Arial" w:cs="Arial"/>
        </w:rPr>
        <w:t>enghreifftiau</w:t>
      </w:r>
      <w:proofErr w:type="spellEnd"/>
      <w:r w:rsidR="00034B13" w:rsidRPr="00034B13">
        <w:rPr>
          <w:rFonts w:ascii="Arial" w:hAnsi="Arial" w:cs="Arial"/>
        </w:rPr>
        <w:t xml:space="preserve"> o </w:t>
      </w:r>
      <w:proofErr w:type="spellStart"/>
      <w:r w:rsidR="00034B13" w:rsidRPr="00034B13">
        <w:rPr>
          <w:rFonts w:ascii="Arial" w:hAnsi="Arial" w:cs="Arial"/>
        </w:rPr>
        <w:t>ysgolion</w:t>
      </w:r>
      <w:proofErr w:type="spellEnd"/>
      <w:r w:rsidR="00034B13" w:rsidRPr="00034B13">
        <w:rPr>
          <w:rFonts w:ascii="Arial" w:hAnsi="Arial" w:cs="Arial"/>
        </w:rPr>
        <w:t xml:space="preserve"> a </w:t>
      </w:r>
      <w:proofErr w:type="spellStart"/>
      <w:r w:rsidR="00034B13" w:rsidRPr="00034B13">
        <w:rPr>
          <w:rFonts w:ascii="Arial" w:hAnsi="Arial" w:cs="Arial"/>
        </w:rPr>
        <w:t>cholegau'n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cydweithio</w:t>
      </w:r>
      <w:proofErr w:type="spellEnd"/>
      <w:r w:rsidR="00034B13" w:rsidRPr="00034B13">
        <w:rPr>
          <w:rFonts w:ascii="Arial" w:hAnsi="Arial" w:cs="Arial"/>
        </w:rPr>
        <w:t xml:space="preserve"> i </w:t>
      </w:r>
      <w:proofErr w:type="spellStart"/>
      <w:r w:rsidR="00034B13" w:rsidRPr="00034B13">
        <w:rPr>
          <w:rFonts w:ascii="Arial" w:hAnsi="Arial" w:cs="Arial"/>
        </w:rPr>
        <w:t>gynnal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cwricwlwm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eang</w:t>
      </w:r>
      <w:proofErr w:type="spellEnd"/>
      <w:r w:rsidR="00034B13" w:rsidRPr="00034B13">
        <w:rPr>
          <w:rFonts w:ascii="Arial" w:hAnsi="Arial" w:cs="Arial"/>
        </w:rPr>
        <w:t xml:space="preserve"> a </w:t>
      </w:r>
      <w:proofErr w:type="spellStart"/>
      <w:r w:rsidR="00034B13" w:rsidRPr="00034B13">
        <w:rPr>
          <w:rFonts w:ascii="Arial" w:hAnsi="Arial" w:cs="Arial"/>
        </w:rPr>
        <w:t>hygyrch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mewn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addysg</w:t>
      </w:r>
      <w:proofErr w:type="spellEnd"/>
      <w:r w:rsidR="00034B13" w:rsidRPr="00034B13">
        <w:rPr>
          <w:rFonts w:ascii="Arial" w:hAnsi="Arial" w:cs="Arial"/>
        </w:rPr>
        <w:t xml:space="preserve"> ôl-16 ac i </w:t>
      </w:r>
      <w:proofErr w:type="spellStart"/>
      <w:r w:rsidR="00034B13" w:rsidRPr="00034B13">
        <w:rPr>
          <w:rFonts w:ascii="Arial" w:hAnsi="Arial" w:cs="Arial"/>
        </w:rPr>
        <w:t>wella'r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pontio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rhwng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addysg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cyn</w:t>
      </w:r>
      <w:proofErr w:type="spellEnd"/>
      <w:r w:rsidR="00034B13" w:rsidRPr="00034B13">
        <w:rPr>
          <w:rFonts w:ascii="Arial" w:hAnsi="Arial" w:cs="Arial"/>
        </w:rPr>
        <w:t xml:space="preserve"> ac ôl-16? </w:t>
      </w:r>
      <w:proofErr w:type="gramStart"/>
      <w:r w:rsidR="00034B13" w:rsidRPr="00034B13">
        <w:rPr>
          <w:rFonts w:ascii="Arial" w:hAnsi="Arial" w:cs="Arial"/>
        </w:rPr>
        <w:t>A</w:t>
      </w:r>
      <w:proofErr w:type="gram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oes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rhagor</w:t>
      </w:r>
      <w:proofErr w:type="spellEnd"/>
      <w:r w:rsidR="00034B13" w:rsidRPr="00034B13">
        <w:rPr>
          <w:rFonts w:ascii="Arial" w:hAnsi="Arial" w:cs="Arial"/>
        </w:rPr>
        <w:t xml:space="preserve"> o </w:t>
      </w:r>
      <w:proofErr w:type="spellStart"/>
      <w:r w:rsidR="00034B13" w:rsidRPr="00034B13">
        <w:rPr>
          <w:rFonts w:ascii="Arial" w:hAnsi="Arial" w:cs="Arial"/>
        </w:rPr>
        <w:t>enghreifftiau</w:t>
      </w:r>
      <w:proofErr w:type="spellEnd"/>
      <w:r w:rsidR="00034B13" w:rsidRPr="00034B13">
        <w:rPr>
          <w:rFonts w:ascii="Arial" w:hAnsi="Arial" w:cs="Arial"/>
        </w:rPr>
        <w:t xml:space="preserve"> o </w:t>
      </w:r>
      <w:proofErr w:type="spellStart"/>
      <w:r w:rsidR="00034B13" w:rsidRPr="00034B13">
        <w:rPr>
          <w:rFonts w:ascii="Arial" w:hAnsi="Arial" w:cs="Arial"/>
        </w:rPr>
        <w:t>brifysgolion</w:t>
      </w:r>
      <w:proofErr w:type="spellEnd"/>
      <w:r w:rsidR="00034B13" w:rsidRPr="00034B13">
        <w:rPr>
          <w:rFonts w:ascii="Arial" w:hAnsi="Arial" w:cs="Arial"/>
        </w:rPr>
        <w:t xml:space="preserve"> yn </w:t>
      </w:r>
      <w:proofErr w:type="spellStart"/>
      <w:r w:rsidR="00034B13" w:rsidRPr="00034B13">
        <w:rPr>
          <w:rFonts w:ascii="Arial" w:hAnsi="Arial" w:cs="Arial"/>
        </w:rPr>
        <w:t>cydweithio</w:t>
      </w:r>
      <w:proofErr w:type="spellEnd"/>
      <w:r w:rsidR="00034B13" w:rsidRPr="00034B13">
        <w:rPr>
          <w:rFonts w:ascii="Arial" w:hAnsi="Arial" w:cs="Arial"/>
        </w:rPr>
        <w:t xml:space="preserve"> i </w:t>
      </w:r>
      <w:proofErr w:type="spellStart"/>
      <w:r w:rsidR="00034B13" w:rsidRPr="00034B13">
        <w:rPr>
          <w:rFonts w:ascii="Arial" w:hAnsi="Arial" w:cs="Arial"/>
        </w:rPr>
        <w:t>gyflwyno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darpariaeth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gradd</w:t>
      </w:r>
      <w:proofErr w:type="spellEnd"/>
      <w:r w:rsidR="00034B13" w:rsidRPr="00034B13">
        <w:rPr>
          <w:rFonts w:ascii="Arial" w:hAnsi="Arial" w:cs="Arial"/>
        </w:rPr>
        <w:t xml:space="preserve">? </w:t>
      </w:r>
      <w:proofErr w:type="gramStart"/>
      <w:r w:rsidR="00034B13" w:rsidRPr="00034B13">
        <w:rPr>
          <w:rFonts w:ascii="Arial" w:hAnsi="Arial" w:cs="Arial"/>
        </w:rPr>
        <w:t>A</w:t>
      </w:r>
      <w:proofErr w:type="gram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ellir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datblygu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hyn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ymhellach</w:t>
      </w:r>
      <w:proofErr w:type="spellEnd"/>
      <w:r w:rsidR="00034B13" w:rsidRPr="00034B13">
        <w:rPr>
          <w:rFonts w:ascii="Arial" w:hAnsi="Arial" w:cs="Arial"/>
        </w:rPr>
        <w:t xml:space="preserve"> i </w:t>
      </w:r>
      <w:proofErr w:type="spellStart"/>
      <w:r w:rsidR="00034B13" w:rsidRPr="00034B13">
        <w:rPr>
          <w:rFonts w:ascii="Arial" w:hAnsi="Arial" w:cs="Arial"/>
        </w:rPr>
        <w:t>ddiogelu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meysydd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pwnc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sydd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mewn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perygl</w:t>
      </w:r>
      <w:proofErr w:type="spellEnd"/>
      <w:r w:rsidR="00034B13" w:rsidRPr="00034B13">
        <w:rPr>
          <w:rFonts w:ascii="Arial" w:hAnsi="Arial" w:cs="Arial"/>
        </w:rPr>
        <w:t>?</w:t>
      </w:r>
    </w:p>
    <w:p w14:paraId="0CAC9027" w14:textId="7577B679" w:rsidR="0023470B" w:rsidRPr="0042353A" w:rsidRDefault="0023470B">
      <w:pPr>
        <w:spacing w:after="120"/>
        <w:rPr>
          <w:rFonts w:ascii="Arial" w:hAnsi="Arial" w:cs="Arial"/>
        </w:rPr>
      </w:pPr>
    </w:p>
    <w:p w14:paraId="24D3CDF6" w14:textId="71D73CAE" w:rsidR="0023470B" w:rsidRPr="0042353A" w:rsidRDefault="005C12BE" w:rsidP="005858C1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70C4838C" wp14:editId="4389078A">
                <wp:simplePos x="0" y="0"/>
                <wp:positionH relativeFrom="margin">
                  <wp:align>right</wp:align>
                </wp:positionH>
                <wp:positionV relativeFrom="paragraph">
                  <wp:posOffset>1029335</wp:posOffset>
                </wp:positionV>
                <wp:extent cx="5924550" cy="1404620"/>
                <wp:effectExtent l="0" t="0" r="19050" b="24130"/>
                <wp:wrapSquare wrapText="bothSides"/>
                <wp:docPr id="60519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34AC14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0C4838C" id="_x0000_s1038" type="#_x0000_t202" style="position:absolute;margin-left:415.3pt;margin-top:81.05pt;width:466.5pt;height:110.6pt;z-index:251660800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">
                <v:textbox style="mso-fit-shape-to-text:t">
                  <w:txbxContent>
                    <w:p w14:paraId="6634AC14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3. </w:t>
      </w:r>
      <w:r w:rsidR="005858C1" w:rsidRPr="005858C1">
        <w:rPr>
          <w:rFonts w:ascii="Arial" w:hAnsi="Arial" w:cs="Arial"/>
        </w:rPr>
        <w:t xml:space="preserve">Beth </w:t>
      </w:r>
      <w:proofErr w:type="spellStart"/>
      <w:r w:rsidR="005858C1" w:rsidRPr="005858C1">
        <w:rPr>
          <w:rFonts w:ascii="Arial" w:hAnsi="Arial" w:cs="Arial"/>
        </w:rPr>
        <w:t>yw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manteision</w:t>
      </w:r>
      <w:proofErr w:type="spellEnd"/>
      <w:r w:rsidR="005858C1" w:rsidRPr="005858C1">
        <w:rPr>
          <w:rFonts w:ascii="Arial" w:hAnsi="Arial" w:cs="Arial"/>
        </w:rPr>
        <w:t xml:space="preserve"> ac </w:t>
      </w:r>
      <w:proofErr w:type="spellStart"/>
      <w:r w:rsidR="005858C1" w:rsidRPr="005858C1">
        <w:rPr>
          <w:rFonts w:ascii="Arial" w:hAnsi="Arial" w:cs="Arial"/>
        </w:rPr>
        <w:t>anfanteision</w:t>
      </w:r>
      <w:proofErr w:type="spellEnd"/>
      <w:r w:rsidR="005858C1" w:rsidRPr="005858C1">
        <w:rPr>
          <w:rFonts w:ascii="Arial" w:hAnsi="Arial" w:cs="Arial"/>
        </w:rPr>
        <w:t xml:space="preserve"> y </w:t>
      </w:r>
      <w:proofErr w:type="spellStart"/>
      <w:r w:rsidR="005858C1" w:rsidRPr="005858C1">
        <w:rPr>
          <w:rFonts w:ascii="Arial" w:hAnsi="Arial" w:cs="Arial"/>
        </w:rPr>
        <w:t>farchnad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heb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ei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chapio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ar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gyfer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israddedigion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cartref</w:t>
      </w:r>
      <w:proofErr w:type="spellEnd"/>
      <w:r w:rsidR="005858C1" w:rsidRPr="005858C1">
        <w:rPr>
          <w:rFonts w:ascii="Arial" w:hAnsi="Arial" w:cs="Arial"/>
        </w:rPr>
        <w:t xml:space="preserve">, i </w:t>
      </w:r>
      <w:proofErr w:type="spellStart"/>
      <w:r w:rsidR="005858C1" w:rsidRPr="005858C1">
        <w:rPr>
          <w:rFonts w:ascii="Arial" w:hAnsi="Arial" w:cs="Arial"/>
        </w:rPr>
        <w:t>fyfyrwyr</w:t>
      </w:r>
      <w:proofErr w:type="spellEnd"/>
      <w:r w:rsidR="005858C1" w:rsidRPr="005858C1">
        <w:rPr>
          <w:rFonts w:ascii="Arial" w:hAnsi="Arial" w:cs="Arial"/>
        </w:rPr>
        <w:t xml:space="preserve"> ac i </w:t>
      </w:r>
      <w:proofErr w:type="spellStart"/>
      <w:r w:rsidR="005858C1" w:rsidRPr="005858C1">
        <w:rPr>
          <w:rFonts w:ascii="Arial" w:hAnsi="Arial" w:cs="Arial"/>
        </w:rPr>
        <w:t>sefydliadau</w:t>
      </w:r>
      <w:proofErr w:type="spellEnd"/>
      <w:r w:rsidR="005858C1" w:rsidRPr="005858C1">
        <w:rPr>
          <w:rFonts w:ascii="Arial" w:hAnsi="Arial" w:cs="Arial"/>
        </w:rPr>
        <w:t xml:space="preserve">? Sut </w:t>
      </w:r>
      <w:proofErr w:type="spellStart"/>
      <w:r w:rsidR="005858C1" w:rsidRPr="005858C1">
        <w:rPr>
          <w:rFonts w:ascii="Arial" w:hAnsi="Arial" w:cs="Arial"/>
        </w:rPr>
        <w:t>mae'r</w:t>
      </w:r>
      <w:proofErr w:type="spellEnd"/>
      <w:r w:rsidR="005858C1" w:rsidRPr="005858C1">
        <w:rPr>
          <w:rFonts w:ascii="Arial" w:hAnsi="Arial" w:cs="Arial"/>
        </w:rPr>
        <w:t xml:space="preserve"> sector </w:t>
      </w:r>
      <w:proofErr w:type="spellStart"/>
      <w:r w:rsidR="005858C1" w:rsidRPr="005858C1">
        <w:rPr>
          <w:rFonts w:ascii="Arial" w:hAnsi="Arial" w:cs="Arial"/>
        </w:rPr>
        <w:t>addysg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uwch</w:t>
      </w:r>
      <w:proofErr w:type="spellEnd"/>
      <w:r w:rsidR="005858C1" w:rsidRPr="005858C1">
        <w:rPr>
          <w:rFonts w:ascii="Arial" w:hAnsi="Arial" w:cs="Arial"/>
        </w:rPr>
        <w:t xml:space="preserve"> yn </w:t>
      </w:r>
      <w:proofErr w:type="spellStart"/>
      <w:r w:rsidR="005858C1" w:rsidRPr="005858C1">
        <w:rPr>
          <w:rFonts w:ascii="Arial" w:hAnsi="Arial" w:cs="Arial"/>
        </w:rPr>
        <w:t>disgwyl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i'r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farchnad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ddatblygu</w:t>
      </w:r>
      <w:proofErr w:type="spellEnd"/>
      <w:r w:rsidR="005858C1" w:rsidRPr="005858C1">
        <w:rPr>
          <w:rFonts w:ascii="Arial" w:hAnsi="Arial" w:cs="Arial"/>
        </w:rPr>
        <w:t xml:space="preserve"> yn </w:t>
      </w:r>
      <w:proofErr w:type="spellStart"/>
      <w:r w:rsidR="005858C1" w:rsidRPr="005858C1">
        <w:rPr>
          <w:rFonts w:ascii="Arial" w:hAnsi="Arial" w:cs="Arial"/>
        </w:rPr>
        <w:t>ystod</w:t>
      </w:r>
      <w:proofErr w:type="spellEnd"/>
      <w:r w:rsidR="005858C1" w:rsidRPr="005858C1">
        <w:rPr>
          <w:rFonts w:ascii="Arial" w:hAnsi="Arial" w:cs="Arial"/>
        </w:rPr>
        <w:t xml:space="preserve"> y </w:t>
      </w:r>
      <w:proofErr w:type="spellStart"/>
      <w:r w:rsidR="005858C1" w:rsidRPr="005858C1">
        <w:rPr>
          <w:rFonts w:ascii="Arial" w:hAnsi="Arial" w:cs="Arial"/>
        </w:rPr>
        <w:t>degawd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nesaf</w:t>
      </w:r>
      <w:proofErr w:type="spellEnd"/>
      <w:r w:rsidR="005858C1" w:rsidRPr="005858C1">
        <w:rPr>
          <w:rFonts w:ascii="Arial" w:hAnsi="Arial" w:cs="Arial"/>
        </w:rPr>
        <w:t xml:space="preserve">, yn </w:t>
      </w:r>
      <w:proofErr w:type="spellStart"/>
      <w:r w:rsidR="005858C1" w:rsidRPr="005858C1">
        <w:rPr>
          <w:rFonts w:ascii="Arial" w:hAnsi="Arial" w:cs="Arial"/>
        </w:rPr>
        <w:t>enwedig</w:t>
      </w:r>
      <w:proofErr w:type="spellEnd"/>
      <w:r w:rsidR="005858C1" w:rsidRPr="005858C1">
        <w:rPr>
          <w:rFonts w:ascii="Arial" w:hAnsi="Arial" w:cs="Arial"/>
        </w:rPr>
        <w:t xml:space="preserve"> pan </w:t>
      </w:r>
      <w:proofErr w:type="spellStart"/>
      <w:r w:rsidR="005858C1" w:rsidRPr="005858C1">
        <w:rPr>
          <w:rFonts w:ascii="Arial" w:hAnsi="Arial" w:cs="Arial"/>
        </w:rPr>
        <w:t>fydd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nifer</w:t>
      </w:r>
      <w:proofErr w:type="spellEnd"/>
      <w:r w:rsidR="005858C1" w:rsidRPr="005858C1">
        <w:rPr>
          <w:rFonts w:ascii="Arial" w:hAnsi="Arial" w:cs="Arial"/>
        </w:rPr>
        <w:t xml:space="preserve"> y </w:t>
      </w:r>
      <w:proofErr w:type="spellStart"/>
      <w:r w:rsidR="005858C1" w:rsidRPr="005858C1">
        <w:rPr>
          <w:rFonts w:ascii="Arial" w:hAnsi="Arial" w:cs="Arial"/>
        </w:rPr>
        <w:t>bobl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ifanc</w:t>
      </w:r>
      <w:proofErr w:type="spellEnd"/>
      <w:r w:rsidR="005858C1" w:rsidRPr="005858C1">
        <w:rPr>
          <w:rFonts w:ascii="Arial" w:hAnsi="Arial" w:cs="Arial"/>
        </w:rPr>
        <w:t xml:space="preserve"> 18 </w:t>
      </w:r>
      <w:proofErr w:type="spellStart"/>
      <w:r w:rsidR="005858C1" w:rsidRPr="005858C1">
        <w:rPr>
          <w:rFonts w:ascii="Arial" w:hAnsi="Arial" w:cs="Arial"/>
        </w:rPr>
        <w:t>oed</w:t>
      </w:r>
      <w:proofErr w:type="spellEnd"/>
      <w:r w:rsidR="005858C1" w:rsidRPr="005858C1">
        <w:rPr>
          <w:rFonts w:ascii="Arial" w:hAnsi="Arial" w:cs="Arial"/>
        </w:rPr>
        <w:t xml:space="preserve"> yn </w:t>
      </w:r>
      <w:proofErr w:type="spellStart"/>
      <w:r w:rsidR="005858C1" w:rsidRPr="005858C1">
        <w:rPr>
          <w:rFonts w:ascii="Arial" w:hAnsi="Arial" w:cs="Arial"/>
        </w:rPr>
        <w:t>dechrau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gostwng</w:t>
      </w:r>
      <w:proofErr w:type="spellEnd"/>
      <w:r w:rsidR="005858C1" w:rsidRPr="005858C1">
        <w:rPr>
          <w:rFonts w:ascii="Arial" w:hAnsi="Arial" w:cs="Arial"/>
        </w:rPr>
        <w:t>?</w:t>
      </w:r>
    </w:p>
    <w:p w14:paraId="1430C583" w14:textId="77777777" w:rsidR="00196052" w:rsidRPr="00196052" w:rsidRDefault="005C12BE" w:rsidP="00196052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2848" behindDoc="0" locked="0" layoutInCell="1" allowOverlap="1" wp14:anchorId="69D97DD0" wp14:editId="59BEFAAE">
                <wp:simplePos x="0" y="0"/>
                <wp:positionH relativeFrom="margin">
                  <wp:posOffset>-12700</wp:posOffset>
                </wp:positionH>
                <wp:positionV relativeFrom="paragraph">
                  <wp:posOffset>741045</wp:posOffset>
                </wp:positionV>
                <wp:extent cx="5924550" cy="1404620"/>
                <wp:effectExtent l="0" t="0" r="19050" b="24130"/>
                <wp:wrapSquare wrapText="bothSides"/>
                <wp:docPr id="6533446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BBF863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9D97DD0" id="_x0000_s1039" type="#_x0000_t202" style="position:absolute;margin-left:-1pt;margin-top:58.35pt;width:466.5pt;height:110.6pt;z-index:2516628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">
                <v:textbox style="mso-fit-shape-to-text:t">
                  <w:txbxContent>
                    <w:p w14:paraId="57BBF863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4. </w:t>
      </w:r>
      <w:proofErr w:type="spellStart"/>
      <w:r w:rsidR="00196052" w:rsidRPr="00196052">
        <w:rPr>
          <w:rFonts w:ascii="Arial" w:hAnsi="Arial" w:cs="Arial"/>
        </w:rPr>
        <w:t>Ymhle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yng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Nghymru</w:t>
      </w:r>
      <w:proofErr w:type="spellEnd"/>
      <w:r w:rsidR="00196052" w:rsidRPr="00196052">
        <w:rPr>
          <w:rFonts w:ascii="Arial" w:hAnsi="Arial" w:cs="Arial"/>
        </w:rPr>
        <w:t xml:space="preserve"> y </w:t>
      </w:r>
      <w:proofErr w:type="spellStart"/>
      <w:r w:rsidR="00196052" w:rsidRPr="00196052">
        <w:rPr>
          <w:rFonts w:ascii="Arial" w:hAnsi="Arial" w:cs="Arial"/>
        </w:rPr>
        <w:t>mae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yna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risg</w:t>
      </w:r>
      <w:proofErr w:type="spellEnd"/>
      <w:r w:rsidR="00196052" w:rsidRPr="00196052">
        <w:rPr>
          <w:rFonts w:ascii="Arial" w:hAnsi="Arial" w:cs="Arial"/>
        </w:rPr>
        <w:t xml:space="preserve"> o '</w:t>
      </w:r>
      <w:proofErr w:type="spellStart"/>
      <w:r w:rsidR="00196052" w:rsidRPr="00196052">
        <w:rPr>
          <w:rFonts w:ascii="Arial" w:hAnsi="Arial" w:cs="Arial"/>
        </w:rPr>
        <w:t>fannau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oer</w:t>
      </w:r>
      <w:proofErr w:type="spellEnd"/>
      <w:r w:rsidR="00196052" w:rsidRPr="00196052">
        <w:rPr>
          <w:rFonts w:ascii="Arial" w:hAnsi="Arial" w:cs="Arial"/>
        </w:rPr>
        <w:t xml:space="preserve"> o ran </w:t>
      </w:r>
      <w:proofErr w:type="spellStart"/>
      <w:r w:rsidR="00196052" w:rsidRPr="00196052">
        <w:rPr>
          <w:rFonts w:ascii="Arial" w:hAnsi="Arial" w:cs="Arial"/>
        </w:rPr>
        <w:t>addysg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uwch</w:t>
      </w:r>
      <w:proofErr w:type="spellEnd"/>
      <w:r w:rsidR="00196052" w:rsidRPr="00196052">
        <w:rPr>
          <w:rFonts w:ascii="Arial" w:hAnsi="Arial" w:cs="Arial"/>
        </w:rPr>
        <w:t xml:space="preserve">'? </w:t>
      </w:r>
      <w:proofErr w:type="gramStart"/>
      <w:r w:rsidR="00196052" w:rsidRPr="00196052">
        <w:rPr>
          <w:rFonts w:ascii="Arial" w:hAnsi="Arial" w:cs="Arial"/>
        </w:rPr>
        <w:t>A</w:t>
      </w:r>
      <w:proofErr w:type="gram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oes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yna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feysydd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pwnc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penodol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sydd</w:t>
      </w:r>
      <w:proofErr w:type="spellEnd"/>
      <w:r w:rsidR="00196052" w:rsidRPr="00196052">
        <w:rPr>
          <w:rFonts w:ascii="Arial" w:hAnsi="Arial" w:cs="Arial"/>
        </w:rPr>
        <w:t xml:space="preserve"> dan </w:t>
      </w:r>
      <w:proofErr w:type="spellStart"/>
      <w:r w:rsidR="00196052" w:rsidRPr="00196052">
        <w:rPr>
          <w:rFonts w:ascii="Arial" w:hAnsi="Arial" w:cs="Arial"/>
        </w:rPr>
        <w:t>fygythiad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oherwydd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cystadleuaeth</w:t>
      </w:r>
      <w:proofErr w:type="spellEnd"/>
      <w:r w:rsidR="00196052" w:rsidRPr="00196052">
        <w:rPr>
          <w:rFonts w:ascii="Arial" w:hAnsi="Arial" w:cs="Arial"/>
        </w:rPr>
        <w:t xml:space="preserve"> yn y </w:t>
      </w:r>
      <w:proofErr w:type="spellStart"/>
      <w:r w:rsidR="00196052" w:rsidRPr="00196052">
        <w:rPr>
          <w:rFonts w:ascii="Arial" w:hAnsi="Arial" w:cs="Arial"/>
        </w:rPr>
        <w:t>farchnad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a’r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newid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mewn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dewisiadau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myfyrwyr</w:t>
      </w:r>
      <w:proofErr w:type="spellEnd"/>
      <w:r w:rsidR="00196052" w:rsidRPr="00196052">
        <w:rPr>
          <w:rFonts w:ascii="Arial" w:hAnsi="Arial" w:cs="Arial"/>
        </w:rPr>
        <w:t xml:space="preserve">? </w:t>
      </w:r>
    </w:p>
    <w:p w14:paraId="6C911288" w14:textId="2E15EA30" w:rsidR="0023470B" w:rsidRPr="0042353A" w:rsidRDefault="0023470B">
      <w:pPr>
        <w:spacing w:after="120"/>
        <w:rPr>
          <w:rFonts w:ascii="Arial" w:hAnsi="Arial" w:cs="Arial"/>
        </w:rPr>
      </w:pPr>
    </w:p>
    <w:p w14:paraId="60D56D25" w14:textId="77777777" w:rsidR="005C12BE" w:rsidRPr="0042353A" w:rsidRDefault="005C12BE">
      <w:pPr>
        <w:rPr>
          <w:rFonts w:ascii="Arial" w:hAnsi="Arial" w:cs="Arial"/>
        </w:rPr>
      </w:pPr>
    </w:p>
    <w:p w14:paraId="739AE933" w14:textId="77777777" w:rsidR="005E235C" w:rsidRPr="005E235C" w:rsidRDefault="005E235C" w:rsidP="005E235C">
      <w:pPr>
        <w:rPr>
          <w:rFonts w:ascii="Arial" w:hAnsi="Arial" w:cs="Arial"/>
          <w:b/>
          <w:bCs/>
          <w:sz w:val="32"/>
          <w:szCs w:val="32"/>
          <w:lang w:val="cy-GB"/>
        </w:rPr>
      </w:pPr>
      <w:r w:rsidRPr="005E235C">
        <w:rPr>
          <w:rFonts w:ascii="Arial" w:hAnsi="Arial" w:cs="Arial"/>
          <w:b/>
          <w:bCs/>
          <w:sz w:val="32"/>
          <w:szCs w:val="32"/>
          <w:lang w:val="cy-GB"/>
        </w:rPr>
        <w:t>Cynaliadwyedd ariannol</w:t>
      </w:r>
    </w:p>
    <w:p w14:paraId="166D9D80" w14:textId="77777777" w:rsidR="00490926" w:rsidRPr="00490926" w:rsidRDefault="005C12BE" w:rsidP="00490926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4896" behindDoc="0" locked="0" layoutInCell="1" allowOverlap="1" wp14:anchorId="3C06C661" wp14:editId="6701B959">
                <wp:simplePos x="0" y="0"/>
                <wp:positionH relativeFrom="margin">
                  <wp:align>right</wp:align>
                </wp:positionH>
                <wp:positionV relativeFrom="paragraph">
                  <wp:posOffset>772795</wp:posOffset>
                </wp:positionV>
                <wp:extent cx="5924550" cy="1404620"/>
                <wp:effectExtent l="0" t="0" r="19050" b="24130"/>
                <wp:wrapSquare wrapText="bothSides"/>
                <wp:docPr id="10833630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D4E34B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C06C661" id="_x0000_s1040" type="#_x0000_t202" style="position:absolute;margin-left:415.3pt;margin-top:60.85pt;width:466.5pt;height:110.6pt;z-index:251664896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">
                <v:textbox style="mso-fit-shape-to-text:t">
                  <w:txbxContent>
                    <w:p w14:paraId="43D4E34B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1. </w:t>
      </w:r>
      <w:r w:rsidR="00490926" w:rsidRPr="00490926">
        <w:rPr>
          <w:rFonts w:ascii="Arial" w:hAnsi="Arial" w:cs="Arial"/>
        </w:rPr>
        <w:t xml:space="preserve">Beth </w:t>
      </w:r>
      <w:proofErr w:type="spellStart"/>
      <w:r w:rsidR="00490926" w:rsidRPr="00490926">
        <w:rPr>
          <w:rFonts w:ascii="Arial" w:hAnsi="Arial" w:cs="Arial"/>
        </w:rPr>
        <w:t>yw'r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enghreifftiau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gorau</w:t>
      </w:r>
      <w:proofErr w:type="spellEnd"/>
      <w:r w:rsidR="00490926" w:rsidRPr="00490926">
        <w:rPr>
          <w:rFonts w:ascii="Arial" w:hAnsi="Arial" w:cs="Arial"/>
        </w:rPr>
        <w:t xml:space="preserve"> o </w:t>
      </w:r>
      <w:proofErr w:type="spellStart"/>
      <w:r w:rsidR="00490926" w:rsidRPr="00490926">
        <w:rPr>
          <w:rFonts w:ascii="Arial" w:hAnsi="Arial" w:cs="Arial"/>
        </w:rPr>
        <w:t>ddarparwyr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trydyddol</w:t>
      </w:r>
      <w:proofErr w:type="spellEnd"/>
      <w:r w:rsidR="00490926" w:rsidRPr="00490926">
        <w:rPr>
          <w:rFonts w:ascii="Arial" w:hAnsi="Arial" w:cs="Arial"/>
        </w:rPr>
        <w:t xml:space="preserve"> yn </w:t>
      </w:r>
      <w:proofErr w:type="spellStart"/>
      <w:r w:rsidR="00490926" w:rsidRPr="00490926">
        <w:rPr>
          <w:rFonts w:ascii="Arial" w:hAnsi="Arial" w:cs="Arial"/>
        </w:rPr>
        <w:t>sicrhau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effeithlonrwydd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wrth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ddarparu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cyrsiau</w:t>
      </w:r>
      <w:proofErr w:type="spellEnd"/>
      <w:r w:rsidR="00490926" w:rsidRPr="00490926">
        <w:rPr>
          <w:rFonts w:ascii="Arial" w:hAnsi="Arial" w:cs="Arial"/>
        </w:rPr>
        <w:t xml:space="preserve"> ac yn </w:t>
      </w:r>
      <w:proofErr w:type="spellStart"/>
      <w:r w:rsidR="00490926" w:rsidRPr="00490926">
        <w:rPr>
          <w:rFonts w:ascii="Arial" w:hAnsi="Arial" w:cs="Arial"/>
        </w:rPr>
        <w:t>cynnal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ansawdd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ar</w:t>
      </w:r>
      <w:proofErr w:type="spellEnd"/>
      <w:r w:rsidR="00490926" w:rsidRPr="00490926">
        <w:rPr>
          <w:rFonts w:ascii="Arial" w:hAnsi="Arial" w:cs="Arial"/>
        </w:rPr>
        <w:t xml:space="preserve"> yr un </w:t>
      </w:r>
      <w:proofErr w:type="spellStart"/>
      <w:r w:rsidR="00490926" w:rsidRPr="00490926">
        <w:rPr>
          <w:rFonts w:ascii="Arial" w:hAnsi="Arial" w:cs="Arial"/>
        </w:rPr>
        <w:t>pryd</w:t>
      </w:r>
      <w:proofErr w:type="spellEnd"/>
      <w:r w:rsidR="00490926" w:rsidRPr="00490926">
        <w:rPr>
          <w:rFonts w:ascii="Arial" w:hAnsi="Arial" w:cs="Arial"/>
        </w:rPr>
        <w:t xml:space="preserve">? A </w:t>
      </w:r>
      <w:proofErr w:type="spellStart"/>
      <w:r w:rsidR="00490926" w:rsidRPr="00490926">
        <w:rPr>
          <w:rFonts w:ascii="Arial" w:hAnsi="Arial" w:cs="Arial"/>
        </w:rPr>
        <w:t>beth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yw'r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heriau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wrth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wneud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hyn</w:t>
      </w:r>
      <w:proofErr w:type="spellEnd"/>
      <w:r w:rsidR="00490926" w:rsidRPr="00490926">
        <w:rPr>
          <w:rFonts w:ascii="Arial" w:hAnsi="Arial" w:cs="Arial"/>
        </w:rPr>
        <w:t>?</w:t>
      </w:r>
    </w:p>
    <w:p w14:paraId="61591132" w14:textId="15547035" w:rsidR="0023470B" w:rsidRPr="0042353A" w:rsidRDefault="0023470B">
      <w:pPr>
        <w:rPr>
          <w:rFonts w:ascii="Arial" w:hAnsi="Arial" w:cs="Arial"/>
        </w:rPr>
      </w:pPr>
    </w:p>
    <w:p w14:paraId="4F69DD50" w14:textId="77777777" w:rsidR="00AA7FF6" w:rsidRPr="00AA7FF6" w:rsidRDefault="005C12BE" w:rsidP="00AA7FF6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6944" behindDoc="0" locked="0" layoutInCell="1" allowOverlap="1" wp14:anchorId="7E4239D1" wp14:editId="0BC02F06">
                <wp:simplePos x="0" y="0"/>
                <wp:positionH relativeFrom="margin">
                  <wp:align>right</wp:align>
                </wp:positionH>
                <wp:positionV relativeFrom="paragraph">
                  <wp:posOffset>468630</wp:posOffset>
                </wp:positionV>
                <wp:extent cx="5924550" cy="1404620"/>
                <wp:effectExtent l="0" t="0" r="19050" b="24130"/>
                <wp:wrapSquare wrapText="bothSides"/>
                <wp:docPr id="9539139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ED0490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E4239D1" id="_x0000_s1041" type="#_x0000_t202" style="position:absolute;margin-left:415.3pt;margin-top:36.9pt;width:466.5pt;height:110.6pt;z-index:25166694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">
                <v:textbox style="mso-fit-shape-to-text:t">
                  <w:txbxContent>
                    <w:p w14:paraId="02ED0490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2. </w:t>
      </w:r>
      <w:proofErr w:type="spellStart"/>
      <w:r w:rsidR="00AA7FF6" w:rsidRPr="00AA7FF6">
        <w:rPr>
          <w:rFonts w:ascii="Arial" w:hAnsi="Arial" w:cs="Arial"/>
        </w:rPr>
        <w:t>Ymhle</w:t>
      </w:r>
      <w:proofErr w:type="spellEnd"/>
      <w:r w:rsidR="00AA7FF6" w:rsidRPr="00AA7FF6">
        <w:rPr>
          <w:rFonts w:ascii="Arial" w:hAnsi="Arial" w:cs="Arial"/>
        </w:rPr>
        <w:t xml:space="preserve"> y </w:t>
      </w:r>
      <w:proofErr w:type="spellStart"/>
      <w:r w:rsidR="00AA7FF6" w:rsidRPr="00AA7FF6">
        <w:rPr>
          <w:rFonts w:ascii="Arial" w:hAnsi="Arial" w:cs="Arial"/>
        </w:rPr>
        <w:t>mae</w:t>
      </w:r>
      <w:proofErr w:type="spellEnd"/>
      <w:r w:rsidR="00AA7FF6" w:rsidRPr="00AA7FF6">
        <w:rPr>
          <w:rFonts w:ascii="Arial" w:hAnsi="Arial" w:cs="Arial"/>
        </w:rPr>
        <w:t xml:space="preserve"> </w:t>
      </w:r>
      <w:proofErr w:type="spellStart"/>
      <w:r w:rsidR="00AA7FF6" w:rsidRPr="00AA7FF6">
        <w:rPr>
          <w:rFonts w:ascii="Arial" w:hAnsi="Arial" w:cs="Arial"/>
        </w:rPr>
        <w:t>yna</w:t>
      </w:r>
      <w:proofErr w:type="spellEnd"/>
      <w:r w:rsidR="00AA7FF6" w:rsidRPr="00AA7FF6">
        <w:rPr>
          <w:rFonts w:ascii="Arial" w:hAnsi="Arial" w:cs="Arial"/>
        </w:rPr>
        <w:t xml:space="preserve"> </w:t>
      </w:r>
      <w:proofErr w:type="spellStart"/>
      <w:r w:rsidR="00AA7FF6" w:rsidRPr="00AA7FF6">
        <w:rPr>
          <w:rFonts w:ascii="Arial" w:hAnsi="Arial" w:cs="Arial"/>
        </w:rPr>
        <w:t>gyfleoedd</w:t>
      </w:r>
      <w:proofErr w:type="spellEnd"/>
      <w:r w:rsidR="00AA7FF6" w:rsidRPr="00AA7FF6">
        <w:rPr>
          <w:rFonts w:ascii="Arial" w:hAnsi="Arial" w:cs="Arial"/>
        </w:rPr>
        <w:t xml:space="preserve"> i </w:t>
      </w:r>
      <w:proofErr w:type="spellStart"/>
      <w:r w:rsidR="00AA7FF6" w:rsidRPr="00AA7FF6">
        <w:rPr>
          <w:rFonts w:ascii="Arial" w:hAnsi="Arial" w:cs="Arial"/>
        </w:rPr>
        <w:t>arbed</w:t>
      </w:r>
      <w:proofErr w:type="spellEnd"/>
      <w:r w:rsidR="00AA7FF6" w:rsidRPr="00AA7FF6">
        <w:rPr>
          <w:rFonts w:ascii="Arial" w:hAnsi="Arial" w:cs="Arial"/>
        </w:rPr>
        <w:t xml:space="preserve"> </w:t>
      </w:r>
      <w:proofErr w:type="spellStart"/>
      <w:r w:rsidR="00AA7FF6" w:rsidRPr="00AA7FF6">
        <w:rPr>
          <w:rFonts w:ascii="Arial" w:hAnsi="Arial" w:cs="Arial"/>
        </w:rPr>
        <w:t>costau</w:t>
      </w:r>
      <w:proofErr w:type="spellEnd"/>
      <w:r w:rsidR="00AA7FF6" w:rsidRPr="00AA7FF6">
        <w:rPr>
          <w:rFonts w:ascii="Arial" w:hAnsi="Arial" w:cs="Arial"/>
        </w:rPr>
        <w:t xml:space="preserve"> </w:t>
      </w:r>
      <w:proofErr w:type="spellStart"/>
      <w:r w:rsidR="00AA7FF6" w:rsidRPr="00AA7FF6">
        <w:rPr>
          <w:rFonts w:ascii="Arial" w:hAnsi="Arial" w:cs="Arial"/>
        </w:rPr>
        <w:t>wrth</w:t>
      </w:r>
      <w:proofErr w:type="spellEnd"/>
      <w:r w:rsidR="00AA7FF6" w:rsidRPr="00AA7FF6">
        <w:rPr>
          <w:rFonts w:ascii="Arial" w:hAnsi="Arial" w:cs="Arial"/>
        </w:rPr>
        <w:t xml:space="preserve"> </w:t>
      </w:r>
      <w:proofErr w:type="spellStart"/>
      <w:r w:rsidR="00AA7FF6" w:rsidRPr="00AA7FF6">
        <w:rPr>
          <w:rFonts w:ascii="Arial" w:hAnsi="Arial" w:cs="Arial"/>
        </w:rPr>
        <w:t>ddarparu</w:t>
      </w:r>
      <w:proofErr w:type="spellEnd"/>
      <w:r w:rsidR="00AA7FF6" w:rsidRPr="00AA7FF6">
        <w:rPr>
          <w:rFonts w:ascii="Arial" w:hAnsi="Arial" w:cs="Arial"/>
        </w:rPr>
        <w:t xml:space="preserve"> </w:t>
      </w:r>
      <w:proofErr w:type="spellStart"/>
      <w:r w:rsidR="00AA7FF6" w:rsidRPr="00AA7FF6">
        <w:rPr>
          <w:rFonts w:ascii="Arial" w:hAnsi="Arial" w:cs="Arial"/>
        </w:rPr>
        <w:t>addysg</w:t>
      </w:r>
      <w:proofErr w:type="spellEnd"/>
      <w:r w:rsidR="00AA7FF6" w:rsidRPr="00AA7FF6">
        <w:rPr>
          <w:rFonts w:ascii="Arial" w:hAnsi="Arial" w:cs="Arial"/>
        </w:rPr>
        <w:t xml:space="preserve"> </w:t>
      </w:r>
      <w:proofErr w:type="spellStart"/>
      <w:r w:rsidR="00AA7FF6" w:rsidRPr="00AA7FF6">
        <w:rPr>
          <w:rFonts w:ascii="Arial" w:hAnsi="Arial" w:cs="Arial"/>
        </w:rPr>
        <w:t>drydyddol</w:t>
      </w:r>
      <w:proofErr w:type="spellEnd"/>
      <w:r w:rsidR="00AA7FF6" w:rsidRPr="00AA7FF6">
        <w:rPr>
          <w:rFonts w:ascii="Arial" w:hAnsi="Arial" w:cs="Arial"/>
        </w:rPr>
        <w:t xml:space="preserve">? </w:t>
      </w:r>
    </w:p>
    <w:p w14:paraId="30F5A7C5" w14:textId="2B5C364F" w:rsidR="0023470B" w:rsidRPr="0042353A" w:rsidRDefault="0023470B">
      <w:pPr>
        <w:spacing w:after="120"/>
        <w:rPr>
          <w:rFonts w:ascii="Arial" w:hAnsi="Arial" w:cs="Arial"/>
        </w:rPr>
      </w:pPr>
    </w:p>
    <w:p w14:paraId="4AB83601" w14:textId="77777777" w:rsidR="00811A34" w:rsidRPr="00811A34" w:rsidRDefault="005C12BE" w:rsidP="00811A34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8992" behindDoc="0" locked="0" layoutInCell="1" allowOverlap="1" wp14:anchorId="18A7E540" wp14:editId="35373D9C">
                <wp:simplePos x="0" y="0"/>
                <wp:positionH relativeFrom="margin">
                  <wp:align>right</wp:align>
                </wp:positionH>
                <wp:positionV relativeFrom="paragraph">
                  <wp:posOffset>562610</wp:posOffset>
                </wp:positionV>
                <wp:extent cx="5924550" cy="1404620"/>
                <wp:effectExtent l="0" t="0" r="19050" b="24130"/>
                <wp:wrapSquare wrapText="bothSides"/>
                <wp:docPr id="176110257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366538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8A7E540" id="_x0000_s1042" type="#_x0000_t202" style="position:absolute;margin-left:415.3pt;margin-top:44.3pt;width:466.5pt;height:110.6pt;z-index:251668992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">
                <v:textbox style="mso-fit-shape-to-text:t">
                  <w:txbxContent>
                    <w:p w14:paraId="69366538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3. </w:t>
      </w:r>
      <w:r w:rsidR="00811A34" w:rsidRPr="00811A34">
        <w:rPr>
          <w:rFonts w:ascii="Arial" w:hAnsi="Arial" w:cs="Arial"/>
        </w:rPr>
        <w:t xml:space="preserve">Pa </w:t>
      </w:r>
      <w:proofErr w:type="spellStart"/>
      <w:r w:rsidR="00811A34" w:rsidRPr="00811A34">
        <w:rPr>
          <w:rFonts w:ascii="Arial" w:hAnsi="Arial" w:cs="Arial"/>
        </w:rPr>
        <w:t>dystiolaeth</w:t>
      </w:r>
      <w:proofErr w:type="spellEnd"/>
      <w:r w:rsidR="00811A34" w:rsidRPr="00811A34">
        <w:rPr>
          <w:rFonts w:ascii="Arial" w:hAnsi="Arial" w:cs="Arial"/>
        </w:rPr>
        <w:t xml:space="preserve"> </w:t>
      </w:r>
      <w:proofErr w:type="spellStart"/>
      <w:r w:rsidR="00811A34" w:rsidRPr="00811A34">
        <w:rPr>
          <w:rFonts w:ascii="Arial" w:hAnsi="Arial" w:cs="Arial"/>
        </w:rPr>
        <w:t>bellach</w:t>
      </w:r>
      <w:proofErr w:type="spellEnd"/>
      <w:r w:rsidR="00811A34" w:rsidRPr="00811A34">
        <w:rPr>
          <w:rFonts w:ascii="Arial" w:hAnsi="Arial" w:cs="Arial"/>
        </w:rPr>
        <w:t xml:space="preserve"> </w:t>
      </w:r>
      <w:proofErr w:type="spellStart"/>
      <w:r w:rsidR="00811A34" w:rsidRPr="00811A34">
        <w:rPr>
          <w:rFonts w:ascii="Arial" w:hAnsi="Arial" w:cs="Arial"/>
        </w:rPr>
        <w:t>sydd</w:t>
      </w:r>
      <w:proofErr w:type="spellEnd"/>
      <w:r w:rsidR="00811A34" w:rsidRPr="00811A34">
        <w:rPr>
          <w:rFonts w:ascii="Arial" w:hAnsi="Arial" w:cs="Arial"/>
        </w:rPr>
        <w:t xml:space="preserve"> </w:t>
      </w:r>
      <w:proofErr w:type="spellStart"/>
      <w:r w:rsidR="00811A34" w:rsidRPr="00811A34">
        <w:rPr>
          <w:rFonts w:ascii="Arial" w:hAnsi="Arial" w:cs="Arial"/>
        </w:rPr>
        <w:t>ar</w:t>
      </w:r>
      <w:proofErr w:type="spellEnd"/>
      <w:r w:rsidR="00811A34" w:rsidRPr="00811A34">
        <w:rPr>
          <w:rFonts w:ascii="Arial" w:hAnsi="Arial" w:cs="Arial"/>
        </w:rPr>
        <w:t xml:space="preserve"> </w:t>
      </w:r>
      <w:proofErr w:type="spellStart"/>
      <w:r w:rsidR="00811A34" w:rsidRPr="00811A34">
        <w:rPr>
          <w:rFonts w:ascii="Arial" w:hAnsi="Arial" w:cs="Arial"/>
        </w:rPr>
        <w:t>gael</w:t>
      </w:r>
      <w:proofErr w:type="spellEnd"/>
      <w:r w:rsidR="00811A34" w:rsidRPr="00811A34">
        <w:rPr>
          <w:rFonts w:ascii="Arial" w:hAnsi="Arial" w:cs="Arial"/>
        </w:rPr>
        <w:t xml:space="preserve"> </w:t>
      </w:r>
      <w:proofErr w:type="spellStart"/>
      <w:r w:rsidR="00811A34" w:rsidRPr="00811A34">
        <w:rPr>
          <w:rFonts w:ascii="Arial" w:hAnsi="Arial" w:cs="Arial"/>
        </w:rPr>
        <w:t>ynghylch</w:t>
      </w:r>
      <w:proofErr w:type="spellEnd"/>
      <w:r w:rsidR="00811A34" w:rsidRPr="00811A34">
        <w:rPr>
          <w:rFonts w:ascii="Arial" w:hAnsi="Arial" w:cs="Arial"/>
        </w:rPr>
        <w:t xml:space="preserve"> y </w:t>
      </w:r>
      <w:proofErr w:type="spellStart"/>
      <w:r w:rsidR="00811A34" w:rsidRPr="00811A34">
        <w:rPr>
          <w:rFonts w:ascii="Arial" w:hAnsi="Arial" w:cs="Arial"/>
        </w:rPr>
        <w:t>rhwystrau</w:t>
      </w:r>
      <w:proofErr w:type="spellEnd"/>
      <w:r w:rsidR="00811A34" w:rsidRPr="00811A34">
        <w:rPr>
          <w:rFonts w:ascii="Arial" w:hAnsi="Arial" w:cs="Arial"/>
        </w:rPr>
        <w:t xml:space="preserve"> cost i </w:t>
      </w:r>
      <w:proofErr w:type="spellStart"/>
      <w:r w:rsidR="00811A34" w:rsidRPr="00811A34">
        <w:rPr>
          <w:rFonts w:ascii="Arial" w:hAnsi="Arial" w:cs="Arial"/>
        </w:rPr>
        <w:t>ddysgwyr</w:t>
      </w:r>
      <w:proofErr w:type="spellEnd"/>
      <w:r w:rsidR="00811A34" w:rsidRPr="00811A34">
        <w:rPr>
          <w:rFonts w:ascii="Arial" w:hAnsi="Arial" w:cs="Arial"/>
        </w:rPr>
        <w:t xml:space="preserve"> a </w:t>
      </w:r>
      <w:proofErr w:type="spellStart"/>
      <w:r w:rsidR="00811A34" w:rsidRPr="00811A34">
        <w:rPr>
          <w:rFonts w:ascii="Arial" w:hAnsi="Arial" w:cs="Arial"/>
        </w:rPr>
        <w:t>myfyrwyr</w:t>
      </w:r>
      <w:proofErr w:type="spellEnd"/>
      <w:r w:rsidR="00811A34" w:rsidRPr="00811A34">
        <w:rPr>
          <w:rFonts w:ascii="Arial" w:hAnsi="Arial" w:cs="Arial"/>
        </w:rPr>
        <w:t xml:space="preserve"> </w:t>
      </w:r>
      <w:proofErr w:type="spellStart"/>
      <w:r w:rsidR="00811A34" w:rsidRPr="00811A34">
        <w:rPr>
          <w:rFonts w:ascii="Arial" w:hAnsi="Arial" w:cs="Arial"/>
        </w:rPr>
        <w:t>rhag</w:t>
      </w:r>
      <w:proofErr w:type="spellEnd"/>
      <w:r w:rsidR="00811A34" w:rsidRPr="00811A34">
        <w:rPr>
          <w:rFonts w:ascii="Arial" w:hAnsi="Arial" w:cs="Arial"/>
        </w:rPr>
        <w:t xml:space="preserve"> </w:t>
      </w:r>
      <w:proofErr w:type="spellStart"/>
      <w:r w:rsidR="00811A34" w:rsidRPr="00811A34">
        <w:rPr>
          <w:rFonts w:ascii="Arial" w:hAnsi="Arial" w:cs="Arial"/>
        </w:rPr>
        <w:t>cael</w:t>
      </w:r>
      <w:proofErr w:type="spellEnd"/>
      <w:r w:rsidR="00811A34" w:rsidRPr="00811A34">
        <w:rPr>
          <w:rFonts w:ascii="Arial" w:hAnsi="Arial" w:cs="Arial"/>
        </w:rPr>
        <w:t xml:space="preserve"> </w:t>
      </w:r>
      <w:proofErr w:type="spellStart"/>
      <w:r w:rsidR="00811A34" w:rsidRPr="00811A34">
        <w:rPr>
          <w:rFonts w:ascii="Arial" w:hAnsi="Arial" w:cs="Arial"/>
        </w:rPr>
        <w:t>mynediad</w:t>
      </w:r>
      <w:proofErr w:type="spellEnd"/>
      <w:r w:rsidR="00811A34" w:rsidRPr="00811A34">
        <w:rPr>
          <w:rFonts w:ascii="Arial" w:hAnsi="Arial" w:cs="Arial"/>
        </w:rPr>
        <w:t xml:space="preserve"> at </w:t>
      </w:r>
      <w:proofErr w:type="spellStart"/>
      <w:r w:rsidR="00811A34" w:rsidRPr="00811A34">
        <w:rPr>
          <w:rFonts w:ascii="Arial" w:hAnsi="Arial" w:cs="Arial"/>
        </w:rPr>
        <w:t>addysg</w:t>
      </w:r>
      <w:proofErr w:type="spellEnd"/>
      <w:r w:rsidR="00811A34" w:rsidRPr="00811A34">
        <w:rPr>
          <w:rFonts w:ascii="Arial" w:hAnsi="Arial" w:cs="Arial"/>
        </w:rPr>
        <w:t xml:space="preserve"> </w:t>
      </w:r>
      <w:proofErr w:type="spellStart"/>
      <w:r w:rsidR="00811A34" w:rsidRPr="00811A34">
        <w:rPr>
          <w:rFonts w:ascii="Arial" w:hAnsi="Arial" w:cs="Arial"/>
        </w:rPr>
        <w:t>drydyddol</w:t>
      </w:r>
      <w:proofErr w:type="spellEnd"/>
      <w:r w:rsidR="00811A34" w:rsidRPr="00811A34">
        <w:rPr>
          <w:rFonts w:ascii="Arial" w:hAnsi="Arial" w:cs="Arial"/>
        </w:rPr>
        <w:t>?</w:t>
      </w:r>
    </w:p>
    <w:p w14:paraId="6A261E69" w14:textId="77777777" w:rsidR="00A431FB" w:rsidRDefault="00A431FB" w:rsidP="00A431FB">
      <w:pPr>
        <w:spacing w:after="120"/>
        <w:rPr>
          <w:rFonts w:ascii="Arial" w:hAnsi="Arial" w:cs="Arial"/>
        </w:rPr>
      </w:pPr>
    </w:p>
    <w:p w14:paraId="7F006329" w14:textId="7B6EF125" w:rsidR="00A431FB" w:rsidRPr="00A431FB" w:rsidRDefault="005C12BE" w:rsidP="00A431FB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71040" behindDoc="0" locked="0" layoutInCell="1" allowOverlap="1" wp14:anchorId="519A3CB3" wp14:editId="2BA9FD34">
                <wp:simplePos x="0" y="0"/>
                <wp:positionH relativeFrom="margin">
                  <wp:align>right</wp:align>
                </wp:positionH>
                <wp:positionV relativeFrom="paragraph">
                  <wp:posOffset>980440</wp:posOffset>
                </wp:positionV>
                <wp:extent cx="5924550" cy="1404620"/>
                <wp:effectExtent l="0" t="0" r="19050" b="24130"/>
                <wp:wrapSquare wrapText="bothSides"/>
                <wp:docPr id="92844827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3C396E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19A3CB3" id="_x0000_s1043" type="#_x0000_t202" style="position:absolute;margin-left:415.3pt;margin-top:77.2pt;width:466.5pt;height:110.6pt;z-index:251671040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">
                <v:textbox style="mso-fit-shape-to-text:t">
                  <w:txbxContent>
                    <w:p w14:paraId="683C396E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4. </w:t>
      </w:r>
      <w:proofErr w:type="spellStart"/>
      <w:r w:rsidR="00A431FB" w:rsidRPr="00A431FB">
        <w:rPr>
          <w:rFonts w:ascii="Arial" w:hAnsi="Arial" w:cs="Arial"/>
        </w:rPr>
        <w:t>Ymhle</w:t>
      </w:r>
      <w:proofErr w:type="spellEnd"/>
      <w:r w:rsidR="00A431FB" w:rsidRPr="00A431FB">
        <w:rPr>
          <w:rFonts w:ascii="Arial" w:hAnsi="Arial" w:cs="Arial"/>
        </w:rPr>
        <w:t xml:space="preserve"> y </w:t>
      </w:r>
      <w:proofErr w:type="spellStart"/>
      <w:r w:rsidR="00A431FB" w:rsidRPr="00A431FB">
        <w:rPr>
          <w:rFonts w:ascii="Arial" w:hAnsi="Arial" w:cs="Arial"/>
        </w:rPr>
        <w:t>dylai</w:t>
      </w:r>
      <w:proofErr w:type="spellEnd"/>
      <w:r w:rsidR="00A431FB" w:rsidRPr="00A431FB">
        <w:rPr>
          <w:rFonts w:ascii="Arial" w:hAnsi="Arial" w:cs="Arial"/>
        </w:rPr>
        <w:t xml:space="preserve"> Llywodraeth Cymru </w:t>
      </w:r>
      <w:proofErr w:type="spellStart"/>
      <w:r w:rsidR="00A431FB" w:rsidRPr="00A431FB">
        <w:rPr>
          <w:rFonts w:ascii="Arial" w:hAnsi="Arial" w:cs="Arial"/>
        </w:rPr>
        <w:t>flaenoriaethu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cymorth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uniongyrchol</w:t>
      </w:r>
      <w:proofErr w:type="spellEnd"/>
      <w:r w:rsidR="00A431FB" w:rsidRPr="00A431FB">
        <w:rPr>
          <w:rFonts w:ascii="Arial" w:hAnsi="Arial" w:cs="Arial"/>
        </w:rPr>
        <w:t xml:space="preserve"> (</w:t>
      </w:r>
      <w:proofErr w:type="spellStart"/>
      <w:r w:rsidR="00A431FB" w:rsidRPr="00A431FB">
        <w:rPr>
          <w:rFonts w:ascii="Arial" w:hAnsi="Arial" w:cs="Arial"/>
        </w:rPr>
        <w:t>gwariant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ar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grantiau</w:t>
      </w:r>
      <w:proofErr w:type="spellEnd"/>
      <w:r w:rsidR="00A431FB" w:rsidRPr="00A431FB">
        <w:rPr>
          <w:rFonts w:ascii="Arial" w:hAnsi="Arial" w:cs="Arial"/>
        </w:rPr>
        <w:t xml:space="preserve">) ac </w:t>
      </w:r>
      <w:proofErr w:type="spellStart"/>
      <w:r w:rsidR="00A431FB" w:rsidRPr="00A431FB">
        <w:rPr>
          <w:rFonts w:ascii="Arial" w:hAnsi="Arial" w:cs="Arial"/>
        </w:rPr>
        <w:t>anuniongyrchol</w:t>
      </w:r>
      <w:proofErr w:type="spellEnd"/>
      <w:r w:rsidR="00A431FB" w:rsidRPr="00A431FB">
        <w:rPr>
          <w:rFonts w:ascii="Arial" w:hAnsi="Arial" w:cs="Arial"/>
        </w:rPr>
        <w:t xml:space="preserve"> (</w:t>
      </w:r>
      <w:proofErr w:type="spellStart"/>
      <w:r w:rsidR="00A431FB" w:rsidRPr="00A431FB">
        <w:rPr>
          <w:rFonts w:ascii="Arial" w:hAnsi="Arial" w:cs="Arial"/>
        </w:rPr>
        <w:t>gwariant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ar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fenthyciadau</w:t>
      </w:r>
      <w:proofErr w:type="spellEnd"/>
      <w:r w:rsidR="00A431FB" w:rsidRPr="00A431FB">
        <w:rPr>
          <w:rFonts w:ascii="Arial" w:hAnsi="Arial" w:cs="Arial"/>
        </w:rPr>
        <w:t xml:space="preserve">) </w:t>
      </w:r>
      <w:proofErr w:type="spellStart"/>
      <w:r w:rsidR="00A431FB" w:rsidRPr="00A431FB">
        <w:rPr>
          <w:rFonts w:ascii="Arial" w:hAnsi="Arial" w:cs="Arial"/>
        </w:rPr>
        <w:t>ar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gyfer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addysg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drydyddol</w:t>
      </w:r>
      <w:proofErr w:type="spellEnd"/>
      <w:r w:rsidR="00A431FB" w:rsidRPr="00A431FB">
        <w:rPr>
          <w:rFonts w:ascii="Arial" w:hAnsi="Arial" w:cs="Arial"/>
        </w:rPr>
        <w:t xml:space="preserve">? Pa </w:t>
      </w:r>
      <w:proofErr w:type="spellStart"/>
      <w:r w:rsidR="00A431FB" w:rsidRPr="00A431FB">
        <w:rPr>
          <w:rFonts w:ascii="Arial" w:hAnsi="Arial" w:cs="Arial"/>
        </w:rPr>
        <w:t>dystiolaeth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sydd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ar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gael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ynghylch</w:t>
      </w:r>
      <w:proofErr w:type="spellEnd"/>
      <w:r w:rsidR="00A431FB" w:rsidRPr="00A431FB">
        <w:rPr>
          <w:rFonts w:ascii="Arial" w:hAnsi="Arial" w:cs="Arial"/>
        </w:rPr>
        <w:t xml:space="preserve"> yr </w:t>
      </w:r>
      <w:proofErr w:type="spellStart"/>
      <w:r w:rsidR="00A431FB" w:rsidRPr="00A431FB">
        <w:rPr>
          <w:rFonts w:ascii="Arial" w:hAnsi="Arial" w:cs="Arial"/>
        </w:rPr>
        <w:t>adenillion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cymdeithasol</w:t>
      </w:r>
      <w:proofErr w:type="spellEnd"/>
      <w:r w:rsidR="00A431FB" w:rsidRPr="00A431FB">
        <w:rPr>
          <w:rFonts w:ascii="Arial" w:hAnsi="Arial" w:cs="Arial"/>
        </w:rPr>
        <w:t>/</w:t>
      </w:r>
      <w:proofErr w:type="spellStart"/>
      <w:r w:rsidR="00A431FB" w:rsidRPr="00A431FB">
        <w:rPr>
          <w:rFonts w:ascii="Arial" w:hAnsi="Arial" w:cs="Arial"/>
        </w:rPr>
        <w:t>economaidd</w:t>
      </w:r>
      <w:proofErr w:type="spellEnd"/>
      <w:r w:rsidR="00A431FB" w:rsidRPr="00A431FB">
        <w:rPr>
          <w:rFonts w:ascii="Arial" w:hAnsi="Arial" w:cs="Arial"/>
        </w:rPr>
        <w:t xml:space="preserve"> a </w:t>
      </w:r>
      <w:proofErr w:type="spellStart"/>
      <w:r w:rsidR="00A431FB" w:rsidRPr="00A431FB">
        <w:rPr>
          <w:rFonts w:ascii="Arial" w:hAnsi="Arial" w:cs="Arial"/>
        </w:rPr>
        <w:t>phreifat</w:t>
      </w:r>
      <w:proofErr w:type="spellEnd"/>
      <w:r w:rsidR="00A431FB" w:rsidRPr="00A431FB">
        <w:rPr>
          <w:rFonts w:ascii="Arial" w:hAnsi="Arial" w:cs="Arial"/>
        </w:rPr>
        <w:t>/</w:t>
      </w:r>
      <w:proofErr w:type="spellStart"/>
      <w:r w:rsidR="00A431FB" w:rsidRPr="00A431FB">
        <w:rPr>
          <w:rFonts w:ascii="Arial" w:hAnsi="Arial" w:cs="Arial"/>
        </w:rPr>
        <w:t>cyhoeddus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gorau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ar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fuddsoddiadau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o'r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fath</w:t>
      </w:r>
      <w:proofErr w:type="spellEnd"/>
      <w:r w:rsidR="00A431FB" w:rsidRPr="00A431FB">
        <w:rPr>
          <w:rFonts w:ascii="Arial" w:hAnsi="Arial" w:cs="Arial"/>
        </w:rPr>
        <w:t xml:space="preserve">? </w:t>
      </w:r>
    </w:p>
    <w:p w14:paraId="0240702A" w14:textId="4CE90DB6" w:rsidR="0023470B" w:rsidRPr="0042353A" w:rsidRDefault="0023470B">
      <w:pPr>
        <w:spacing w:after="120"/>
        <w:rPr>
          <w:rFonts w:ascii="Arial" w:hAnsi="Arial" w:cs="Arial"/>
        </w:rPr>
      </w:pPr>
    </w:p>
    <w:p w14:paraId="39006B7D" w14:textId="628889F6" w:rsidR="0023470B" w:rsidRPr="0042353A" w:rsidRDefault="0023470B">
      <w:pPr>
        <w:rPr>
          <w:rFonts w:ascii="Arial" w:hAnsi="Arial" w:cs="Arial"/>
        </w:rPr>
      </w:pPr>
    </w:p>
    <w:p w14:paraId="2A34FB35" w14:textId="77777777" w:rsidR="0046457D" w:rsidRPr="0046457D" w:rsidRDefault="005C12BE" w:rsidP="0046457D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73088" behindDoc="0" locked="0" layoutInCell="1" allowOverlap="1" wp14:anchorId="04402E75" wp14:editId="189F4999">
                <wp:simplePos x="0" y="0"/>
                <wp:positionH relativeFrom="margin">
                  <wp:align>right</wp:align>
                </wp:positionH>
                <wp:positionV relativeFrom="paragraph">
                  <wp:posOffset>594360</wp:posOffset>
                </wp:positionV>
                <wp:extent cx="5924550" cy="1404620"/>
                <wp:effectExtent l="0" t="0" r="19050" b="24130"/>
                <wp:wrapSquare wrapText="bothSides"/>
                <wp:docPr id="5665755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700E29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4402E75" id="_x0000_s1044" type="#_x0000_t202" style="position:absolute;margin-left:415.3pt;margin-top:46.8pt;width:466.5pt;height:110.6pt;z-index:25167308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">
                <v:textbox style="mso-fit-shape-to-text:t">
                  <w:txbxContent>
                    <w:p w14:paraId="5E700E29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5. </w:t>
      </w:r>
      <w:proofErr w:type="spellStart"/>
      <w:r w:rsidR="0046457D" w:rsidRPr="0046457D">
        <w:rPr>
          <w:rFonts w:ascii="Arial" w:hAnsi="Arial" w:cs="Arial"/>
        </w:rPr>
        <w:t>Ymhle</w:t>
      </w:r>
      <w:proofErr w:type="spellEnd"/>
      <w:r w:rsidR="0046457D" w:rsidRPr="0046457D">
        <w:rPr>
          <w:rFonts w:ascii="Arial" w:hAnsi="Arial" w:cs="Arial"/>
        </w:rPr>
        <w:t xml:space="preserve"> y </w:t>
      </w:r>
      <w:proofErr w:type="spellStart"/>
      <w:r w:rsidR="0046457D" w:rsidRPr="0046457D">
        <w:rPr>
          <w:rFonts w:ascii="Arial" w:hAnsi="Arial" w:cs="Arial"/>
        </w:rPr>
        <w:t>dylai</w:t>
      </w:r>
      <w:proofErr w:type="spellEnd"/>
      <w:r w:rsidR="0046457D" w:rsidRPr="0046457D">
        <w:rPr>
          <w:rFonts w:ascii="Arial" w:hAnsi="Arial" w:cs="Arial"/>
        </w:rPr>
        <w:t xml:space="preserve"> Llywodraeth Cymru </w:t>
      </w:r>
      <w:proofErr w:type="spellStart"/>
      <w:r w:rsidR="0046457D" w:rsidRPr="0046457D">
        <w:rPr>
          <w:rFonts w:ascii="Arial" w:hAnsi="Arial" w:cs="Arial"/>
        </w:rPr>
        <w:t>flaenoriaethu</w:t>
      </w:r>
      <w:proofErr w:type="spellEnd"/>
      <w:r w:rsidR="0046457D" w:rsidRPr="0046457D">
        <w:rPr>
          <w:rFonts w:ascii="Arial" w:hAnsi="Arial" w:cs="Arial"/>
        </w:rPr>
        <w:t xml:space="preserve"> </w:t>
      </w:r>
      <w:proofErr w:type="spellStart"/>
      <w:r w:rsidR="0046457D" w:rsidRPr="0046457D">
        <w:rPr>
          <w:rFonts w:ascii="Arial" w:hAnsi="Arial" w:cs="Arial"/>
        </w:rPr>
        <w:t>buddsoddiadau</w:t>
      </w:r>
      <w:proofErr w:type="spellEnd"/>
      <w:r w:rsidR="0046457D" w:rsidRPr="0046457D">
        <w:rPr>
          <w:rFonts w:ascii="Arial" w:hAnsi="Arial" w:cs="Arial"/>
        </w:rPr>
        <w:t xml:space="preserve"> </w:t>
      </w:r>
      <w:proofErr w:type="spellStart"/>
      <w:r w:rsidR="0046457D" w:rsidRPr="0046457D">
        <w:rPr>
          <w:rFonts w:ascii="Arial" w:hAnsi="Arial" w:cs="Arial"/>
        </w:rPr>
        <w:t>cyfalaf</w:t>
      </w:r>
      <w:proofErr w:type="spellEnd"/>
      <w:r w:rsidR="0046457D" w:rsidRPr="0046457D">
        <w:rPr>
          <w:rFonts w:ascii="Arial" w:hAnsi="Arial" w:cs="Arial"/>
        </w:rPr>
        <w:t xml:space="preserve"> yn y </w:t>
      </w:r>
      <w:proofErr w:type="spellStart"/>
      <w:r w:rsidR="0046457D" w:rsidRPr="0046457D">
        <w:rPr>
          <w:rFonts w:ascii="Arial" w:hAnsi="Arial" w:cs="Arial"/>
        </w:rPr>
        <w:t>dyfodol</w:t>
      </w:r>
      <w:proofErr w:type="spellEnd"/>
      <w:r w:rsidR="0046457D" w:rsidRPr="0046457D">
        <w:rPr>
          <w:rFonts w:ascii="Arial" w:hAnsi="Arial" w:cs="Arial"/>
        </w:rPr>
        <w:t xml:space="preserve"> </w:t>
      </w:r>
      <w:proofErr w:type="spellStart"/>
      <w:r w:rsidR="0046457D" w:rsidRPr="0046457D">
        <w:rPr>
          <w:rFonts w:ascii="Arial" w:hAnsi="Arial" w:cs="Arial"/>
        </w:rPr>
        <w:t>mewn</w:t>
      </w:r>
      <w:proofErr w:type="spellEnd"/>
      <w:r w:rsidR="0046457D" w:rsidRPr="0046457D">
        <w:rPr>
          <w:rFonts w:ascii="Arial" w:hAnsi="Arial" w:cs="Arial"/>
        </w:rPr>
        <w:t xml:space="preserve"> </w:t>
      </w:r>
      <w:proofErr w:type="spellStart"/>
      <w:r w:rsidR="0046457D" w:rsidRPr="0046457D">
        <w:rPr>
          <w:rFonts w:ascii="Arial" w:hAnsi="Arial" w:cs="Arial"/>
        </w:rPr>
        <w:t>seilwaith</w:t>
      </w:r>
      <w:proofErr w:type="spellEnd"/>
      <w:r w:rsidR="0046457D" w:rsidRPr="0046457D">
        <w:rPr>
          <w:rFonts w:ascii="Arial" w:hAnsi="Arial" w:cs="Arial"/>
        </w:rPr>
        <w:t xml:space="preserve"> ac </w:t>
      </w:r>
      <w:proofErr w:type="spellStart"/>
      <w:r w:rsidR="0046457D" w:rsidRPr="0046457D">
        <w:rPr>
          <w:rFonts w:ascii="Arial" w:hAnsi="Arial" w:cs="Arial"/>
        </w:rPr>
        <w:t>ystadau</w:t>
      </w:r>
      <w:proofErr w:type="spellEnd"/>
      <w:r w:rsidR="0046457D" w:rsidRPr="0046457D">
        <w:rPr>
          <w:rFonts w:ascii="Arial" w:hAnsi="Arial" w:cs="Arial"/>
        </w:rPr>
        <w:t xml:space="preserve"> </w:t>
      </w:r>
      <w:proofErr w:type="spellStart"/>
      <w:r w:rsidR="0046457D" w:rsidRPr="0046457D">
        <w:rPr>
          <w:rFonts w:ascii="Arial" w:hAnsi="Arial" w:cs="Arial"/>
        </w:rPr>
        <w:t>addysg</w:t>
      </w:r>
      <w:proofErr w:type="spellEnd"/>
      <w:r w:rsidR="0046457D" w:rsidRPr="0046457D">
        <w:rPr>
          <w:rFonts w:ascii="Arial" w:hAnsi="Arial" w:cs="Arial"/>
        </w:rPr>
        <w:t xml:space="preserve"> </w:t>
      </w:r>
      <w:proofErr w:type="spellStart"/>
      <w:r w:rsidR="0046457D" w:rsidRPr="0046457D">
        <w:rPr>
          <w:rFonts w:ascii="Arial" w:hAnsi="Arial" w:cs="Arial"/>
        </w:rPr>
        <w:t>drydyddol</w:t>
      </w:r>
      <w:proofErr w:type="spellEnd"/>
      <w:r w:rsidR="0046457D" w:rsidRPr="0046457D">
        <w:rPr>
          <w:rFonts w:ascii="Arial" w:hAnsi="Arial" w:cs="Arial"/>
        </w:rPr>
        <w:t>?</w:t>
      </w:r>
    </w:p>
    <w:p w14:paraId="60287B38" w14:textId="4D95DA2C" w:rsidR="0023470B" w:rsidRPr="0042353A" w:rsidRDefault="0023470B">
      <w:pPr>
        <w:spacing w:after="120"/>
        <w:rPr>
          <w:rFonts w:ascii="Arial" w:hAnsi="Arial" w:cs="Arial"/>
        </w:rPr>
      </w:pPr>
    </w:p>
    <w:p w14:paraId="0A18853E" w14:textId="77777777" w:rsidR="005C12BE" w:rsidRDefault="005C12BE">
      <w:pPr>
        <w:rPr>
          <w:rFonts w:ascii="Arial" w:hAnsi="Arial" w:cs="Arial"/>
          <w:b/>
          <w:sz w:val="32"/>
          <w:szCs w:val="32"/>
        </w:rPr>
      </w:pPr>
    </w:p>
    <w:p w14:paraId="3B17D422" w14:textId="77777777" w:rsidR="002C3D00" w:rsidRDefault="0057765B" w:rsidP="002C3D00">
      <w:pPr>
        <w:spacing w:after="120"/>
        <w:rPr>
          <w:rFonts w:ascii="Arial" w:hAnsi="Arial" w:cs="Arial"/>
          <w:b/>
          <w:sz w:val="32"/>
          <w:szCs w:val="32"/>
        </w:rPr>
      </w:pPr>
      <w:r w:rsidRPr="0057765B">
        <w:rPr>
          <w:rFonts w:ascii="Arial" w:hAnsi="Arial" w:cs="Arial"/>
          <w:b/>
          <w:sz w:val="32"/>
          <w:szCs w:val="32"/>
        </w:rPr>
        <w:t xml:space="preserve">Cymunedau </w:t>
      </w:r>
      <w:proofErr w:type="spellStart"/>
      <w:r w:rsidRPr="0057765B">
        <w:rPr>
          <w:rFonts w:ascii="Arial" w:hAnsi="Arial" w:cs="Arial"/>
          <w:b/>
          <w:sz w:val="32"/>
          <w:szCs w:val="32"/>
        </w:rPr>
        <w:t>a'r</w:t>
      </w:r>
      <w:proofErr w:type="spellEnd"/>
      <w:r w:rsidRPr="0057765B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57765B">
        <w:rPr>
          <w:rFonts w:ascii="Arial" w:hAnsi="Arial" w:cs="Arial"/>
          <w:b/>
          <w:sz w:val="32"/>
          <w:szCs w:val="32"/>
        </w:rPr>
        <w:t>economi</w:t>
      </w:r>
      <w:proofErr w:type="spellEnd"/>
    </w:p>
    <w:p w14:paraId="40E16E1A" w14:textId="2817FB7E" w:rsidR="002C3D00" w:rsidRPr="002C3D00" w:rsidRDefault="005C12BE" w:rsidP="002C3D00">
      <w:pPr>
        <w:spacing w:after="120"/>
        <w:rPr>
          <w:rFonts w:ascii="Arial" w:hAnsi="Arial" w:cs="Arial"/>
          <w:b/>
          <w:sz w:val="32"/>
          <w:szCs w:val="32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75136" behindDoc="0" locked="0" layoutInCell="1" allowOverlap="1" wp14:anchorId="30024C40" wp14:editId="42394C8C">
                <wp:simplePos x="0" y="0"/>
                <wp:positionH relativeFrom="margin">
                  <wp:align>right</wp:align>
                </wp:positionH>
                <wp:positionV relativeFrom="paragraph">
                  <wp:posOffset>777240</wp:posOffset>
                </wp:positionV>
                <wp:extent cx="5924550" cy="1404620"/>
                <wp:effectExtent l="0" t="0" r="19050" b="24130"/>
                <wp:wrapSquare wrapText="bothSides"/>
                <wp:docPr id="17620050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C704E5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0024C40" id="_x0000_s1045" type="#_x0000_t202" style="position:absolute;margin-left:415.3pt;margin-top:61.2pt;width:466.5pt;height:110.6pt;z-index:251675136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">
                <v:textbox style="mso-fit-shape-to-text:t">
                  <w:txbxContent>
                    <w:p w14:paraId="7BC704E5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1. </w:t>
      </w:r>
      <w:r w:rsidR="002C3D00" w:rsidRPr="002C3D00">
        <w:rPr>
          <w:rFonts w:ascii="Arial" w:hAnsi="Arial" w:cs="Arial"/>
        </w:rPr>
        <w:t xml:space="preserve">Pa </w:t>
      </w:r>
      <w:proofErr w:type="spellStart"/>
      <w:r w:rsidR="002C3D00" w:rsidRPr="002C3D00">
        <w:rPr>
          <w:rFonts w:ascii="Arial" w:hAnsi="Arial" w:cs="Arial"/>
        </w:rPr>
        <w:t>elfennau</w:t>
      </w:r>
      <w:proofErr w:type="spellEnd"/>
      <w:r w:rsidR="002C3D00" w:rsidRPr="002C3D00">
        <w:rPr>
          <w:rFonts w:ascii="Arial" w:hAnsi="Arial" w:cs="Arial"/>
        </w:rPr>
        <w:t xml:space="preserve"> o </w:t>
      </w:r>
      <w:proofErr w:type="spellStart"/>
      <w:r w:rsidR="002C3D00" w:rsidRPr="002C3D00">
        <w:rPr>
          <w:rFonts w:ascii="Arial" w:hAnsi="Arial" w:cs="Arial"/>
        </w:rPr>
        <w:t>ddata</w:t>
      </w:r>
      <w:proofErr w:type="spellEnd"/>
      <w:r w:rsidR="002C3D00" w:rsidRPr="002C3D00">
        <w:rPr>
          <w:rFonts w:ascii="Arial" w:hAnsi="Arial" w:cs="Arial"/>
        </w:rPr>
        <w:t xml:space="preserve"> </w:t>
      </w:r>
      <w:proofErr w:type="spellStart"/>
      <w:r w:rsidR="002C3D00" w:rsidRPr="002C3D00">
        <w:rPr>
          <w:rFonts w:ascii="Arial" w:hAnsi="Arial" w:cs="Arial"/>
        </w:rPr>
        <w:t>Deilliannau</w:t>
      </w:r>
      <w:proofErr w:type="spellEnd"/>
      <w:r w:rsidR="002C3D00" w:rsidRPr="002C3D00">
        <w:rPr>
          <w:rFonts w:ascii="Arial" w:hAnsi="Arial" w:cs="Arial"/>
        </w:rPr>
        <w:t xml:space="preserve"> Addysg </w:t>
      </w:r>
      <w:proofErr w:type="spellStart"/>
      <w:r w:rsidR="002C3D00" w:rsidRPr="002C3D00">
        <w:rPr>
          <w:rFonts w:ascii="Arial" w:hAnsi="Arial" w:cs="Arial"/>
        </w:rPr>
        <w:t>Hydredol</w:t>
      </w:r>
      <w:proofErr w:type="spellEnd"/>
      <w:r w:rsidR="002C3D00" w:rsidRPr="002C3D00">
        <w:rPr>
          <w:rFonts w:ascii="Arial" w:hAnsi="Arial" w:cs="Arial"/>
        </w:rPr>
        <w:t xml:space="preserve"> (LEO) y </w:t>
      </w:r>
      <w:proofErr w:type="spellStart"/>
      <w:r w:rsidR="002C3D00" w:rsidRPr="002C3D00">
        <w:rPr>
          <w:rFonts w:ascii="Arial" w:hAnsi="Arial" w:cs="Arial"/>
        </w:rPr>
        <w:t>dylai</w:t>
      </w:r>
      <w:proofErr w:type="spellEnd"/>
      <w:r w:rsidR="002C3D00" w:rsidRPr="002C3D00">
        <w:rPr>
          <w:rFonts w:ascii="Arial" w:hAnsi="Arial" w:cs="Arial"/>
        </w:rPr>
        <w:t xml:space="preserve"> Llywodraeth Cymru a </w:t>
      </w:r>
      <w:proofErr w:type="spellStart"/>
      <w:r w:rsidR="002C3D00" w:rsidRPr="002C3D00">
        <w:rPr>
          <w:rFonts w:ascii="Arial" w:hAnsi="Arial" w:cs="Arial"/>
        </w:rPr>
        <w:t>Medr</w:t>
      </w:r>
      <w:proofErr w:type="spellEnd"/>
      <w:r w:rsidR="002C3D00" w:rsidRPr="002C3D00">
        <w:rPr>
          <w:rFonts w:ascii="Arial" w:hAnsi="Arial" w:cs="Arial"/>
        </w:rPr>
        <w:t xml:space="preserve"> </w:t>
      </w:r>
      <w:proofErr w:type="spellStart"/>
      <w:r w:rsidR="002C3D00" w:rsidRPr="002C3D00">
        <w:rPr>
          <w:rFonts w:ascii="Arial" w:hAnsi="Arial" w:cs="Arial"/>
        </w:rPr>
        <w:t>eu</w:t>
      </w:r>
      <w:proofErr w:type="spellEnd"/>
      <w:r w:rsidR="002C3D00" w:rsidRPr="002C3D00">
        <w:rPr>
          <w:rFonts w:ascii="Arial" w:hAnsi="Arial" w:cs="Arial"/>
        </w:rPr>
        <w:t xml:space="preserve"> </w:t>
      </w:r>
      <w:proofErr w:type="spellStart"/>
      <w:r w:rsidR="002C3D00" w:rsidRPr="002C3D00">
        <w:rPr>
          <w:rFonts w:ascii="Arial" w:hAnsi="Arial" w:cs="Arial"/>
        </w:rPr>
        <w:t>blaenoriaethu</w:t>
      </w:r>
      <w:proofErr w:type="spellEnd"/>
      <w:r w:rsidR="002C3D00" w:rsidRPr="002C3D00">
        <w:rPr>
          <w:rFonts w:ascii="Arial" w:hAnsi="Arial" w:cs="Arial"/>
        </w:rPr>
        <w:t xml:space="preserve"> er </w:t>
      </w:r>
      <w:proofErr w:type="spellStart"/>
      <w:r w:rsidR="002C3D00" w:rsidRPr="002C3D00">
        <w:rPr>
          <w:rFonts w:ascii="Arial" w:hAnsi="Arial" w:cs="Arial"/>
        </w:rPr>
        <w:t>mwyn</w:t>
      </w:r>
      <w:proofErr w:type="spellEnd"/>
      <w:r w:rsidR="002C3D00" w:rsidRPr="002C3D00">
        <w:rPr>
          <w:rFonts w:ascii="Arial" w:hAnsi="Arial" w:cs="Arial"/>
        </w:rPr>
        <w:t xml:space="preserve"> </w:t>
      </w:r>
      <w:proofErr w:type="spellStart"/>
      <w:r w:rsidR="002C3D00" w:rsidRPr="002C3D00">
        <w:rPr>
          <w:rFonts w:ascii="Arial" w:hAnsi="Arial" w:cs="Arial"/>
        </w:rPr>
        <w:t>deall</w:t>
      </w:r>
      <w:proofErr w:type="spellEnd"/>
      <w:r w:rsidR="002C3D00" w:rsidRPr="002C3D00">
        <w:rPr>
          <w:rFonts w:ascii="Arial" w:hAnsi="Arial" w:cs="Arial"/>
        </w:rPr>
        <w:t xml:space="preserve"> </w:t>
      </w:r>
      <w:proofErr w:type="spellStart"/>
      <w:r w:rsidR="002C3D00" w:rsidRPr="002C3D00">
        <w:rPr>
          <w:rFonts w:ascii="Arial" w:hAnsi="Arial" w:cs="Arial"/>
        </w:rPr>
        <w:t>canlyniadau’r</w:t>
      </w:r>
      <w:proofErr w:type="spellEnd"/>
      <w:r w:rsidR="002C3D00" w:rsidRPr="002C3D00">
        <w:rPr>
          <w:rFonts w:ascii="Arial" w:hAnsi="Arial" w:cs="Arial"/>
        </w:rPr>
        <w:t xml:space="preserve"> </w:t>
      </w:r>
      <w:proofErr w:type="spellStart"/>
      <w:r w:rsidR="002C3D00" w:rsidRPr="002C3D00">
        <w:rPr>
          <w:rFonts w:ascii="Arial" w:hAnsi="Arial" w:cs="Arial"/>
        </w:rPr>
        <w:t>farchnad</w:t>
      </w:r>
      <w:proofErr w:type="spellEnd"/>
      <w:r w:rsidR="002C3D00" w:rsidRPr="002C3D00">
        <w:rPr>
          <w:rFonts w:ascii="Arial" w:hAnsi="Arial" w:cs="Arial"/>
        </w:rPr>
        <w:t xml:space="preserve"> </w:t>
      </w:r>
      <w:proofErr w:type="spellStart"/>
      <w:r w:rsidR="002C3D00" w:rsidRPr="002C3D00">
        <w:rPr>
          <w:rFonts w:ascii="Arial" w:hAnsi="Arial" w:cs="Arial"/>
        </w:rPr>
        <w:t>lafur</w:t>
      </w:r>
      <w:proofErr w:type="spellEnd"/>
      <w:r w:rsidR="002C3D00" w:rsidRPr="002C3D00">
        <w:rPr>
          <w:rFonts w:ascii="Arial" w:hAnsi="Arial" w:cs="Arial"/>
        </w:rPr>
        <w:t xml:space="preserve"> yn well </w:t>
      </w:r>
      <w:proofErr w:type="spellStart"/>
      <w:r w:rsidR="002C3D00" w:rsidRPr="002C3D00">
        <w:rPr>
          <w:rFonts w:ascii="Arial" w:hAnsi="Arial" w:cs="Arial"/>
        </w:rPr>
        <w:t>ar</w:t>
      </w:r>
      <w:proofErr w:type="spellEnd"/>
      <w:r w:rsidR="002C3D00" w:rsidRPr="002C3D00">
        <w:rPr>
          <w:rFonts w:ascii="Arial" w:hAnsi="Arial" w:cs="Arial"/>
        </w:rPr>
        <w:t xml:space="preserve"> </w:t>
      </w:r>
      <w:proofErr w:type="spellStart"/>
      <w:r w:rsidR="002C3D00" w:rsidRPr="002C3D00">
        <w:rPr>
          <w:rFonts w:ascii="Arial" w:hAnsi="Arial" w:cs="Arial"/>
        </w:rPr>
        <w:t>gyfer</w:t>
      </w:r>
      <w:proofErr w:type="spellEnd"/>
      <w:r w:rsidR="002C3D00" w:rsidRPr="002C3D00">
        <w:rPr>
          <w:rFonts w:ascii="Arial" w:hAnsi="Arial" w:cs="Arial"/>
        </w:rPr>
        <w:t xml:space="preserve"> </w:t>
      </w:r>
      <w:proofErr w:type="spellStart"/>
      <w:r w:rsidR="002C3D00" w:rsidRPr="002C3D00">
        <w:rPr>
          <w:rFonts w:ascii="Arial" w:hAnsi="Arial" w:cs="Arial"/>
        </w:rPr>
        <w:t>addysg</w:t>
      </w:r>
      <w:proofErr w:type="spellEnd"/>
      <w:r w:rsidR="002C3D00" w:rsidRPr="002C3D00">
        <w:rPr>
          <w:rFonts w:ascii="Arial" w:hAnsi="Arial" w:cs="Arial"/>
        </w:rPr>
        <w:t xml:space="preserve"> </w:t>
      </w:r>
      <w:proofErr w:type="spellStart"/>
      <w:r w:rsidR="002C3D00" w:rsidRPr="002C3D00">
        <w:rPr>
          <w:rFonts w:ascii="Arial" w:hAnsi="Arial" w:cs="Arial"/>
        </w:rPr>
        <w:t>drydyddol</w:t>
      </w:r>
      <w:proofErr w:type="spellEnd"/>
      <w:r w:rsidR="002C3D00" w:rsidRPr="002C3D00">
        <w:rPr>
          <w:rFonts w:ascii="Arial" w:hAnsi="Arial" w:cs="Arial"/>
        </w:rPr>
        <w:t xml:space="preserve">? </w:t>
      </w:r>
    </w:p>
    <w:p w14:paraId="01CE9173" w14:textId="2349C206" w:rsidR="0023470B" w:rsidRPr="0042353A" w:rsidRDefault="0023470B">
      <w:pPr>
        <w:spacing w:after="120"/>
        <w:rPr>
          <w:rFonts w:ascii="Arial" w:hAnsi="Arial" w:cs="Arial"/>
        </w:rPr>
      </w:pPr>
    </w:p>
    <w:p w14:paraId="0D9F8EA7" w14:textId="77777777" w:rsidR="00465FA3" w:rsidRPr="00465FA3" w:rsidRDefault="005C12BE" w:rsidP="00465FA3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77184" behindDoc="0" locked="0" layoutInCell="1" allowOverlap="1" wp14:anchorId="299B8B49" wp14:editId="15ABA0AB">
                <wp:simplePos x="0" y="0"/>
                <wp:positionH relativeFrom="margin">
                  <wp:align>right</wp:align>
                </wp:positionH>
                <wp:positionV relativeFrom="paragraph">
                  <wp:posOffset>613410</wp:posOffset>
                </wp:positionV>
                <wp:extent cx="5924550" cy="1404620"/>
                <wp:effectExtent l="0" t="0" r="19050" b="24130"/>
                <wp:wrapSquare wrapText="bothSides"/>
                <wp:docPr id="18311708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F23DA3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99B8B49" id="_x0000_s1046" type="#_x0000_t202" style="position:absolute;margin-left:415.3pt;margin-top:48.3pt;width:466.5pt;height:110.6pt;z-index:25167718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">
                <v:textbox style="mso-fit-shape-to-text:t">
                  <w:txbxContent>
                    <w:p w14:paraId="2EF23DA3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2. </w:t>
      </w:r>
      <w:proofErr w:type="spellStart"/>
      <w:r w:rsidR="00465FA3" w:rsidRPr="00465FA3">
        <w:rPr>
          <w:rFonts w:ascii="Arial" w:hAnsi="Arial" w:cs="Arial"/>
        </w:rPr>
        <w:t>Ar</w:t>
      </w:r>
      <w:proofErr w:type="spellEnd"/>
      <w:r w:rsidR="00465FA3" w:rsidRPr="00465FA3">
        <w:rPr>
          <w:rFonts w:ascii="Arial" w:hAnsi="Arial" w:cs="Arial"/>
        </w:rPr>
        <w:t xml:space="preserve"> </w:t>
      </w:r>
      <w:proofErr w:type="spellStart"/>
      <w:r w:rsidR="00465FA3" w:rsidRPr="00465FA3">
        <w:rPr>
          <w:rFonts w:ascii="Arial" w:hAnsi="Arial" w:cs="Arial"/>
        </w:rPr>
        <w:t>wahân</w:t>
      </w:r>
      <w:proofErr w:type="spellEnd"/>
      <w:r w:rsidR="00465FA3" w:rsidRPr="00465FA3">
        <w:rPr>
          <w:rFonts w:ascii="Arial" w:hAnsi="Arial" w:cs="Arial"/>
        </w:rPr>
        <w:t xml:space="preserve"> i </w:t>
      </w:r>
      <w:proofErr w:type="spellStart"/>
      <w:r w:rsidR="00465FA3" w:rsidRPr="00465FA3">
        <w:rPr>
          <w:rFonts w:ascii="Arial" w:hAnsi="Arial" w:cs="Arial"/>
        </w:rPr>
        <w:t>Ddeilliannau</w:t>
      </w:r>
      <w:proofErr w:type="spellEnd"/>
      <w:r w:rsidR="00465FA3" w:rsidRPr="00465FA3">
        <w:rPr>
          <w:rFonts w:ascii="Arial" w:hAnsi="Arial" w:cs="Arial"/>
        </w:rPr>
        <w:t xml:space="preserve"> Addysg </w:t>
      </w:r>
      <w:proofErr w:type="spellStart"/>
      <w:r w:rsidR="00465FA3" w:rsidRPr="00465FA3">
        <w:rPr>
          <w:rFonts w:ascii="Arial" w:hAnsi="Arial" w:cs="Arial"/>
        </w:rPr>
        <w:t>Hydredol</w:t>
      </w:r>
      <w:proofErr w:type="spellEnd"/>
      <w:r w:rsidR="00465FA3" w:rsidRPr="00465FA3">
        <w:rPr>
          <w:rFonts w:ascii="Arial" w:hAnsi="Arial" w:cs="Arial"/>
        </w:rPr>
        <w:t xml:space="preserve">, pa </w:t>
      </w:r>
      <w:proofErr w:type="spellStart"/>
      <w:r w:rsidR="00465FA3" w:rsidRPr="00465FA3">
        <w:rPr>
          <w:rFonts w:ascii="Arial" w:hAnsi="Arial" w:cs="Arial"/>
        </w:rPr>
        <w:t>ddata</w:t>
      </w:r>
      <w:proofErr w:type="spellEnd"/>
      <w:r w:rsidR="00465FA3" w:rsidRPr="00465FA3">
        <w:rPr>
          <w:rFonts w:ascii="Arial" w:hAnsi="Arial" w:cs="Arial"/>
        </w:rPr>
        <w:t xml:space="preserve"> a </w:t>
      </w:r>
      <w:proofErr w:type="spellStart"/>
      <w:r w:rsidR="00465FA3" w:rsidRPr="00465FA3">
        <w:rPr>
          <w:rFonts w:ascii="Arial" w:hAnsi="Arial" w:cs="Arial"/>
        </w:rPr>
        <w:t>gwybodaeth</w:t>
      </w:r>
      <w:proofErr w:type="spellEnd"/>
      <w:r w:rsidR="00465FA3" w:rsidRPr="00465FA3">
        <w:rPr>
          <w:rFonts w:ascii="Arial" w:hAnsi="Arial" w:cs="Arial"/>
        </w:rPr>
        <w:t xml:space="preserve"> </w:t>
      </w:r>
      <w:proofErr w:type="spellStart"/>
      <w:r w:rsidR="00465FA3" w:rsidRPr="00465FA3">
        <w:rPr>
          <w:rFonts w:ascii="Arial" w:hAnsi="Arial" w:cs="Arial"/>
        </w:rPr>
        <w:t>arall</w:t>
      </w:r>
      <w:proofErr w:type="spellEnd"/>
      <w:r w:rsidR="00465FA3" w:rsidRPr="00465FA3">
        <w:rPr>
          <w:rFonts w:ascii="Arial" w:hAnsi="Arial" w:cs="Arial"/>
        </w:rPr>
        <w:t xml:space="preserve"> y </w:t>
      </w:r>
      <w:proofErr w:type="spellStart"/>
      <w:r w:rsidR="00465FA3" w:rsidRPr="00465FA3">
        <w:rPr>
          <w:rFonts w:ascii="Arial" w:hAnsi="Arial" w:cs="Arial"/>
        </w:rPr>
        <w:t>dylid</w:t>
      </w:r>
      <w:proofErr w:type="spellEnd"/>
      <w:r w:rsidR="00465FA3" w:rsidRPr="00465FA3">
        <w:rPr>
          <w:rFonts w:ascii="Arial" w:hAnsi="Arial" w:cs="Arial"/>
        </w:rPr>
        <w:t xml:space="preserve"> </w:t>
      </w:r>
      <w:proofErr w:type="spellStart"/>
      <w:r w:rsidR="00465FA3" w:rsidRPr="00465FA3">
        <w:rPr>
          <w:rFonts w:ascii="Arial" w:hAnsi="Arial" w:cs="Arial"/>
        </w:rPr>
        <w:t>eu</w:t>
      </w:r>
      <w:proofErr w:type="spellEnd"/>
      <w:r w:rsidR="00465FA3" w:rsidRPr="00465FA3">
        <w:rPr>
          <w:rFonts w:ascii="Arial" w:hAnsi="Arial" w:cs="Arial"/>
        </w:rPr>
        <w:t xml:space="preserve"> </w:t>
      </w:r>
      <w:proofErr w:type="spellStart"/>
      <w:r w:rsidR="00465FA3" w:rsidRPr="00465FA3">
        <w:rPr>
          <w:rFonts w:ascii="Arial" w:hAnsi="Arial" w:cs="Arial"/>
        </w:rPr>
        <w:t>defnyddio'n</w:t>
      </w:r>
      <w:proofErr w:type="spellEnd"/>
      <w:r w:rsidR="00465FA3" w:rsidRPr="00465FA3">
        <w:rPr>
          <w:rFonts w:ascii="Arial" w:hAnsi="Arial" w:cs="Arial"/>
        </w:rPr>
        <w:t xml:space="preserve"> well i </w:t>
      </w:r>
      <w:proofErr w:type="spellStart"/>
      <w:r w:rsidR="00465FA3" w:rsidRPr="00465FA3">
        <w:rPr>
          <w:rFonts w:ascii="Arial" w:hAnsi="Arial" w:cs="Arial"/>
        </w:rPr>
        <w:t>ddeall</w:t>
      </w:r>
      <w:proofErr w:type="spellEnd"/>
      <w:r w:rsidR="00465FA3" w:rsidRPr="00465FA3">
        <w:rPr>
          <w:rFonts w:ascii="Arial" w:hAnsi="Arial" w:cs="Arial"/>
        </w:rPr>
        <w:t xml:space="preserve"> </w:t>
      </w:r>
      <w:proofErr w:type="spellStart"/>
      <w:r w:rsidR="00465FA3" w:rsidRPr="00465FA3">
        <w:rPr>
          <w:rFonts w:ascii="Arial" w:hAnsi="Arial" w:cs="Arial"/>
        </w:rPr>
        <w:t>canlyniadau’r</w:t>
      </w:r>
      <w:proofErr w:type="spellEnd"/>
      <w:r w:rsidR="00465FA3" w:rsidRPr="00465FA3">
        <w:rPr>
          <w:rFonts w:ascii="Arial" w:hAnsi="Arial" w:cs="Arial"/>
        </w:rPr>
        <w:t xml:space="preserve"> </w:t>
      </w:r>
      <w:proofErr w:type="spellStart"/>
      <w:r w:rsidR="00465FA3" w:rsidRPr="00465FA3">
        <w:rPr>
          <w:rFonts w:ascii="Arial" w:hAnsi="Arial" w:cs="Arial"/>
        </w:rPr>
        <w:t>farchnad</w:t>
      </w:r>
      <w:proofErr w:type="spellEnd"/>
      <w:r w:rsidR="00465FA3" w:rsidRPr="00465FA3">
        <w:rPr>
          <w:rFonts w:ascii="Arial" w:hAnsi="Arial" w:cs="Arial"/>
        </w:rPr>
        <w:t xml:space="preserve"> </w:t>
      </w:r>
      <w:proofErr w:type="spellStart"/>
      <w:r w:rsidR="00465FA3" w:rsidRPr="00465FA3">
        <w:rPr>
          <w:rFonts w:ascii="Arial" w:hAnsi="Arial" w:cs="Arial"/>
        </w:rPr>
        <w:t>lafur</w:t>
      </w:r>
      <w:proofErr w:type="spellEnd"/>
      <w:r w:rsidR="00465FA3" w:rsidRPr="00465FA3">
        <w:rPr>
          <w:rFonts w:ascii="Arial" w:hAnsi="Arial" w:cs="Arial"/>
        </w:rPr>
        <w:t xml:space="preserve"> </w:t>
      </w:r>
      <w:proofErr w:type="spellStart"/>
      <w:r w:rsidR="00465FA3" w:rsidRPr="00465FA3">
        <w:rPr>
          <w:rFonts w:ascii="Arial" w:hAnsi="Arial" w:cs="Arial"/>
        </w:rPr>
        <w:t>ar</w:t>
      </w:r>
      <w:proofErr w:type="spellEnd"/>
      <w:r w:rsidR="00465FA3" w:rsidRPr="00465FA3">
        <w:rPr>
          <w:rFonts w:ascii="Arial" w:hAnsi="Arial" w:cs="Arial"/>
        </w:rPr>
        <w:t xml:space="preserve"> </w:t>
      </w:r>
      <w:proofErr w:type="spellStart"/>
      <w:r w:rsidR="00465FA3" w:rsidRPr="00465FA3">
        <w:rPr>
          <w:rFonts w:ascii="Arial" w:hAnsi="Arial" w:cs="Arial"/>
        </w:rPr>
        <w:t>gyfer</w:t>
      </w:r>
      <w:proofErr w:type="spellEnd"/>
      <w:r w:rsidR="00465FA3" w:rsidRPr="00465FA3">
        <w:rPr>
          <w:rFonts w:ascii="Arial" w:hAnsi="Arial" w:cs="Arial"/>
        </w:rPr>
        <w:t xml:space="preserve"> </w:t>
      </w:r>
      <w:proofErr w:type="spellStart"/>
      <w:r w:rsidR="00465FA3" w:rsidRPr="00465FA3">
        <w:rPr>
          <w:rFonts w:ascii="Arial" w:hAnsi="Arial" w:cs="Arial"/>
        </w:rPr>
        <w:t>addysg</w:t>
      </w:r>
      <w:proofErr w:type="spellEnd"/>
      <w:r w:rsidR="00465FA3" w:rsidRPr="00465FA3">
        <w:rPr>
          <w:rFonts w:ascii="Arial" w:hAnsi="Arial" w:cs="Arial"/>
        </w:rPr>
        <w:t xml:space="preserve"> </w:t>
      </w:r>
      <w:proofErr w:type="spellStart"/>
      <w:r w:rsidR="00465FA3" w:rsidRPr="00465FA3">
        <w:rPr>
          <w:rFonts w:ascii="Arial" w:hAnsi="Arial" w:cs="Arial"/>
        </w:rPr>
        <w:t>drydyddol</w:t>
      </w:r>
      <w:proofErr w:type="spellEnd"/>
      <w:r w:rsidR="00465FA3" w:rsidRPr="00465FA3">
        <w:rPr>
          <w:rFonts w:ascii="Arial" w:hAnsi="Arial" w:cs="Arial"/>
        </w:rPr>
        <w:t>?</w:t>
      </w:r>
    </w:p>
    <w:p w14:paraId="25C158D5" w14:textId="3D306739" w:rsidR="0023470B" w:rsidRPr="0042353A" w:rsidRDefault="0023470B" w:rsidP="00465FA3">
      <w:pPr>
        <w:spacing w:after="120"/>
        <w:rPr>
          <w:rFonts w:ascii="Arial" w:hAnsi="Arial" w:cs="Arial"/>
        </w:rPr>
      </w:pPr>
    </w:p>
    <w:p w14:paraId="302224C4" w14:textId="77777777" w:rsidR="00352E87" w:rsidRPr="00352E87" w:rsidRDefault="005C12BE" w:rsidP="00352E87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79232" behindDoc="0" locked="0" layoutInCell="1" allowOverlap="1" wp14:anchorId="128E53EC" wp14:editId="2CA67153">
                <wp:simplePos x="0" y="0"/>
                <wp:positionH relativeFrom="margin">
                  <wp:align>right</wp:align>
                </wp:positionH>
                <wp:positionV relativeFrom="paragraph">
                  <wp:posOffset>537210</wp:posOffset>
                </wp:positionV>
                <wp:extent cx="5924550" cy="1404620"/>
                <wp:effectExtent l="0" t="0" r="19050" b="24130"/>
                <wp:wrapSquare wrapText="bothSides"/>
                <wp:docPr id="7026275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59C39D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28E53EC" id="_x0000_s1047" type="#_x0000_t202" style="position:absolute;margin-left:415.3pt;margin-top:42.3pt;width:466.5pt;height:110.6pt;z-index:251679232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">
                <v:textbox style="mso-fit-shape-to-text:t">
                  <w:txbxContent>
                    <w:p w14:paraId="5359C39D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3. </w:t>
      </w:r>
      <w:r w:rsidR="00352E87" w:rsidRPr="00352E87">
        <w:rPr>
          <w:rFonts w:ascii="Arial" w:hAnsi="Arial" w:cs="Arial"/>
        </w:rPr>
        <w:t xml:space="preserve">Sut gall </w:t>
      </w:r>
      <w:proofErr w:type="spellStart"/>
      <w:r w:rsidR="00352E87" w:rsidRPr="00352E87">
        <w:rPr>
          <w:rFonts w:ascii="Arial" w:hAnsi="Arial" w:cs="Arial"/>
        </w:rPr>
        <w:t>cefnogaeth</w:t>
      </w:r>
      <w:proofErr w:type="spellEnd"/>
      <w:r w:rsidR="00352E87" w:rsidRPr="00352E87">
        <w:rPr>
          <w:rFonts w:ascii="Arial" w:hAnsi="Arial" w:cs="Arial"/>
        </w:rPr>
        <w:t xml:space="preserve"> Llywodraeth Cymru i </w:t>
      </w:r>
      <w:proofErr w:type="spellStart"/>
      <w:r w:rsidR="00352E87" w:rsidRPr="00352E87">
        <w:rPr>
          <w:rFonts w:ascii="Arial" w:hAnsi="Arial" w:cs="Arial"/>
        </w:rPr>
        <w:t>gyllid</w:t>
      </w:r>
      <w:proofErr w:type="spellEnd"/>
      <w:r w:rsidR="00352E87" w:rsidRPr="00352E87">
        <w:rPr>
          <w:rFonts w:ascii="Arial" w:hAnsi="Arial" w:cs="Arial"/>
        </w:rPr>
        <w:t xml:space="preserve"> </w:t>
      </w:r>
      <w:proofErr w:type="spellStart"/>
      <w:r w:rsidR="00352E87" w:rsidRPr="00352E87">
        <w:rPr>
          <w:rFonts w:ascii="Arial" w:hAnsi="Arial" w:cs="Arial"/>
        </w:rPr>
        <w:t>ymchwil</w:t>
      </w:r>
      <w:proofErr w:type="spellEnd"/>
      <w:r w:rsidR="00352E87" w:rsidRPr="00352E87">
        <w:rPr>
          <w:rFonts w:ascii="Arial" w:hAnsi="Arial" w:cs="Arial"/>
        </w:rPr>
        <w:t xml:space="preserve"> </w:t>
      </w:r>
      <w:proofErr w:type="spellStart"/>
      <w:r w:rsidR="00352E87" w:rsidRPr="00352E87">
        <w:rPr>
          <w:rFonts w:ascii="Arial" w:hAnsi="Arial" w:cs="Arial"/>
        </w:rPr>
        <w:t>wneud</w:t>
      </w:r>
      <w:proofErr w:type="spellEnd"/>
      <w:r w:rsidR="00352E87" w:rsidRPr="00352E87">
        <w:rPr>
          <w:rFonts w:ascii="Arial" w:hAnsi="Arial" w:cs="Arial"/>
        </w:rPr>
        <w:t xml:space="preserve"> y </w:t>
      </w:r>
      <w:proofErr w:type="spellStart"/>
      <w:r w:rsidR="00352E87" w:rsidRPr="00352E87">
        <w:rPr>
          <w:rFonts w:ascii="Arial" w:hAnsi="Arial" w:cs="Arial"/>
        </w:rPr>
        <w:t>defnydd</w:t>
      </w:r>
      <w:proofErr w:type="spellEnd"/>
      <w:r w:rsidR="00352E87" w:rsidRPr="00352E87">
        <w:rPr>
          <w:rFonts w:ascii="Arial" w:hAnsi="Arial" w:cs="Arial"/>
        </w:rPr>
        <w:t xml:space="preserve"> </w:t>
      </w:r>
      <w:proofErr w:type="spellStart"/>
      <w:r w:rsidR="00352E87" w:rsidRPr="00352E87">
        <w:rPr>
          <w:rFonts w:ascii="Arial" w:hAnsi="Arial" w:cs="Arial"/>
        </w:rPr>
        <w:t>gorau</w:t>
      </w:r>
      <w:proofErr w:type="spellEnd"/>
      <w:r w:rsidR="00352E87" w:rsidRPr="00352E87">
        <w:rPr>
          <w:rFonts w:ascii="Arial" w:hAnsi="Arial" w:cs="Arial"/>
        </w:rPr>
        <w:t xml:space="preserve"> o </w:t>
      </w:r>
      <w:proofErr w:type="spellStart"/>
      <w:r w:rsidR="00352E87" w:rsidRPr="00352E87">
        <w:rPr>
          <w:rFonts w:ascii="Arial" w:hAnsi="Arial" w:cs="Arial"/>
        </w:rPr>
        <w:t>gyllid</w:t>
      </w:r>
      <w:proofErr w:type="spellEnd"/>
      <w:r w:rsidR="00352E87" w:rsidRPr="00352E87">
        <w:rPr>
          <w:rFonts w:ascii="Arial" w:hAnsi="Arial" w:cs="Arial"/>
        </w:rPr>
        <w:t xml:space="preserve"> </w:t>
      </w:r>
      <w:proofErr w:type="spellStart"/>
      <w:r w:rsidR="00352E87" w:rsidRPr="00352E87">
        <w:rPr>
          <w:rFonts w:ascii="Arial" w:hAnsi="Arial" w:cs="Arial"/>
        </w:rPr>
        <w:t>sydd</w:t>
      </w:r>
      <w:proofErr w:type="spellEnd"/>
      <w:r w:rsidR="00352E87" w:rsidRPr="00352E87">
        <w:rPr>
          <w:rFonts w:ascii="Arial" w:hAnsi="Arial" w:cs="Arial"/>
        </w:rPr>
        <w:t xml:space="preserve"> </w:t>
      </w:r>
      <w:proofErr w:type="spellStart"/>
      <w:r w:rsidR="00352E87" w:rsidRPr="00352E87">
        <w:rPr>
          <w:rFonts w:ascii="Arial" w:hAnsi="Arial" w:cs="Arial"/>
        </w:rPr>
        <w:t>ar</w:t>
      </w:r>
      <w:proofErr w:type="spellEnd"/>
      <w:r w:rsidR="00352E87" w:rsidRPr="00352E87">
        <w:rPr>
          <w:rFonts w:ascii="Arial" w:hAnsi="Arial" w:cs="Arial"/>
        </w:rPr>
        <w:t xml:space="preserve"> </w:t>
      </w:r>
      <w:proofErr w:type="spellStart"/>
      <w:r w:rsidR="00352E87" w:rsidRPr="00352E87">
        <w:rPr>
          <w:rFonts w:ascii="Arial" w:hAnsi="Arial" w:cs="Arial"/>
        </w:rPr>
        <w:t>gael</w:t>
      </w:r>
      <w:proofErr w:type="spellEnd"/>
      <w:r w:rsidR="00352E87" w:rsidRPr="00352E87">
        <w:rPr>
          <w:rFonts w:ascii="Arial" w:hAnsi="Arial" w:cs="Arial"/>
        </w:rPr>
        <w:t xml:space="preserve"> </w:t>
      </w:r>
      <w:proofErr w:type="spellStart"/>
      <w:r w:rsidR="00352E87" w:rsidRPr="00352E87">
        <w:rPr>
          <w:rFonts w:ascii="Arial" w:hAnsi="Arial" w:cs="Arial"/>
        </w:rPr>
        <w:t>ledled</w:t>
      </w:r>
      <w:proofErr w:type="spellEnd"/>
      <w:r w:rsidR="00352E87" w:rsidRPr="00352E87">
        <w:rPr>
          <w:rFonts w:ascii="Arial" w:hAnsi="Arial" w:cs="Arial"/>
        </w:rPr>
        <w:t xml:space="preserve"> y DU a “</w:t>
      </w:r>
      <w:proofErr w:type="spellStart"/>
      <w:r w:rsidR="00352E87" w:rsidRPr="00352E87">
        <w:rPr>
          <w:rFonts w:ascii="Arial" w:hAnsi="Arial" w:cs="Arial"/>
        </w:rPr>
        <w:t>mewnwthio</w:t>
      </w:r>
      <w:proofErr w:type="spellEnd"/>
      <w:r w:rsidR="00352E87" w:rsidRPr="00352E87">
        <w:rPr>
          <w:rFonts w:ascii="Arial" w:hAnsi="Arial" w:cs="Arial"/>
        </w:rPr>
        <w:t xml:space="preserve">” </w:t>
      </w:r>
      <w:proofErr w:type="spellStart"/>
      <w:r w:rsidR="00352E87" w:rsidRPr="00352E87">
        <w:rPr>
          <w:rFonts w:ascii="Arial" w:hAnsi="Arial" w:cs="Arial"/>
        </w:rPr>
        <w:t>buddsoddiad</w:t>
      </w:r>
      <w:proofErr w:type="spellEnd"/>
      <w:r w:rsidR="00352E87" w:rsidRPr="00352E87">
        <w:rPr>
          <w:rFonts w:ascii="Arial" w:hAnsi="Arial" w:cs="Arial"/>
        </w:rPr>
        <w:t xml:space="preserve"> </w:t>
      </w:r>
      <w:proofErr w:type="spellStart"/>
      <w:r w:rsidR="00352E87" w:rsidRPr="00352E87">
        <w:rPr>
          <w:rFonts w:ascii="Arial" w:hAnsi="Arial" w:cs="Arial"/>
        </w:rPr>
        <w:t>o’r</w:t>
      </w:r>
      <w:proofErr w:type="spellEnd"/>
      <w:r w:rsidR="00352E87" w:rsidRPr="00352E87">
        <w:rPr>
          <w:rFonts w:ascii="Arial" w:hAnsi="Arial" w:cs="Arial"/>
        </w:rPr>
        <w:t xml:space="preserve"> sector </w:t>
      </w:r>
      <w:proofErr w:type="spellStart"/>
      <w:r w:rsidR="00352E87" w:rsidRPr="00352E87">
        <w:rPr>
          <w:rFonts w:ascii="Arial" w:hAnsi="Arial" w:cs="Arial"/>
        </w:rPr>
        <w:t>preifat</w:t>
      </w:r>
      <w:proofErr w:type="spellEnd"/>
      <w:r w:rsidR="00352E87" w:rsidRPr="00352E87">
        <w:rPr>
          <w:rFonts w:ascii="Arial" w:hAnsi="Arial" w:cs="Arial"/>
        </w:rPr>
        <w:t>?</w:t>
      </w:r>
    </w:p>
    <w:p w14:paraId="0579B9ED" w14:textId="28E94F24" w:rsidR="0023470B" w:rsidRPr="0042353A" w:rsidRDefault="0023470B">
      <w:pPr>
        <w:spacing w:after="120"/>
        <w:rPr>
          <w:rFonts w:ascii="Arial" w:hAnsi="Arial" w:cs="Arial"/>
        </w:rPr>
      </w:pPr>
    </w:p>
    <w:p w14:paraId="799E1D15" w14:textId="77777777" w:rsidR="00BB3259" w:rsidRPr="00BB3259" w:rsidRDefault="005C12BE" w:rsidP="00BB3259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81280" behindDoc="0" locked="0" layoutInCell="1" allowOverlap="1" wp14:anchorId="11585763" wp14:editId="76861B44">
                <wp:simplePos x="0" y="0"/>
                <wp:positionH relativeFrom="margin">
                  <wp:align>right</wp:align>
                </wp:positionH>
                <wp:positionV relativeFrom="paragraph">
                  <wp:posOffset>1061085</wp:posOffset>
                </wp:positionV>
                <wp:extent cx="5924550" cy="1404620"/>
                <wp:effectExtent l="0" t="0" r="19050" b="24130"/>
                <wp:wrapSquare wrapText="bothSides"/>
                <wp:docPr id="20121659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F9CA14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1585763" id="_x0000_s1048" type="#_x0000_t202" style="position:absolute;margin-left:415.3pt;margin-top:83.55pt;width:466.5pt;height:110.6pt;z-index:251681280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">
                <v:textbox style="mso-fit-shape-to-text:t">
                  <w:txbxContent>
                    <w:p w14:paraId="14F9CA14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4. </w:t>
      </w:r>
      <w:r w:rsidR="00BB3259" w:rsidRPr="00BB3259">
        <w:rPr>
          <w:rFonts w:ascii="Arial" w:hAnsi="Arial" w:cs="Arial"/>
        </w:rPr>
        <w:t xml:space="preserve">Gall </w:t>
      </w:r>
      <w:proofErr w:type="spellStart"/>
      <w:r w:rsidR="00BB3259" w:rsidRPr="00BB3259">
        <w:rPr>
          <w:rFonts w:ascii="Arial" w:hAnsi="Arial" w:cs="Arial"/>
        </w:rPr>
        <w:t>cydweithio</w:t>
      </w:r>
      <w:proofErr w:type="spellEnd"/>
      <w:r w:rsidR="00BB3259" w:rsidRPr="00BB3259">
        <w:rPr>
          <w:rFonts w:ascii="Arial" w:hAnsi="Arial" w:cs="Arial"/>
        </w:rPr>
        <w:t xml:space="preserve"> ac </w:t>
      </w:r>
      <w:proofErr w:type="spellStart"/>
      <w:r w:rsidR="00BB3259" w:rsidRPr="00BB3259">
        <w:rPr>
          <w:rFonts w:ascii="Arial" w:hAnsi="Arial" w:cs="Arial"/>
        </w:rPr>
        <w:t>arbenigo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gan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sefydliadau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greu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arbedion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effeithlonrwydd</w:t>
      </w:r>
      <w:proofErr w:type="spellEnd"/>
      <w:r w:rsidR="00BB3259" w:rsidRPr="00BB3259">
        <w:rPr>
          <w:rFonts w:ascii="Arial" w:hAnsi="Arial" w:cs="Arial"/>
        </w:rPr>
        <w:t xml:space="preserve"> ac </w:t>
      </w:r>
      <w:proofErr w:type="spellStart"/>
      <w:r w:rsidR="00BB3259" w:rsidRPr="00BB3259">
        <w:rPr>
          <w:rFonts w:ascii="Arial" w:hAnsi="Arial" w:cs="Arial"/>
        </w:rPr>
        <w:t>effeithiau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cydgrynhoi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cryfach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ar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gyfer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addysgu</w:t>
      </w:r>
      <w:proofErr w:type="spellEnd"/>
      <w:r w:rsidR="00BB3259" w:rsidRPr="00BB3259">
        <w:rPr>
          <w:rFonts w:ascii="Arial" w:hAnsi="Arial" w:cs="Arial"/>
        </w:rPr>
        <w:t xml:space="preserve">, </w:t>
      </w:r>
      <w:proofErr w:type="spellStart"/>
      <w:r w:rsidR="00BB3259" w:rsidRPr="00BB3259">
        <w:rPr>
          <w:rFonts w:ascii="Arial" w:hAnsi="Arial" w:cs="Arial"/>
        </w:rPr>
        <w:t>cyflogaeth</w:t>
      </w:r>
      <w:proofErr w:type="spellEnd"/>
      <w:r w:rsidR="00BB3259" w:rsidRPr="00BB3259">
        <w:rPr>
          <w:rFonts w:ascii="Arial" w:hAnsi="Arial" w:cs="Arial"/>
        </w:rPr>
        <w:t xml:space="preserve"> ac </w:t>
      </w:r>
      <w:proofErr w:type="spellStart"/>
      <w:r w:rsidR="00BB3259" w:rsidRPr="00BB3259">
        <w:rPr>
          <w:rFonts w:ascii="Arial" w:hAnsi="Arial" w:cs="Arial"/>
        </w:rPr>
        <w:t>ymchwil</w:t>
      </w:r>
      <w:proofErr w:type="spellEnd"/>
      <w:r w:rsidR="00BB3259" w:rsidRPr="00BB3259">
        <w:rPr>
          <w:rFonts w:ascii="Arial" w:hAnsi="Arial" w:cs="Arial"/>
        </w:rPr>
        <w:t xml:space="preserve">, </w:t>
      </w:r>
      <w:proofErr w:type="spellStart"/>
      <w:r w:rsidR="00BB3259" w:rsidRPr="00BB3259">
        <w:rPr>
          <w:rFonts w:ascii="Arial" w:hAnsi="Arial" w:cs="Arial"/>
        </w:rPr>
        <w:t>datblygu</w:t>
      </w:r>
      <w:proofErr w:type="spellEnd"/>
      <w:r w:rsidR="00BB3259" w:rsidRPr="00BB3259">
        <w:rPr>
          <w:rFonts w:ascii="Arial" w:hAnsi="Arial" w:cs="Arial"/>
        </w:rPr>
        <w:t xml:space="preserve"> ac </w:t>
      </w:r>
      <w:proofErr w:type="spellStart"/>
      <w:r w:rsidR="00BB3259" w:rsidRPr="00BB3259">
        <w:rPr>
          <w:rFonts w:ascii="Arial" w:hAnsi="Arial" w:cs="Arial"/>
        </w:rPr>
        <w:t>arloesi</w:t>
      </w:r>
      <w:proofErr w:type="spellEnd"/>
      <w:r w:rsidR="00BB3259" w:rsidRPr="00BB3259">
        <w:rPr>
          <w:rFonts w:ascii="Arial" w:hAnsi="Arial" w:cs="Arial"/>
        </w:rPr>
        <w:t xml:space="preserve">. Pa </w:t>
      </w:r>
      <w:proofErr w:type="spellStart"/>
      <w:r w:rsidR="00BB3259" w:rsidRPr="00BB3259">
        <w:rPr>
          <w:rFonts w:ascii="Arial" w:hAnsi="Arial" w:cs="Arial"/>
        </w:rPr>
        <w:t>dystiolaeth</w:t>
      </w:r>
      <w:proofErr w:type="spellEnd"/>
      <w:r w:rsidR="00BB3259" w:rsidRPr="00BB3259">
        <w:rPr>
          <w:rFonts w:ascii="Arial" w:hAnsi="Arial" w:cs="Arial"/>
        </w:rPr>
        <w:t xml:space="preserve"> y </w:t>
      </w:r>
      <w:proofErr w:type="spellStart"/>
      <w:r w:rsidR="00BB3259" w:rsidRPr="00BB3259">
        <w:rPr>
          <w:rFonts w:ascii="Arial" w:hAnsi="Arial" w:cs="Arial"/>
        </w:rPr>
        <w:t>gellir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ei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defnyddio</w:t>
      </w:r>
      <w:proofErr w:type="spellEnd"/>
      <w:r w:rsidR="00BB3259" w:rsidRPr="00BB3259">
        <w:rPr>
          <w:rFonts w:ascii="Arial" w:hAnsi="Arial" w:cs="Arial"/>
        </w:rPr>
        <w:t xml:space="preserve"> yn sail i </w:t>
      </w:r>
      <w:proofErr w:type="spellStart"/>
      <w:r w:rsidR="00BB3259" w:rsidRPr="00BB3259">
        <w:rPr>
          <w:rFonts w:ascii="Arial" w:hAnsi="Arial" w:cs="Arial"/>
        </w:rPr>
        <w:t>hyn</w:t>
      </w:r>
      <w:proofErr w:type="spellEnd"/>
      <w:r w:rsidR="00BB3259" w:rsidRPr="00BB3259">
        <w:rPr>
          <w:rFonts w:ascii="Arial" w:hAnsi="Arial" w:cs="Arial"/>
        </w:rPr>
        <w:t xml:space="preserve">, ac </w:t>
      </w:r>
      <w:proofErr w:type="gramStart"/>
      <w:r w:rsidR="00BB3259" w:rsidRPr="00BB3259">
        <w:rPr>
          <w:rFonts w:ascii="Arial" w:hAnsi="Arial" w:cs="Arial"/>
        </w:rPr>
        <w:t>a</w:t>
      </w:r>
      <w:proofErr w:type="gram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yw'n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awgrymu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beth</w:t>
      </w:r>
      <w:proofErr w:type="spellEnd"/>
      <w:r w:rsidR="00BB3259" w:rsidRPr="00BB3259">
        <w:rPr>
          <w:rFonts w:ascii="Arial" w:hAnsi="Arial" w:cs="Arial"/>
        </w:rPr>
        <w:t xml:space="preserve"> y </w:t>
      </w:r>
      <w:proofErr w:type="spellStart"/>
      <w:r w:rsidR="00BB3259" w:rsidRPr="00BB3259">
        <w:rPr>
          <w:rFonts w:ascii="Arial" w:hAnsi="Arial" w:cs="Arial"/>
        </w:rPr>
        <w:t>dylid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arbenigo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ynddo</w:t>
      </w:r>
      <w:proofErr w:type="spellEnd"/>
      <w:r w:rsidR="00BB3259" w:rsidRPr="00BB3259">
        <w:rPr>
          <w:rFonts w:ascii="Arial" w:hAnsi="Arial" w:cs="Arial"/>
        </w:rPr>
        <w:t xml:space="preserve">, a </w:t>
      </w:r>
      <w:proofErr w:type="spellStart"/>
      <w:r w:rsidR="00BB3259" w:rsidRPr="00BB3259">
        <w:rPr>
          <w:rFonts w:ascii="Arial" w:hAnsi="Arial" w:cs="Arial"/>
        </w:rPr>
        <w:t>sut</w:t>
      </w:r>
      <w:proofErr w:type="spellEnd"/>
      <w:r w:rsidR="00BB3259" w:rsidRPr="00BB3259">
        <w:rPr>
          <w:rFonts w:ascii="Arial" w:hAnsi="Arial" w:cs="Arial"/>
        </w:rPr>
        <w:t xml:space="preserve">? Gallai </w:t>
      </w:r>
      <w:proofErr w:type="spellStart"/>
      <w:r w:rsidR="00BB3259" w:rsidRPr="00BB3259">
        <w:rPr>
          <w:rFonts w:ascii="Arial" w:hAnsi="Arial" w:cs="Arial"/>
        </w:rPr>
        <w:t>hyn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hefyd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greu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risgiau</w:t>
      </w:r>
      <w:proofErr w:type="spellEnd"/>
      <w:r w:rsidR="00BB3259" w:rsidRPr="00BB3259">
        <w:rPr>
          <w:rFonts w:ascii="Arial" w:hAnsi="Arial" w:cs="Arial"/>
        </w:rPr>
        <w:t xml:space="preserve"> a </w:t>
      </w:r>
      <w:proofErr w:type="spellStart"/>
      <w:r w:rsidR="00BB3259" w:rsidRPr="00BB3259">
        <w:rPr>
          <w:rFonts w:ascii="Arial" w:hAnsi="Arial" w:cs="Arial"/>
        </w:rPr>
        <w:t>heriau</w:t>
      </w:r>
      <w:proofErr w:type="spellEnd"/>
      <w:r w:rsidR="00BB3259" w:rsidRPr="00BB3259">
        <w:rPr>
          <w:rFonts w:ascii="Arial" w:hAnsi="Arial" w:cs="Arial"/>
        </w:rPr>
        <w:t xml:space="preserve"> – </w:t>
      </w:r>
      <w:proofErr w:type="spellStart"/>
      <w:r w:rsidR="00BB3259" w:rsidRPr="00BB3259">
        <w:rPr>
          <w:rFonts w:ascii="Arial" w:hAnsi="Arial" w:cs="Arial"/>
        </w:rPr>
        <w:t>beth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ydyn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nhw</w:t>
      </w:r>
      <w:proofErr w:type="spellEnd"/>
      <w:r w:rsidR="00BB3259" w:rsidRPr="00BB3259">
        <w:rPr>
          <w:rFonts w:ascii="Arial" w:hAnsi="Arial" w:cs="Arial"/>
        </w:rPr>
        <w:t>?</w:t>
      </w:r>
    </w:p>
    <w:p w14:paraId="2B1BE459" w14:textId="28BA7DD2" w:rsidR="0023470B" w:rsidRPr="0042353A" w:rsidRDefault="0023470B">
      <w:pPr>
        <w:rPr>
          <w:rFonts w:ascii="Arial" w:hAnsi="Arial" w:cs="Arial"/>
        </w:rPr>
      </w:pPr>
    </w:p>
    <w:p w14:paraId="0DD0908D" w14:textId="77777777" w:rsidR="005F62E7" w:rsidRDefault="005C12BE" w:rsidP="005F62E7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83328" behindDoc="0" locked="0" layoutInCell="1" allowOverlap="1" wp14:anchorId="3B4A01CC" wp14:editId="31D9176D">
                <wp:simplePos x="0" y="0"/>
                <wp:positionH relativeFrom="margin">
                  <wp:align>right</wp:align>
                </wp:positionH>
                <wp:positionV relativeFrom="paragraph">
                  <wp:posOffset>734060</wp:posOffset>
                </wp:positionV>
                <wp:extent cx="5924550" cy="1404620"/>
                <wp:effectExtent l="0" t="0" r="19050" b="24130"/>
                <wp:wrapSquare wrapText="bothSides"/>
                <wp:docPr id="1672535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E7A6A5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B4A01CC" id="_x0000_s1049" type="#_x0000_t202" style="position:absolute;margin-left:415.3pt;margin-top:57.8pt;width:466.5pt;height:110.6pt;z-index:25168332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">
                <v:textbox style="mso-fit-shape-to-text:t">
                  <w:txbxContent>
                    <w:p w14:paraId="61E7A6A5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5. </w:t>
      </w:r>
      <w:r w:rsidR="005F62E7" w:rsidRPr="005F62E7">
        <w:rPr>
          <w:rFonts w:ascii="Arial" w:hAnsi="Arial" w:cs="Arial"/>
        </w:rPr>
        <w:t xml:space="preserve">Pa </w:t>
      </w:r>
      <w:proofErr w:type="spellStart"/>
      <w:r w:rsidR="005F62E7" w:rsidRPr="005F62E7">
        <w:rPr>
          <w:rFonts w:ascii="Arial" w:hAnsi="Arial" w:cs="Arial"/>
        </w:rPr>
        <w:t>gyfleoedd</w:t>
      </w:r>
      <w:proofErr w:type="spellEnd"/>
      <w:r w:rsidR="005F62E7" w:rsidRPr="005F62E7">
        <w:rPr>
          <w:rFonts w:ascii="Arial" w:hAnsi="Arial" w:cs="Arial"/>
        </w:rPr>
        <w:t xml:space="preserve"> a </w:t>
      </w:r>
      <w:proofErr w:type="spellStart"/>
      <w:r w:rsidR="005F62E7" w:rsidRPr="005F62E7">
        <w:rPr>
          <w:rFonts w:ascii="Arial" w:hAnsi="Arial" w:cs="Arial"/>
        </w:rPr>
        <w:t>bygythiadau</w:t>
      </w:r>
      <w:proofErr w:type="spellEnd"/>
      <w:r w:rsidR="005F62E7" w:rsidRPr="005F62E7">
        <w:rPr>
          <w:rFonts w:ascii="Arial" w:hAnsi="Arial" w:cs="Arial"/>
        </w:rPr>
        <w:t xml:space="preserve"> y </w:t>
      </w:r>
      <w:proofErr w:type="spellStart"/>
      <w:r w:rsidR="005F62E7" w:rsidRPr="005F62E7">
        <w:rPr>
          <w:rFonts w:ascii="Arial" w:hAnsi="Arial" w:cs="Arial"/>
        </w:rPr>
        <w:t>mae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deallusrwydd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artiffisial</w:t>
      </w:r>
      <w:proofErr w:type="spellEnd"/>
      <w:r w:rsidR="005F62E7" w:rsidRPr="005F62E7">
        <w:rPr>
          <w:rFonts w:ascii="Arial" w:hAnsi="Arial" w:cs="Arial"/>
        </w:rPr>
        <w:t xml:space="preserve"> yn </w:t>
      </w:r>
      <w:proofErr w:type="spellStart"/>
      <w:r w:rsidR="005F62E7" w:rsidRPr="005F62E7">
        <w:rPr>
          <w:rFonts w:ascii="Arial" w:hAnsi="Arial" w:cs="Arial"/>
        </w:rPr>
        <w:t>eu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hachosi</w:t>
      </w:r>
      <w:proofErr w:type="spellEnd"/>
      <w:r w:rsidR="005F62E7" w:rsidRPr="005F62E7">
        <w:rPr>
          <w:rFonts w:ascii="Arial" w:hAnsi="Arial" w:cs="Arial"/>
        </w:rPr>
        <w:t xml:space="preserve"> i </w:t>
      </w:r>
      <w:proofErr w:type="spellStart"/>
      <w:r w:rsidR="005F62E7" w:rsidRPr="005F62E7">
        <w:rPr>
          <w:rFonts w:ascii="Arial" w:hAnsi="Arial" w:cs="Arial"/>
        </w:rPr>
        <w:t>ddyfodol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addysg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drydyddol</w:t>
      </w:r>
      <w:proofErr w:type="spellEnd"/>
      <w:r w:rsidR="005F62E7" w:rsidRPr="005F62E7">
        <w:rPr>
          <w:rFonts w:ascii="Arial" w:hAnsi="Arial" w:cs="Arial"/>
        </w:rPr>
        <w:t xml:space="preserve">? Pa </w:t>
      </w:r>
      <w:proofErr w:type="spellStart"/>
      <w:r w:rsidR="005F62E7" w:rsidRPr="005F62E7">
        <w:rPr>
          <w:rFonts w:ascii="Arial" w:hAnsi="Arial" w:cs="Arial"/>
        </w:rPr>
        <w:t>oblygiadau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sy'n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dod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i'r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amlwg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ar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gyfer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darparwyr</w:t>
      </w:r>
      <w:proofErr w:type="spellEnd"/>
      <w:r w:rsidR="005F62E7" w:rsidRPr="005F62E7">
        <w:rPr>
          <w:rFonts w:ascii="Arial" w:hAnsi="Arial" w:cs="Arial"/>
        </w:rPr>
        <w:t xml:space="preserve"> ac </w:t>
      </w:r>
      <w:proofErr w:type="spellStart"/>
      <w:r w:rsidR="005F62E7" w:rsidRPr="005F62E7">
        <w:rPr>
          <w:rFonts w:ascii="Arial" w:hAnsi="Arial" w:cs="Arial"/>
        </w:rPr>
        <w:t>ar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gyfer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polisi</w:t>
      </w:r>
      <w:proofErr w:type="spellEnd"/>
      <w:r w:rsidR="005F62E7" w:rsidRPr="005F62E7">
        <w:rPr>
          <w:rFonts w:ascii="Arial" w:hAnsi="Arial" w:cs="Arial"/>
        </w:rPr>
        <w:t xml:space="preserve"> Llywodraeth Cymru yn </w:t>
      </w:r>
      <w:proofErr w:type="spellStart"/>
      <w:r w:rsidR="005F62E7" w:rsidRPr="005F62E7">
        <w:rPr>
          <w:rFonts w:ascii="Arial" w:hAnsi="Arial" w:cs="Arial"/>
        </w:rPr>
        <w:t>sgil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defnyddio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deallusrwydd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artiffisial</w:t>
      </w:r>
      <w:proofErr w:type="spellEnd"/>
      <w:r w:rsidR="005F62E7" w:rsidRPr="005F62E7">
        <w:rPr>
          <w:rFonts w:ascii="Arial" w:hAnsi="Arial" w:cs="Arial"/>
        </w:rPr>
        <w:t>?</w:t>
      </w:r>
    </w:p>
    <w:p w14:paraId="13CB8FD7" w14:textId="77777777" w:rsidR="007444C3" w:rsidRPr="0042353A" w:rsidRDefault="007444C3">
      <w:pPr>
        <w:rPr>
          <w:rFonts w:ascii="Arial" w:hAnsi="Arial" w:cs="Arial"/>
        </w:rPr>
      </w:pPr>
    </w:p>
    <w:sectPr w:rsidR="007444C3" w:rsidRPr="0042353A" w:rsidSect="00034616">
      <w:headerReference w:type="first" r:id="rId11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79B51C" w14:textId="77777777" w:rsidR="00830C6A" w:rsidRDefault="00830C6A">
      <w:pPr>
        <w:spacing w:after="0" w:line="240" w:lineRule="auto"/>
      </w:pPr>
      <w:r>
        <w:separator/>
      </w:r>
    </w:p>
  </w:endnote>
  <w:endnote w:type="continuationSeparator" w:id="0">
    <w:p w14:paraId="230531EC" w14:textId="77777777" w:rsidR="00830C6A" w:rsidRDefault="00830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AA4741" w14:textId="77777777" w:rsidR="00830C6A" w:rsidRDefault="00830C6A">
      <w:pPr>
        <w:spacing w:after="0" w:line="240" w:lineRule="auto"/>
      </w:pPr>
      <w:r>
        <w:separator/>
      </w:r>
    </w:p>
  </w:footnote>
  <w:footnote w:type="continuationSeparator" w:id="0">
    <w:p w14:paraId="755A4E84" w14:textId="77777777" w:rsidR="00830C6A" w:rsidRDefault="00830C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43BEAC" w14:textId="1312CBFA" w:rsidR="0023470B" w:rsidRDefault="00D75F6C" w:rsidP="0042353A">
    <w:pPr>
      <w:pStyle w:val="Header"/>
      <w:jc w:val="right"/>
    </w:pPr>
    <w:r w:rsidRPr="00D75F6C">
      <w:rPr>
        <w:b/>
        <w:noProof/>
      </w:rPr>
      <w:drawing>
        <wp:inline distT="0" distB="0" distL="0" distR="0" wp14:anchorId="2EBA9D58" wp14:editId="60B82290">
          <wp:extent cx="1543050" cy="1447800"/>
          <wp:effectExtent l="0" t="0" r="0" b="0"/>
          <wp:docPr id="88822010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3050" cy="1447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6CB45DA"/>
    <w:multiLevelType w:val="hybridMultilevel"/>
    <w:tmpl w:val="4C02550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06E65DBC"/>
    <w:multiLevelType w:val="hybridMultilevel"/>
    <w:tmpl w:val="6892222E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>
      <w:start w:val="1"/>
      <w:numFmt w:val="lowerLetter"/>
      <w:lvlText w:val="%5."/>
      <w:lvlJc w:val="left"/>
      <w:pPr>
        <w:ind w:left="3960" w:hanging="360"/>
      </w:pPr>
    </w:lvl>
    <w:lvl w:ilvl="5" w:tplc="0809001B">
      <w:start w:val="1"/>
      <w:numFmt w:val="lowerRoman"/>
      <w:lvlText w:val="%6."/>
      <w:lvlJc w:val="right"/>
      <w:pPr>
        <w:ind w:left="4680" w:hanging="180"/>
      </w:pPr>
    </w:lvl>
    <w:lvl w:ilvl="6" w:tplc="0809000F">
      <w:start w:val="1"/>
      <w:numFmt w:val="decimal"/>
      <w:lvlText w:val="%7."/>
      <w:lvlJc w:val="left"/>
      <w:pPr>
        <w:ind w:left="5400" w:hanging="360"/>
      </w:pPr>
    </w:lvl>
    <w:lvl w:ilvl="7" w:tplc="08090019">
      <w:start w:val="1"/>
      <w:numFmt w:val="lowerLetter"/>
      <w:lvlText w:val="%8."/>
      <w:lvlJc w:val="left"/>
      <w:pPr>
        <w:ind w:left="6120" w:hanging="360"/>
      </w:pPr>
    </w:lvl>
    <w:lvl w:ilvl="8" w:tplc="0809001B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0BA27C30"/>
    <w:multiLevelType w:val="multilevel"/>
    <w:tmpl w:val="27E29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8825BE8"/>
    <w:multiLevelType w:val="hybridMultilevel"/>
    <w:tmpl w:val="22BCDA7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9C6C60"/>
    <w:multiLevelType w:val="hybridMultilevel"/>
    <w:tmpl w:val="A4A282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7D71A9"/>
    <w:multiLevelType w:val="hybridMultilevel"/>
    <w:tmpl w:val="2B62974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7218727">
    <w:abstractNumId w:val="8"/>
  </w:num>
  <w:num w:numId="2" w16cid:durableId="857473573">
    <w:abstractNumId w:val="6"/>
  </w:num>
  <w:num w:numId="3" w16cid:durableId="2091344832">
    <w:abstractNumId w:val="5"/>
  </w:num>
  <w:num w:numId="4" w16cid:durableId="952244938">
    <w:abstractNumId w:val="4"/>
  </w:num>
  <w:num w:numId="5" w16cid:durableId="99377788">
    <w:abstractNumId w:val="7"/>
  </w:num>
  <w:num w:numId="6" w16cid:durableId="2011785952">
    <w:abstractNumId w:val="3"/>
  </w:num>
  <w:num w:numId="7" w16cid:durableId="2028632423">
    <w:abstractNumId w:val="2"/>
  </w:num>
  <w:num w:numId="8" w16cid:durableId="1011223925">
    <w:abstractNumId w:val="1"/>
  </w:num>
  <w:num w:numId="9" w16cid:durableId="1260215547">
    <w:abstractNumId w:val="0"/>
  </w:num>
  <w:num w:numId="10" w16cid:durableId="1506824123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 w16cid:durableId="2045713848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 w16cid:durableId="469831031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 w16cid:durableId="1648708005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 w16cid:durableId="20526857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80056635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2674"/>
    <w:rsid w:val="00034616"/>
    <w:rsid w:val="00034B13"/>
    <w:rsid w:val="0006063C"/>
    <w:rsid w:val="00144281"/>
    <w:rsid w:val="001451C1"/>
    <w:rsid w:val="0015074B"/>
    <w:rsid w:val="00196052"/>
    <w:rsid w:val="00196BB5"/>
    <w:rsid w:val="0023470B"/>
    <w:rsid w:val="00254C4A"/>
    <w:rsid w:val="002575D7"/>
    <w:rsid w:val="0029639D"/>
    <w:rsid w:val="002C3D00"/>
    <w:rsid w:val="0032077B"/>
    <w:rsid w:val="00326F90"/>
    <w:rsid w:val="00352E87"/>
    <w:rsid w:val="003B7E0C"/>
    <w:rsid w:val="003D5D36"/>
    <w:rsid w:val="004057D3"/>
    <w:rsid w:val="0042353A"/>
    <w:rsid w:val="00425246"/>
    <w:rsid w:val="004305D6"/>
    <w:rsid w:val="0046457D"/>
    <w:rsid w:val="00465FA3"/>
    <w:rsid w:val="004756E2"/>
    <w:rsid w:val="00490926"/>
    <w:rsid w:val="004A69D0"/>
    <w:rsid w:val="004D0D98"/>
    <w:rsid w:val="004E726F"/>
    <w:rsid w:val="0055400C"/>
    <w:rsid w:val="0057765B"/>
    <w:rsid w:val="005858C1"/>
    <w:rsid w:val="005B1AFD"/>
    <w:rsid w:val="005C12BE"/>
    <w:rsid w:val="005D5EBF"/>
    <w:rsid w:val="005D7DED"/>
    <w:rsid w:val="005E235C"/>
    <w:rsid w:val="005F62E7"/>
    <w:rsid w:val="005F7EC8"/>
    <w:rsid w:val="00610D1A"/>
    <w:rsid w:val="0061420F"/>
    <w:rsid w:val="00634F31"/>
    <w:rsid w:val="00665AC3"/>
    <w:rsid w:val="00671040"/>
    <w:rsid w:val="00697352"/>
    <w:rsid w:val="006D193E"/>
    <w:rsid w:val="006E6C24"/>
    <w:rsid w:val="00734B27"/>
    <w:rsid w:val="007444C3"/>
    <w:rsid w:val="007929D4"/>
    <w:rsid w:val="007E0BB9"/>
    <w:rsid w:val="007E1AF6"/>
    <w:rsid w:val="00811A34"/>
    <w:rsid w:val="00824EFF"/>
    <w:rsid w:val="00830C6A"/>
    <w:rsid w:val="00843917"/>
    <w:rsid w:val="00872AF6"/>
    <w:rsid w:val="0095680A"/>
    <w:rsid w:val="009E2A09"/>
    <w:rsid w:val="009F1342"/>
    <w:rsid w:val="009F6455"/>
    <w:rsid w:val="00A155C6"/>
    <w:rsid w:val="00A431FB"/>
    <w:rsid w:val="00A57621"/>
    <w:rsid w:val="00A84311"/>
    <w:rsid w:val="00AA1D8D"/>
    <w:rsid w:val="00AA7FF6"/>
    <w:rsid w:val="00AB5171"/>
    <w:rsid w:val="00B03469"/>
    <w:rsid w:val="00B1189E"/>
    <w:rsid w:val="00B47730"/>
    <w:rsid w:val="00BA4EBF"/>
    <w:rsid w:val="00BB3259"/>
    <w:rsid w:val="00C22CDE"/>
    <w:rsid w:val="00CB0664"/>
    <w:rsid w:val="00CE70BB"/>
    <w:rsid w:val="00D75F6C"/>
    <w:rsid w:val="00DC59A6"/>
    <w:rsid w:val="00ED718A"/>
    <w:rsid w:val="00F07335"/>
    <w:rsid w:val="00F15B4B"/>
    <w:rsid w:val="00F505A5"/>
    <w:rsid w:val="00F7572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1986059"/>
  <w14:defaultImageDpi w14:val="300"/>
  <w15:docId w15:val="{E7574FCF-2A83-43AA-B921-58E0F140E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634F3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4F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dysgDrydyddol.Ymgyngoriadau@llyw.cym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ico.org.uk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ata.protectionofficer@llyw.cym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1471</Words>
  <Characters>7580</Characters>
  <Application>Microsoft Office Word</Application>
  <DocSecurity>0</DocSecurity>
  <Lines>216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8965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Westlake, James (ECWL - ECWL Operations Division)</cp:lastModifiedBy>
  <cp:revision>2</cp:revision>
  <dcterms:created xsi:type="dcterms:W3CDTF">2026-01-27T14:16:00Z</dcterms:created>
  <dcterms:modified xsi:type="dcterms:W3CDTF">2026-01-27T14:16:00Z</dcterms:modified>
  <cp:category/>
</cp:coreProperties>
</file>