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1B45B" w14:textId="1620C7B9" w:rsidR="00697352" w:rsidRDefault="00697352" w:rsidP="00A84311">
      <w:pPr>
        <w:rPr>
          <w:rFonts w:ascii="Arial" w:hAnsi="Arial" w:cs="Arial"/>
          <w:b/>
          <w:sz w:val="28"/>
        </w:rPr>
      </w:pPr>
      <w:proofErr w:type="spellStart"/>
      <w:r w:rsidRPr="00697352">
        <w:rPr>
          <w:rFonts w:ascii="Arial" w:hAnsi="Arial" w:cs="Arial"/>
          <w:b/>
          <w:sz w:val="28"/>
        </w:rPr>
        <w:t>Dyfodol</w:t>
      </w:r>
      <w:proofErr w:type="spellEnd"/>
      <w:r w:rsidRPr="00697352">
        <w:rPr>
          <w:rFonts w:ascii="Arial" w:hAnsi="Arial" w:cs="Arial"/>
          <w:b/>
          <w:sz w:val="28"/>
        </w:rPr>
        <w:t xml:space="preserve"> Addysg </w:t>
      </w:r>
      <w:proofErr w:type="spellStart"/>
      <w:r w:rsidRPr="00697352">
        <w:rPr>
          <w:rFonts w:ascii="Arial" w:hAnsi="Arial" w:cs="Arial"/>
          <w:b/>
          <w:sz w:val="28"/>
        </w:rPr>
        <w:t>Drydyddol</w:t>
      </w:r>
      <w:proofErr w:type="spellEnd"/>
      <w:r w:rsidRPr="00697352">
        <w:rPr>
          <w:rFonts w:ascii="Arial" w:hAnsi="Arial" w:cs="Arial"/>
          <w:b/>
          <w:sz w:val="28"/>
        </w:rPr>
        <w:t xml:space="preserve"> </w:t>
      </w:r>
      <w:proofErr w:type="spellStart"/>
      <w:r w:rsidRPr="00697352">
        <w:rPr>
          <w:rFonts w:ascii="Arial" w:hAnsi="Arial" w:cs="Arial"/>
          <w:b/>
          <w:sz w:val="28"/>
        </w:rPr>
        <w:t>yng</w:t>
      </w:r>
      <w:proofErr w:type="spellEnd"/>
      <w:r w:rsidRPr="00697352">
        <w:rPr>
          <w:rFonts w:ascii="Arial" w:hAnsi="Arial" w:cs="Arial"/>
          <w:b/>
          <w:sz w:val="28"/>
        </w:rPr>
        <w:t xml:space="preserve"> </w:t>
      </w:r>
      <w:proofErr w:type="spellStart"/>
      <w:r w:rsidRPr="00697352">
        <w:rPr>
          <w:rFonts w:ascii="Arial" w:hAnsi="Arial" w:cs="Arial"/>
          <w:b/>
          <w:sz w:val="28"/>
        </w:rPr>
        <w:t>Nghymru</w:t>
      </w:r>
      <w:proofErr w:type="spellEnd"/>
    </w:p>
    <w:p w14:paraId="2FD4E01A" w14:textId="6CD1FB03" w:rsidR="005D7DED" w:rsidRDefault="005D7DED" w:rsidP="00A84311">
      <w:pPr>
        <w:rPr>
          <w:rFonts w:ascii="Arial" w:hAnsi="Arial" w:cs="Arial"/>
          <w:b/>
          <w:sz w:val="28"/>
        </w:rPr>
      </w:pPr>
      <w:proofErr w:type="spellStart"/>
      <w:r w:rsidRPr="005D7DED">
        <w:rPr>
          <w:rFonts w:ascii="Arial" w:hAnsi="Arial" w:cs="Arial"/>
          <w:b/>
          <w:sz w:val="28"/>
        </w:rPr>
        <w:t>Ffurflen</w:t>
      </w:r>
      <w:proofErr w:type="spellEnd"/>
      <w:r w:rsidRPr="005D7DED">
        <w:rPr>
          <w:rFonts w:ascii="Arial" w:hAnsi="Arial" w:cs="Arial"/>
          <w:b/>
          <w:sz w:val="28"/>
        </w:rPr>
        <w:t xml:space="preserve"> </w:t>
      </w:r>
      <w:proofErr w:type="spellStart"/>
      <w:r w:rsidRPr="005D7DED">
        <w:rPr>
          <w:rFonts w:ascii="Arial" w:hAnsi="Arial" w:cs="Arial"/>
          <w:b/>
          <w:sz w:val="28"/>
        </w:rPr>
        <w:t>ymateb</w:t>
      </w:r>
      <w:proofErr w:type="spellEnd"/>
    </w:p>
    <w:p w14:paraId="5F77AD2A" w14:textId="303D0426" w:rsidR="00610D1A" w:rsidRDefault="00610D1A" w:rsidP="00A84311">
      <w:pPr>
        <w:rPr>
          <w:rFonts w:ascii="Arial" w:hAnsi="Arial" w:cs="Arial"/>
          <w:color w:val="000000"/>
        </w:rPr>
      </w:pPr>
      <w:r w:rsidRPr="00610D1A">
        <w:rPr>
          <w:rFonts w:ascii="Arial" w:hAnsi="Arial" w:cs="Arial"/>
          <w:color w:val="000000"/>
        </w:rPr>
        <w:t xml:space="preserve">Eich </w:t>
      </w:r>
      <w:proofErr w:type="spellStart"/>
      <w:r w:rsidRPr="00610D1A">
        <w:rPr>
          <w:rFonts w:ascii="Arial" w:hAnsi="Arial" w:cs="Arial"/>
          <w:color w:val="000000"/>
        </w:rPr>
        <w:t>enw</w:t>
      </w:r>
      <w:proofErr w:type="spellEnd"/>
      <w:r w:rsidRPr="00610D1A">
        <w:rPr>
          <w:rFonts w:ascii="Arial" w:hAnsi="Arial" w:cs="Arial"/>
          <w:color w:val="000000"/>
        </w:rPr>
        <w:t>:</w:t>
      </w:r>
    </w:p>
    <w:p w14:paraId="4C5BFF8F" w14:textId="77777777" w:rsidR="00610D1A" w:rsidRDefault="00610D1A" w:rsidP="00A84311">
      <w:pPr>
        <w:rPr>
          <w:rFonts w:ascii="Arial" w:hAnsi="Arial" w:cs="Arial"/>
          <w:color w:val="000000"/>
        </w:rPr>
      </w:pPr>
      <w:proofErr w:type="spellStart"/>
      <w:r w:rsidRPr="00610D1A">
        <w:rPr>
          <w:rFonts w:ascii="Arial" w:hAnsi="Arial" w:cs="Arial"/>
          <w:color w:val="000000"/>
        </w:rPr>
        <w:t>Sefydliad</w:t>
      </w:r>
      <w:proofErr w:type="spellEnd"/>
      <w:r w:rsidRPr="00610D1A">
        <w:rPr>
          <w:rFonts w:ascii="Arial" w:hAnsi="Arial" w:cs="Arial"/>
          <w:color w:val="000000"/>
        </w:rPr>
        <w:t xml:space="preserve"> (</w:t>
      </w:r>
      <w:proofErr w:type="spellStart"/>
      <w:r w:rsidRPr="00610D1A">
        <w:rPr>
          <w:rFonts w:ascii="Arial" w:hAnsi="Arial" w:cs="Arial"/>
          <w:color w:val="000000"/>
        </w:rPr>
        <w:t>os</w:t>
      </w:r>
      <w:proofErr w:type="spellEnd"/>
      <w:r w:rsidRPr="00610D1A">
        <w:rPr>
          <w:rFonts w:ascii="Arial" w:hAnsi="Arial" w:cs="Arial"/>
          <w:color w:val="000000"/>
        </w:rPr>
        <w:t xml:space="preserve"> </w:t>
      </w:r>
      <w:proofErr w:type="spellStart"/>
      <w:r w:rsidRPr="00610D1A">
        <w:rPr>
          <w:rFonts w:ascii="Arial" w:hAnsi="Arial" w:cs="Arial"/>
          <w:color w:val="000000"/>
        </w:rPr>
        <w:t>yn</w:t>
      </w:r>
      <w:proofErr w:type="spellEnd"/>
      <w:r w:rsidRPr="00610D1A">
        <w:rPr>
          <w:rFonts w:ascii="Arial" w:hAnsi="Arial" w:cs="Arial"/>
          <w:color w:val="000000"/>
        </w:rPr>
        <w:t xml:space="preserve"> </w:t>
      </w:r>
      <w:proofErr w:type="spellStart"/>
      <w:r w:rsidRPr="00610D1A">
        <w:rPr>
          <w:rFonts w:ascii="Arial" w:hAnsi="Arial" w:cs="Arial"/>
          <w:color w:val="000000"/>
        </w:rPr>
        <w:t>berthnasol</w:t>
      </w:r>
      <w:proofErr w:type="spellEnd"/>
      <w:r w:rsidRPr="00610D1A">
        <w:rPr>
          <w:rFonts w:ascii="Arial" w:hAnsi="Arial" w:cs="Arial"/>
          <w:color w:val="000000"/>
        </w:rPr>
        <w:t>):</w:t>
      </w:r>
    </w:p>
    <w:p w14:paraId="6201E60C" w14:textId="77777777" w:rsidR="00610D1A" w:rsidRDefault="00610D1A" w:rsidP="00A84311">
      <w:pPr>
        <w:rPr>
          <w:rFonts w:ascii="Arial" w:hAnsi="Arial" w:cs="Arial"/>
          <w:color w:val="000000"/>
        </w:rPr>
      </w:pPr>
      <w:proofErr w:type="spellStart"/>
      <w:r w:rsidRPr="00610D1A">
        <w:rPr>
          <w:rFonts w:ascii="Arial" w:hAnsi="Arial" w:cs="Arial"/>
          <w:color w:val="000000"/>
        </w:rPr>
        <w:t>ebost</w:t>
      </w:r>
      <w:proofErr w:type="spellEnd"/>
      <w:r w:rsidRPr="00610D1A">
        <w:rPr>
          <w:rFonts w:ascii="Arial" w:hAnsi="Arial" w:cs="Arial"/>
          <w:color w:val="000000"/>
        </w:rPr>
        <w:t>/</w:t>
      </w:r>
      <w:proofErr w:type="spellStart"/>
      <w:r w:rsidRPr="00610D1A">
        <w:rPr>
          <w:rFonts w:ascii="Arial" w:hAnsi="Arial" w:cs="Arial"/>
          <w:color w:val="000000"/>
        </w:rPr>
        <w:t>rhif</w:t>
      </w:r>
      <w:proofErr w:type="spellEnd"/>
      <w:r w:rsidRPr="00610D1A">
        <w:rPr>
          <w:rFonts w:ascii="Arial" w:hAnsi="Arial" w:cs="Arial"/>
          <w:color w:val="000000"/>
        </w:rPr>
        <w:t xml:space="preserve"> </w:t>
      </w:r>
      <w:proofErr w:type="spellStart"/>
      <w:r w:rsidRPr="00610D1A">
        <w:rPr>
          <w:rFonts w:ascii="Arial" w:hAnsi="Arial" w:cs="Arial"/>
          <w:color w:val="000000"/>
        </w:rPr>
        <w:t>ffôn</w:t>
      </w:r>
      <w:proofErr w:type="spellEnd"/>
      <w:r w:rsidRPr="00610D1A">
        <w:rPr>
          <w:rFonts w:ascii="Arial" w:hAnsi="Arial" w:cs="Arial"/>
          <w:color w:val="000000"/>
        </w:rPr>
        <w:t>:</w:t>
      </w:r>
    </w:p>
    <w:p w14:paraId="66CBCCDD" w14:textId="1990C5D3" w:rsidR="00610D1A" w:rsidRPr="00610D1A" w:rsidRDefault="00610D1A" w:rsidP="00A84311">
      <w:pPr>
        <w:rPr>
          <w:rFonts w:ascii="Arial" w:hAnsi="Arial" w:cs="Arial"/>
          <w:color w:val="000000"/>
        </w:rPr>
      </w:pPr>
      <w:r w:rsidRPr="00610D1A">
        <w:rPr>
          <w:rFonts w:ascii="Arial" w:hAnsi="Arial" w:cs="Arial"/>
          <w:color w:val="000000"/>
        </w:rPr>
        <w:t xml:space="preserve">Eich </w:t>
      </w:r>
      <w:proofErr w:type="spellStart"/>
      <w:r w:rsidRPr="00610D1A">
        <w:rPr>
          <w:rFonts w:ascii="Arial" w:hAnsi="Arial" w:cs="Arial"/>
          <w:color w:val="000000"/>
        </w:rPr>
        <w:t>cyfeiriad</w:t>
      </w:r>
      <w:proofErr w:type="spellEnd"/>
      <w:r w:rsidRPr="00610D1A">
        <w:rPr>
          <w:rFonts w:ascii="Arial" w:hAnsi="Arial" w:cs="Arial"/>
          <w:color w:val="000000"/>
        </w:rPr>
        <w:t>:</w:t>
      </w:r>
    </w:p>
    <w:p w14:paraId="6047F019" w14:textId="2A41615B" w:rsidR="004305D6" w:rsidRDefault="002575D7" w:rsidP="00A84311">
      <w:pPr>
        <w:rPr>
          <w:rFonts w:ascii="Arial" w:hAnsi="Arial" w:cs="Arial"/>
        </w:rPr>
      </w:pPr>
      <w:proofErr w:type="spellStart"/>
      <w:r w:rsidRPr="002575D7">
        <w:rPr>
          <w:rFonts w:ascii="Arial" w:hAnsi="Arial" w:cs="Arial"/>
        </w:rPr>
        <w:t>Cyflwynwch</w:t>
      </w:r>
      <w:proofErr w:type="spellEnd"/>
      <w:r w:rsidRPr="002575D7">
        <w:rPr>
          <w:rFonts w:ascii="Arial" w:hAnsi="Arial" w:cs="Arial"/>
        </w:rPr>
        <w:t xml:space="preserve"> </w:t>
      </w:r>
      <w:proofErr w:type="spellStart"/>
      <w:r w:rsidRPr="002575D7">
        <w:rPr>
          <w:rFonts w:ascii="Arial" w:hAnsi="Arial" w:cs="Arial"/>
        </w:rPr>
        <w:t>eich</w:t>
      </w:r>
      <w:proofErr w:type="spellEnd"/>
      <w:r w:rsidRPr="002575D7">
        <w:rPr>
          <w:rFonts w:ascii="Arial" w:hAnsi="Arial" w:cs="Arial"/>
        </w:rPr>
        <w:t xml:space="preserve"> </w:t>
      </w:r>
      <w:proofErr w:type="spellStart"/>
      <w:r w:rsidRPr="002575D7">
        <w:rPr>
          <w:rFonts w:ascii="Arial" w:hAnsi="Arial" w:cs="Arial"/>
        </w:rPr>
        <w:t>sylwadau</w:t>
      </w:r>
      <w:proofErr w:type="spellEnd"/>
      <w:r w:rsidRPr="002575D7">
        <w:rPr>
          <w:rFonts w:ascii="Arial" w:hAnsi="Arial" w:cs="Arial"/>
        </w:rPr>
        <w:t xml:space="preserve"> </w:t>
      </w:r>
      <w:proofErr w:type="spellStart"/>
      <w:r w:rsidRPr="002575D7">
        <w:rPr>
          <w:rFonts w:ascii="Arial" w:hAnsi="Arial" w:cs="Arial"/>
        </w:rPr>
        <w:t>erbyn</w:t>
      </w:r>
      <w:proofErr w:type="spellEnd"/>
      <w:r w:rsidR="009F6455">
        <w:rPr>
          <w:rFonts w:ascii="Arial" w:hAnsi="Arial" w:cs="Arial"/>
        </w:rPr>
        <w:t>:</w:t>
      </w:r>
      <w:r w:rsidRPr="002575D7">
        <w:rPr>
          <w:rFonts w:ascii="Arial" w:hAnsi="Arial" w:cs="Arial"/>
        </w:rPr>
        <w:t> </w:t>
      </w:r>
    </w:p>
    <w:p w14:paraId="1B37E848" w14:textId="7DE3559D" w:rsidR="00610D1A" w:rsidRDefault="00610D1A" w:rsidP="00A84311">
      <w:pPr>
        <w:rPr>
          <w:rFonts w:ascii="Arial" w:hAnsi="Arial" w:cs="Arial"/>
        </w:rPr>
      </w:pPr>
      <w:proofErr w:type="spellStart"/>
      <w:r w:rsidRPr="00610D1A">
        <w:rPr>
          <w:rFonts w:ascii="Arial" w:hAnsi="Arial" w:cs="Arial"/>
        </w:rPr>
        <w:t>Dylid</w:t>
      </w:r>
      <w:proofErr w:type="spellEnd"/>
      <w:r w:rsidRPr="00610D1A">
        <w:rPr>
          <w:rFonts w:ascii="Arial" w:hAnsi="Arial" w:cs="Arial"/>
        </w:rPr>
        <w:t xml:space="preserve"> </w:t>
      </w:r>
      <w:proofErr w:type="spellStart"/>
      <w:r w:rsidRPr="00610D1A">
        <w:rPr>
          <w:rFonts w:ascii="Arial" w:hAnsi="Arial" w:cs="Arial"/>
        </w:rPr>
        <w:t>dychwelyd</w:t>
      </w:r>
      <w:proofErr w:type="spellEnd"/>
      <w:r w:rsidRPr="00610D1A">
        <w:rPr>
          <w:rFonts w:ascii="Arial" w:hAnsi="Arial" w:cs="Arial"/>
        </w:rPr>
        <w:t xml:space="preserve"> </w:t>
      </w:r>
      <w:proofErr w:type="spellStart"/>
      <w:r w:rsidRPr="00610D1A">
        <w:rPr>
          <w:rFonts w:ascii="Arial" w:hAnsi="Arial" w:cs="Arial"/>
        </w:rPr>
        <w:t>ymatebion</w:t>
      </w:r>
      <w:proofErr w:type="spellEnd"/>
      <w:r w:rsidRPr="00610D1A">
        <w:rPr>
          <w:rFonts w:ascii="Arial" w:hAnsi="Arial" w:cs="Arial"/>
        </w:rPr>
        <w:t xml:space="preserve"> </w:t>
      </w:r>
      <w:proofErr w:type="spellStart"/>
      <w:r w:rsidRPr="00610D1A">
        <w:rPr>
          <w:rFonts w:ascii="Arial" w:hAnsi="Arial" w:cs="Arial"/>
        </w:rPr>
        <w:t>erbyn</w:t>
      </w:r>
      <w:proofErr w:type="spellEnd"/>
      <w:r w:rsidRPr="00610D1A">
        <w:rPr>
          <w:rFonts w:ascii="Arial" w:hAnsi="Arial" w:cs="Arial"/>
        </w:rPr>
        <w:t xml:space="preserve"> 27 Mawrth 2026 i:</w:t>
      </w:r>
    </w:p>
    <w:p w14:paraId="503AC496" w14:textId="77777777" w:rsidR="00F15B4B" w:rsidRPr="00F15B4B" w:rsidRDefault="00F15B4B" w:rsidP="00F15B4B">
      <w:pPr>
        <w:rPr>
          <w:rFonts w:ascii="Arial" w:hAnsi="Arial" w:cs="Arial"/>
          <w:color w:val="000000" w:themeColor="text1"/>
        </w:rPr>
      </w:pPr>
      <w:proofErr w:type="spellStart"/>
      <w:r w:rsidRPr="00F15B4B">
        <w:rPr>
          <w:rFonts w:ascii="Arial" w:hAnsi="Arial" w:cs="Arial"/>
          <w:color w:val="000000" w:themeColor="text1"/>
        </w:rPr>
        <w:t>Cyfarwyddiaeth</w:t>
      </w:r>
      <w:proofErr w:type="spellEnd"/>
      <w:r w:rsidRPr="00F15B4B">
        <w:rPr>
          <w:rFonts w:ascii="Arial" w:hAnsi="Arial" w:cs="Arial"/>
          <w:color w:val="000000" w:themeColor="text1"/>
        </w:rPr>
        <w:t xml:space="preserve"> Addysg Uwch</w:t>
      </w:r>
    </w:p>
    <w:p w14:paraId="75921D8D" w14:textId="77777777" w:rsidR="00F15B4B" w:rsidRDefault="00F15B4B" w:rsidP="00F15B4B">
      <w:pPr>
        <w:rPr>
          <w:rFonts w:ascii="Arial" w:hAnsi="Arial" w:cs="Arial"/>
          <w:color w:val="000000" w:themeColor="text1"/>
        </w:rPr>
      </w:pPr>
      <w:proofErr w:type="spellStart"/>
      <w:r w:rsidRPr="00F15B4B">
        <w:rPr>
          <w:rFonts w:ascii="Arial" w:hAnsi="Arial" w:cs="Arial"/>
          <w:color w:val="000000" w:themeColor="text1"/>
        </w:rPr>
        <w:t>Strategaeth</w:t>
      </w:r>
      <w:proofErr w:type="spellEnd"/>
      <w:r w:rsidRPr="00F15B4B">
        <w:rPr>
          <w:rFonts w:ascii="Arial" w:hAnsi="Arial" w:cs="Arial"/>
          <w:color w:val="000000" w:themeColor="text1"/>
        </w:rPr>
        <w:t xml:space="preserve"> a </w:t>
      </w:r>
      <w:proofErr w:type="spellStart"/>
      <w:r w:rsidRPr="00F15B4B">
        <w:rPr>
          <w:rFonts w:ascii="Arial" w:hAnsi="Arial" w:cs="Arial"/>
          <w:color w:val="000000" w:themeColor="text1"/>
        </w:rPr>
        <w:t>Chyllid</w:t>
      </w:r>
      <w:proofErr w:type="spellEnd"/>
    </w:p>
    <w:p w14:paraId="36AFE495" w14:textId="70DD51A5" w:rsidR="005D5EBF" w:rsidRPr="005D5EBF" w:rsidRDefault="005D5EBF" w:rsidP="00F15B4B">
      <w:pPr>
        <w:rPr>
          <w:rFonts w:ascii="Arial" w:hAnsi="Arial" w:cs="Arial"/>
          <w:color w:val="000000" w:themeColor="text1"/>
        </w:rPr>
      </w:pPr>
      <w:r w:rsidRPr="005D5EBF">
        <w:rPr>
          <w:rFonts w:ascii="Arial" w:hAnsi="Arial" w:cs="Arial"/>
          <w:color w:val="000000" w:themeColor="text1"/>
        </w:rPr>
        <w:t>Llywodraeth Cymru</w:t>
      </w:r>
    </w:p>
    <w:p w14:paraId="14E0EF63" w14:textId="77777777" w:rsidR="005D5EBF" w:rsidRPr="005D5EBF" w:rsidRDefault="005D5EBF" w:rsidP="005D5EBF">
      <w:pPr>
        <w:rPr>
          <w:rFonts w:ascii="Arial" w:hAnsi="Arial" w:cs="Arial"/>
          <w:color w:val="000000" w:themeColor="text1"/>
        </w:rPr>
      </w:pPr>
      <w:r w:rsidRPr="005D5EBF">
        <w:rPr>
          <w:rFonts w:ascii="Arial" w:hAnsi="Arial" w:cs="Arial"/>
          <w:color w:val="000000" w:themeColor="text1"/>
        </w:rPr>
        <w:t>Parc Cathays</w:t>
      </w:r>
    </w:p>
    <w:p w14:paraId="144C78D7" w14:textId="777DA575" w:rsidR="005D5EBF" w:rsidRPr="005D5EBF" w:rsidRDefault="005D5EBF" w:rsidP="005D5EBF">
      <w:pPr>
        <w:rPr>
          <w:rFonts w:ascii="Arial" w:hAnsi="Arial" w:cs="Arial"/>
          <w:color w:val="000000" w:themeColor="text1"/>
        </w:rPr>
      </w:pPr>
      <w:proofErr w:type="spellStart"/>
      <w:r w:rsidRPr="005D5EBF">
        <w:rPr>
          <w:rFonts w:ascii="Arial" w:hAnsi="Arial" w:cs="Arial"/>
          <w:color w:val="000000" w:themeColor="text1"/>
        </w:rPr>
        <w:t>C</w:t>
      </w:r>
      <w:r w:rsidR="009F6455">
        <w:rPr>
          <w:rFonts w:ascii="Arial" w:hAnsi="Arial" w:cs="Arial"/>
          <w:color w:val="000000" w:themeColor="text1"/>
        </w:rPr>
        <w:t>aerdydd</w:t>
      </w:r>
      <w:proofErr w:type="spellEnd"/>
    </w:p>
    <w:p w14:paraId="7B5027E6" w14:textId="77777777" w:rsidR="005D5EBF" w:rsidRDefault="005D5EBF" w:rsidP="005D5EBF">
      <w:pPr>
        <w:rPr>
          <w:rFonts w:ascii="Arial" w:hAnsi="Arial" w:cs="Arial"/>
          <w:color w:val="000000" w:themeColor="text1"/>
        </w:rPr>
      </w:pPr>
      <w:r w:rsidRPr="005D5EBF">
        <w:rPr>
          <w:rFonts w:ascii="Arial" w:hAnsi="Arial" w:cs="Arial"/>
          <w:color w:val="000000" w:themeColor="text1"/>
        </w:rPr>
        <w:t>CF10 3NQ</w:t>
      </w:r>
    </w:p>
    <w:p w14:paraId="4E5369C9" w14:textId="7A31C3D4" w:rsidR="00A84311" w:rsidRPr="004305D6" w:rsidRDefault="006D193E" w:rsidP="00A84311">
      <w:pPr>
        <w:tabs>
          <w:tab w:val="left" w:pos="1430"/>
        </w:tabs>
        <w:rPr>
          <w:rFonts w:ascii="Arial" w:hAnsi="Arial" w:cs="Arial"/>
          <w:color w:val="FF0000"/>
        </w:rPr>
      </w:pPr>
      <w:r w:rsidRPr="006D193E">
        <w:rPr>
          <w:rFonts w:ascii="Arial" w:hAnsi="Arial" w:cs="Arial"/>
        </w:rPr>
        <w:t xml:space="preserve">neu </w:t>
      </w:r>
      <w:proofErr w:type="spellStart"/>
      <w:r w:rsidRPr="006D193E">
        <w:rPr>
          <w:rFonts w:ascii="Arial" w:hAnsi="Arial" w:cs="Arial"/>
        </w:rPr>
        <w:t>wedi'i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gwblhau'n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electronig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a'i</w:t>
      </w:r>
      <w:proofErr w:type="spellEnd"/>
      <w:r w:rsidRPr="006D193E">
        <w:rPr>
          <w:rFonts w:ascii="Arial" w:hAnsi="Arial" w:cs="Arial"/>
        </w:rPr>
        <w:t xml:space="preserve"> </w:t>
      </w:r>
      <w:proofErr w:type="spellStart"/>
      <w:r w:rsidRPr="006D193E">
        <w:rPr>
          <w:rFonts w:ascii="Arial" w:hAnsi="Arial" w:cs="Arial"/>
        </w:rPr>
        <w:t>anfon</w:t>
      </w:r>
      <w:proofErr w:type="spellEnd"/>
      <w:r w:rsidRPr="006D193E">
        <w:rPr>
          <w:rFonts w:ascii="Arial" w:hAnsi="Arial" w:cs="Arial"/>
        </w:rPr>
        <w:t xml:space="preserve"> at: e-</w:t>
      </w:r>
      <w:proofErr w:type="spellStart"/>
      <w:r w:rsidRPr="006D193E">
        <w:rPr>
          <w:rFonts w:ascii="Arial" w:hAnsi="Arial" w:cs="Arial"/>
        </w:rPr>
        <w:t>bost</w:t>
      </w:r>
      <w:proofErr w:type="spellEnd"/>
      <w:r w:rsidRPr="006D193E">
        <w:rPr>
          <w:rFonts w:ascii="Arial" w:hAnsi="Arial" w:cs="Arial"/>
        </w:rPr>
        <w:t>:</w:t>
      </w:r>
      <w:r w:rsidR="00B1189E" w:rsidRPr="00B1189E">
        <w:t xml:space="preserve"> </w:t>
      </w:r>
      <w:hyperlink r:id="rId8" w:history="1">
        <w:r w:rsidR="00B1189E" w:rsidRPr="0049430E">
          <w:rPr>
            <w:rStyle w:val="Hyperlink"/>
            <w:rFonts w:ascii="Arial" w:hAnsi="Arial" w:cs="Arial"/>
          </w:rPr>
          <w:t>AddysgDrydyddol.Ymgyngoriadau@llyw.cymru</w:t>
        </w:r>
      </w:hyperlink>
      <w:r w:rsidR="00B1189E">
        <w:rPr>
          <w:rFonts w:ascii="Arial" w:hAnsi="Arial" w:cs="Arial"/>
        </w:rPr>
        <w:t xml:space="preserve"> </w:t>
      </w:r>
      <w:r w:rsidR="00B1189E" w:rsidRPr="004305D6">
        <w:rPr>
          <w:rFonts w:ascii="Arial" w:hAnsi="Arial" w:cs="Arial"/>
          <w:color w:val="FF0000"/>
        </w:rPr>
        <w:t xml:space="preserve"> </w:t>
      </w:r>
    </w:p>
    <w:p w14:paraId="651CBFC4" w14:textId="77777777" w:rsidR="0095680A" w:rsidRDefault="0095680A" w:rsidP="004E726F">
      <w:pPr>
        <w:rPr>
          <w:rFonts w:ascii="Arial" w:eastAsiaTheme="majorEastAsia" w:hAnsi="Arial" w:cs="Arial"/>
          <w:b/>
          <w:bCs/>
          <w:color w:val="000000" w:themeColor="text1"/>
          <w:sz w:val="32"/>
          <w:szCs w:val="32"/>
        </w:rPr>
      </w:pPr>
      <w:proofErr w:type="spellStart"/>
      <w:r w:rsidRPr="0095680A">
        <w:rPr>
          <w:rFonts w:ascii="Arial" w:eastAsiaTheme="majorEastAsia" w:hAnsi="Arial" w:cs="Arial"/>
          <w:b/>
          <w:bCs/>
          <w:color w:val="000000" w:themeColor="text1"/>
          <w:sz w:val="32"/>
          <w:szCs w:val="32"/>
        </w:rPr>
        <w:t>Anhysbysrwydd</w:t>
      </w:r>
      <w:proofErr w:type="spellEnd"/>
      <w:r w:rsidRPr="0095680A">
        <w:rPr>
          <w:rFonts w:ascii="Arial" w:eastAsiaTheme="majorEastAsia" w:hAnsi="Arial" w:cs="Arial"/>
          <w:b/>
          <w:bCs/>
          <w:color w:val="000000" w:themeColor="text1"/>
          <w:sz w:val="32"/>
          <w:szCs w:val="32"/>
        </w:rPr>
        <w:t xml:space="preserve"> </w:t>
      </w:r>
    </w:p>
    <w:p w14:paraId="09A9B935" w14:textId="1A41B07F" w:rsidR="004E726F" w:rsidRPr="0095680A" w:rsidRDefault="0095680A" w:rsidP="004E726F">
      <w:pPr>
        <w:rPr>
          <w:rFonts w:ascii="Arial" w:hAnsi="Arial" w:cs="Arial"/>
          <w:szCs w:val="24"/>
        </w:rPr>
      </w:pPr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Gellir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cyhoeddi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ymatebion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i'r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ymgynghoriad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.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Bydd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eich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ymateb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yn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ddienw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.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Fodd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bynnag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,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os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hoffech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i'ch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enw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gael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ei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gyhoeddi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ochr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yn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ochr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â'ch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ymateb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,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rhowch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x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yn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 xml:space="preserve"> y </w:t>
      </w:r>
      <w:proofErr w:type="spellStart"/>
      <w:r w:rsidRPr="0095680A">
        <w:rPr>
          <w:rFonts w:ascii="Arial" w:eastAsiaTheme="majorEastAsia" w:hAnsi="Arial" w:cs="Arial"/>
          <w:color w:val="000000" w:themeColor="text1"/>
          <w:szCs w:val="24"/>
        </w:rPr>
        <w:t>blwch</w:t>
      </w:r>
      <w:proofErr w:type="spellEnd"/>
      <w:r w:rsidRPr="0095680A">
        <w:rPr>
          <w:rFonts w:ascii="Arial" w:eastAsiaTheme="majorEastAsia" w:hAnsi="Arial" w:cs="Arial"/>
          <w:color w:val="000000" w:themeColor="text1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4E726F" w:rsidRPr="007444C3" w14:paraId="2924ACCF" w14:textId="77777777" w:rsidTr="00D160AB">
        <w:trPr>
          <w:trHeight w:val="729"/>
        </w:trPr>
        <w:tc>
          <w:tcPr>
            <w:tcW w:w="3823" w:type="dxa"/>
            <w:vAlign w:val="center"/>
          </w:tcPr>
          <w:p w14:paraId="4F32D4DC" w14:textId="19BE8852" w:rsidR="004E726F" w:rsidRPr="007444C3" w:rsidRDefault="004D0D98" w:rsidP="00D160A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proofErr w:type="spellStart"/>
            <w:r w:rsidRPr="004D0D98">
              <w:rPr>
                <w:rFonts w:ascii="Arial" w:hAnsi="Arial" w:cs="Arial"/>
              </w:rPr>
              <w:t>Rwy'n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cytuno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i'm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henw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gael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ei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gyhoeddi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ochr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yn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ochr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â'm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hymateb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i'r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ymgynghoriad</w:t>
            </w:r>
            <w:proofErr w:type="spellEnd"/>
            <w:r w:rsidRPr="004D0D98">
              <w:rPr>
                <w:rFonts w:ascii="Arial" w:hAnsi="Arial" w:cs="Arial"/>
              </w:rPr>
              <w:t xml:space="preserve"> </w:t>
            </w:r>
            <w:proofErr w:type="spellStart"/>
            <w:r w:rsidRPr="004D0D98">
              <w:rPr>
                <w:rFonts w:ascii="Arial" w:hAnsi="Arial" w:cs="Arial"/>
              </w:rPr>
              <w:t>hwn</w:t>
            </w:r>
            <w:proofErr w:type="spellEnd"/>
            <w:r w:rsidRPr="004D0D98">
              <w:rPr>
                <w:rFonts w:ascii="Arial" w:hAnsi="Arial" w:cs="Arial"/>
              </w:rPr>
              <w:t>.</w:t>
            </w:r>
          </w:p>
        </w:tc>
        <w:tc>
          <w:tcPr>
            <w:tcW w:w="850" w:type="dxa"/>
          </w:tcPr>
          <w:p w14:paraId="6C1CD502" w14:textId="77777777" w:rsidR="004E726F" w:rsidRPr="007444C3" w:rsidRDefault="004E726F" w:rsidP="00D160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</w:tbl>
    <w:p w14:paraId="173E6762" w14:textId="77777777" w:rsidR="007929D4" w:rsidRDefault="007929D4" w:rsidP="005C12BE">
      <w:pPr>
        <w:spacing w:after="120"/>
        <w:rPr>
          <w:rFonts w:ascii="Arial" w:hAnsi="Arial" w:cs="Arial"/>
          <w:b/>
          <w:sz w:val="32"/>
          <w:szCs w:val="32"/>
        </w:rPr>
      </w:pPr>
      <w:proofErr w:type="spellStart"/>
      <w:r w:rsidRPr="007929D4">
        <w:rPr>
          <w:rFonts w:ascii="Arial" w:hAnsi="Arial" w:cs="Arial"/>
          <w:b/>
          <w:sz w:val="32"/>
          <w:szCs w:val="32"/>
        </w:rPr>
        <w:lastRenderedPageBreak/>
        <w:t>Cyfranogiad</w:t>
      </w:r>
      <w:proofErr w:type="spellEnd"/>
    </w:p>
    <w:p w14:paraId="534BCDC1" w14:textId="6EDDB047" w:rsidR="00AB5171" w:rsidRPr="00AB5171" w:rsidRDefault="005B1AFD" w:rsidP="00AB5171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33152" behindDoc="0" locked="0" layoutInCell="1" allowOverlap="1" wp14:anchorId="7577A07E" wp14:editId="4E6F54D1">
                <wp:simplePos x="0" y="0"/>
                <wp:positionH relativeFrom="margin">
                  <wp:align>right</wp:align>
                </wp:positionH>
                <wp:positionV relativeFrom="paragraph">
                  <wp:posOffset>690245</wp:posOffset>
                </wp:positionV>
                <wp:extent cx="5924550" cy="1404620"/>
                <wp:effectExtent l="0" t="0" r="19050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49E5D" w14:textId="1013D176" w:rsidR="005B1AFD" w:rsidRDefault="005B1AF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77A0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3pt;margin-top:54.35pt;width:466.5pt;height:110.6pt;z-index:25163315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">
                <v:textbox style="mso-fit-shape-to-text:t">
                  <w:txbxContent>
                    <w:p w14:paraId="1DB49E5D" w14:textId="1013D176" w:rsidR="005B1AFD" w:rsidRDefault="005B1AFD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>1.</w:t>
      </w:r>
      <w:r w:rsidR="00AB5171" w:rsidRPr="00AB5171">
        <w:rPr>
          <w:rFonts w:ascii="Arial" w:hAnsi="Arial" w:cs="Arial"/>
          <w:sz w:val="22"/>
        </w:rPr>
        <w:t xml:space="preserve"> </w:t>
      </w:r>
      <w:r w:rsidR="00AB5171" w:rsidRPr="00AB5171">
        <w:rPr>
          <w:rFonts w:ascii="Arial" w:hAnsi="Arial" w:cs="Arial"/>
        </w:rPr>
        <w:t xml:space="preserve">Pa </w:t>
      </w:r>
      <w:proofErr w:type="spellStart"/>
      <w:r w:rsidR="00AB5171" w:rsidRPr="00AB5171">
        <w:rPr>
          <w:rFonts w:ascii="Arial" w:hAnsi="Arial" w:cs="Arial"/>
        </w:rPr>
        <w:t>dystiolaeth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bellach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sydd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ar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gael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ynghylch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cefndiroedd</w:t>
      </w:r>
      <w:proofErr w:type="spellEnd"/>
      <w:r w:rsidR="00AB5171" w:rsidRPr="00AB5171">
        <w:rPr>
          <w:rFonts w:ascii="Arial" w:hAnsi="Arial" w:cs="Arial"/>
        </w:rPr>
        <w:t xml:space="preserve"> a </w:t>
      </w:r>
      <w:proofErr w:type="spellStart"/>
      <w:r w:rsidR="00AB5171" w:rsidRPr="00AB5171">
        <w:rPr>
          <w:rFonts w:ascii="Arial" w:hAnsi="Arial" w:cs="Arial"/>
        </w:rPr>
        <w:t>llwybrau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dysgwyr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ifanc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sy'n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mynd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i'r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coleg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ar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gymwysterau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lefel</w:t>
      </w:r>
      <w:proofErr w:type="spellEnd"/>
      <w:r w:rsidR="00AB5171" w:rsidRPr="00AB5171">
        <w:rPr>
          <w:rFonts w:ascii="Arial" w:hAnsi="Arial" w:cs="Arial"/>
        </w:rPr>
        <w:t xml:space="preserve"> is? Ai </w:t>
      </w:r>
      <w:proofErr w:type="spellStart"/>
      <w:r w:rsidR="00AB5171" w:rsidRPr="00AB5171">
        <w:rPr>
          <w:rFonts w:ascii="Arial" w:hAnsi="Arial" w:cs="Arial"/>
        </w:rPr>
        <w:t>dyma’r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llwybrau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cywir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ar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gyfer</w:t>
      </w:r>
      <w:proofErr w:type="spellEnd"/>
      <w:r w:rsidR="00AB5171" w:rsidRPr="00AB5171">
        <w:rPr>
          <w:rFonts w:ascii="Arial" w:hAnsi="Arial" w:cs="Arial"/>
        </w:rPr>
        <w:t xml:space="preserve"> y </w:t>
      </w:r>
      <w:proofErr w:type="spellStart"/>
      <w:r w:rsidR="00AB5171" w:rsidRPr="00AB5171">
        <w:rPr>
          <w:rFonts w:ascii="Arial" w:hAnsi="Arial" w:cs="Arial"/>
        </w:rPr>
        <w:t>dysgwyr</w:t>
      </w:r>
      <w:proofErr w:type="spellEnd"/>
      <w:r w:rsidR="00AB5171" w:rsidRPr="00AB5171">
        <w:rPr>
          <w:rFonts w:ascii="Arial" w:hAnsi="Arial" w:cs="Arial"/>
        </w:rPr>
        <w:t xml:space="preserve"> </w:t>
      </w:r>
      <w:proofErr w:type="spellStart"/>
      <w:r w:rsidR="00AB5171" w:rsidRPr="00AB5171">
        <w:rPr>
          <w:rFonts w:ascii="Arial" w:hAnsi="Arial" w:cs="Arial"/>
        </w:rPr>
        <w:t>hyn</w:t>
      </w:r>
      <w:proofErr w:type="spellEnd"/>
      <w:r w:rsidR="00AB5171" w:rsidRPr="00AB5171">
        <w:rPr>
          <w:rFonts w:ascii="Arial" w:hAnsi="Arial" w:cs="Arial"/>
        </w:rPr>
        <w:t>?</w:t>
      </w:r>
    </w:p>
    <w:p w14:paraId="44F08F2D" w14:textId="1E214B3E" w:rsidR="005C12BE" w:rsidRPr="0042353A" w:rsidRDefault="005C12BE" w:rsidP="005C12BE">
      <w:pPr>
        <w:spacing w:after="120"/>
        <w:rPr>
          <w:rFonts w:ascii="Arial" w:hAnsi="Arial" w:cs="Arial"/>
        </w:rPr>
      </w:pPr>
    </w:p>
    <w:p w14:paraId="4669465D" w14:textId="77777777" w:rsidR="005C12BE" w:rsidRDefault="005C12BE">
      <w:pPr>
        <w:spacing w:after="120"/>
        <w:rPr>
          <w:rFonts w:ascii="Arial" w:hAnsi="Arial" w:cs="Arial"/>
        </w:rPr>
      </w:pPr>
    </w:p>
    <w:p w14:paraId="7D11E534" w14:textId="77777777" w:rsidR="00843917" w:rsidRPr="00843917" w:rsidRDefault="005C12BE" w:rsidP="00843917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35200" behindDoc="0" locked="0" layoutInCell="1" allowOverlap="1" wp14:anchorId="4A25613E" wp14:editId="3FE2D08C">
                <wp:simplePos x="0" y="0"/>
                <wp:positionH relativeFrom="margin">
                  <wp:align>right</wp:align>
                </wp:positionH>
                <wp:positionV relativeFrom="paragraph">
                  <wp:posOffset>536575</wp:posOffset>
                </wp:positionV>
                <wp:extent cx="5924550" cy="1404620"/>
                <wp:effectExtent l="0" t="0" r="19050" b="24130"/>
                <wp:wrapSquare wrapText="bothSides"/>
                <wp:docPr id="8869153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94D6A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25613E" id="_x0000_s1027" type="#_x0000_t202" style="position:absolute;margin-left:415.3pt;margin-top:42.25pt;width:466.5pt;height:110.6pt;z-index:25163520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">
                <v:textbox style="mso-fit-shape-to-text:t">
                  <w:txbxContent>
                    <w:p w14:paraId="61E94D6A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r w:rsidR="00843917" w:rsidRPr="00843917">
        <w:rPr>
          <w:rFonts w:ascii="Arial" w:hAnsi="Arial" w:cs="Arial"/>
        </w:rPr>
        <w:t xml:space="preserve">Pa </w:t>
      </w:r>
      <w:proofErr w:type="spellStart"/>
      <w:r w:rsidR="00843917" w:rsidRPr="00843917">
        <w:rPr>
          <w:rFonts w:ascii="Arial" w:hAnsi="Arial" w:cs="Arial"/>
        </w:rPr>
        <w:t>wybodaeth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arall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sydd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gennym</w:t>
      </w:r>
      <w:proofErr w:type="spellEnd"/>
      <w:r w:rsidR="00843917" w:rsidRPr="00843917">
        <w:rPr>
          <w:rFonts w:ascii="Arial" w:hAnsi="Arial" w:cs="Arial"/>
        </w:rPr>
        <w:t xml:space="preserve"> am </w:t>
      </w:r>
      <w:proofErr w:type="spellStart"/>
      <w:r w:rsidR="00843917" w:rsidRPr="00843917">
        <w:rPr>
          <w:rFonts w:ascii="Arial" w:hAnsi="Arial" w:cs="Arial"/>
        </w:rPr>
        <w:t>achosion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uniongyrchol</w:t>
      </w:r>
      <w:proofErr w:type="spellEnd"/>
      <w:r w:rsidR="00843917" w:rsidRPr="00843917">
        <w:rPr>
          <w:rFonts w:ascii="Arial" w:hAnsi="Arial" w:cs="Arial"/>
        </w:rPr>
        <w:t xml:space="preserve"> y </w:t>
      </w:r>
      <w:proofErr w:type="spellStart"/>
      <w:r w:rsidR="00843917" w:rsidRPr="00843917">
        <w:rPr>
          <w:rFonts w:ascii="Arial" w:hAnsi="Arial" w:cs="Arial"/>
        </w:rPr>
        <w:t>cynnydd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diweddar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yn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nifer</w:t>
      </w:r>
      <w:proofErr w:type="spellEnd"/>
      <w:r w:rsidR="00843917" w:rsidRPr="00843917">
        <w:rPr>
          <w:rFonts w:ascii="Arial" w:hAnsi="Arial" w:cs="Arial"/>
        </w:rPr>
        <w:t xml:space="preserve"> y </w:t>
      </w:r>
      <w:proofErr w:type="spellStart"/>
      <w:r w:rsidR="00843917" w:rsidRPr="00843917">
        <w:rPr>
          <w:rFonts w:ascii="Arial" w:hAnsi="Arial" w:cs="Arial"/>
        </w:rPr>
        <w:t>cofrestriadau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coleg</w:t>
      </w:r>
      <w:proofErr w:type="spellEnd"/>
      <w:r w:rsidR="00843917" w:rsidRPr="00843917">
        <w:rPr>
          <w:rFonts w:ascii="Arial" w:hAnsi="Arial" w:cs="Arial"/>
        </w:rPr>
        <w:t xml:space="preserve">? A </w:t>
      </w:r>
      <w:proofErr w:type="spellStart"/>
      <w:r w:rsidR="00843917" w:rsidRPr="00843917">
        <w:rPr>
          <w:rFonts w:ascii="Arial" w:hAnsi="Arial" w:cs="Arial"/>
        </w:rPr>
        <w:t>ydym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yn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disgwyl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i’r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cynnydd</w:t>
      </w:r>
      <w:proofErr w:type="spellEnd"/>
      <w:r w:rsidR="00843917" w:rsidRPr="00843917">
        <w:rPr>
          <w:rFonts w:ascii="Arial" w:hAnsi="Arial" w:cs="Arial"/>
        </w:rPr>
        <w:t xml:space="preserve"> </w:t>
      </w:r>
      <w:proofErr w:type="spellStart"/>
      <w:r w:rsidR="00843917" w:rsidRPr="00843917">
        <w:rPr>
          <w:rFonts w:ascii="Arial" w:hAnsi="Arial" w:cs="Arial"/>
        </w:rPr>
        <w:t>barhau</w:t>
      </w:r>
      <w:proofErr w:type="spellEnd"/>
      <w:r w:rsidR="00843917" w:rsidRPr="00843917">
        <w:rPr>
          <w:rFonts w:ascii="Arial" w:hAnsi="Arial" w:cs="Arial"/>
        </w:rPr>
        <w:t>?</w:t>
      </w:r>
    </w:p>
    <w:p w14:paraId="71799F83" w14:textId="32930A1B" w:rsidR="005C12BE" w:rsidRDefault="005C12BE">
      <w:pPr>
        <w:spacing w:after="120"/>
        <w:rPr>
          <w:rFonts w:ascii="Arial" w:hAnsi="Arial" w:cs="Arial"/>
        </w:rPr>
      </w:pPr>
    </w:p>
    <w:p w14:paraId="6EFC316C" w14:textId="77777777" w:rsidR="00DC59A6" w:rsidRPr="00DC59A6" w:rsidRDefault="005C12BE" w:rsidP="00DC59A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0320" behindDoc="0" locked="0" layoutInCell="1" allowOverlap="1" wp14:anchorId="0A8D9ADD" wp14:editId="5344AC9D">
                <wp:simplePos x="0" y="0"/>
                <wp:positionH relativeFrom="margin">
                  <wp:align>right</wp:align>
                </wp:positionH>
                <wp:positionV relativeFrom="paragraph">
                  <wp:posOffset>1158240</wp:posOffset>
                </wp:positionV>
                <wp:extent cx="5924550" cy="1404620"/>
                <wp:effectExtent l="0" t="0" r="19050" b="24130"/>
                <wp:wrapSquare wrapText="bothSides"/>
                <wp:docPr id="7323680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9B30F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8D9ADD" id="_x0000_s1028" type="#_x0000_t202" style="position:absolute;margin-left:415.3pt;margin-top:91.2pt;width:466.5pt;height:110.6pt;z-index:25164032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Hh6FQIAACc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">
                <v:textbox style="mso-fit-shape-to-text:t">
                  <w:txbxContent>
                    <w:p w14:paraId="72F9B30F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DC59A6" w:rsidRPr="00DC59A6">
        <w:rPr>
          <w:rFonts w:ascii="Arial" w:hAnsi="Arial" w:cs="Arial"/>
        </w:rPr>
        <w:t xml:space="preserve">Pa </w:t>
      </w:r>
      <w:proofErr w:type="spellStart"/>
      <w:r w:rsidR="00DC59A6" w:rsidRPr="00DC59A6">
        <w:rPr>
          <w:rFonts w:ascii="Arial" w:hAnsi="Arial" w:cs="Arial"/>
        </w:rPr>
        <w:t>resymau</w:t>
      </w:r>
      <w:proofErr w:type="spellEnd"/>
      <w:r w:rsidR="00DC59A6" w:rsidRPr="00DC59A6">
        <w:rPr>
          <w:rFonts w:ascii="Arial" w:hAnsi="Arial" w:cs="Arial"/>
        </w:rPr>
        <w:t xml:space="preserve"> a </w:t>
      </w:r>
      <w:proofErr w:type="spellStart"/>
      <w:r w:rsidR="00DC59A6" w:rsidRPr="00DC59A6">
        <w:rPr>
          <w:rFonts w:ascii="Arial" w:hAnsi="Arial" w:cs="Arial"/>
        </w:rPr>
        <w:t>allai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fod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yn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gyfrifol</w:t>
      </w:r>
      <w:proofErr w:type="spellEnd"/>
      <w:r w:rsidR="00DC59A6" w:rsidRPr="00DC59A6">
        <w:rPr>
          <w:rFonts w:ascii="Arial" w:hAnsi="Arial" w:cs="Arial"/>
        </w:rPr>
        <w:t xml:space="preserve"> am y </w:t>
      </w:r>
      <w:proofErr w:type="spellStart"/>
      <w:r w:rsidR="00DC59A6" w:rsidRPr="00DC59A6">
        <w:rPr>
          <w:rFonts w:ascii="Arial" w:hAnsi="Arial" w:cs="Arial"/>
        </w:rPr>
        <w:t>ffaith</w:t>
      </w:r>
      <w:proofErr w:type="spellEnd"/>
      <w:r w:rsidR="00DC59A6" w:rsidRPr="00DC59A6">
        <w:rPr>
          <w:rFonts w:ascii="Arial" w:hAnsi="Arial" w:cs="Arial"/>
        </w:rPr>
        <w:t xml:space="preserve"> bod </w:t>
      </w:r>
      <w:proofErr w:type="spellStart"/>
      <w:r w:rsidR="00DC59A6" w:rsidRPr="00DC59A6">
        <w:rPr>
          <w:rFonts w:ascii="Arial" w:hAnsi="Arial" w:cs="Arial"/>
        </w:rPr>
        <w:t>lefelau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o </w:t>
      </w:r>
      <w:proofErr w:type="spellStart"/>
      <w:r w:rsidR="00DC59A6" w:rsidRPr="00DC59A6">
        <w:rPr>
          <w:rFonts w:ascii="Arial" w:hAnsi="Arial" w:cs="Arial"/>
        </w:rPr>
        <w:t>fyfyrwyr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rhan-amser</w:t>
      </w:r>
      <w:proofErr w:type="spellEnd"/>
      <w:r w:rsidR="00DC59A6" w:rsidRPr="00DC59A6">
        <w:rPr>
          <w:rFonts w:ascii="Arial" w:hAnsi="Arial" w:cs="Arial"/>
        </w:rPr>
        <w:t xml:space="preserve"> a </w:t>
      </w:r>
      <w:proofErr w:type="spellStart"/>
      <w:r w:rsidR="00DC59A6" w:rsidRPr="00DC59A6">
        <w:rPr>
          <w:rFonts w:ascii="Arial" w:hAnsi="Arial" w:cs="Arial"/>
        </w:rPr>
        <w:t>myfyrwyr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hŷn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yn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mynd</w:t>
      </w:r>
      <w:proofErr w:type="spellEnd"/>
      <w:r w:rsidR="00DC59A6" w:rsidRPr="00DC59A6">
        <w:rPr>
          <w:rFonts w:ascii="Arial" w:hAnsi="Arial" w:cs="Arial"/>
        </w:rPr>
        <w:t xml:space="preserve"> i </w:t>
      </w:r>
      <w:proofErr w:type="spellStart"/>
      <w:r w:rsidR="00DC59A6" w:rsidRPr="00DC59A6">
        <w:rPr>
          <w:rFonts w:ascii="Arial" w:hAnsi="Arial" w:cs="Arial"/>
        </w:rPr>
        <w:t>addysg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yng</w:t>
      </w:r>
      <w:proofErr w:type="spellEnd"/>
      <w:r w:rsidR="00DC59A6" w:rsidRPr="00DC59A6">
        <w:rPr>
          <w:rFonts w:ascii="Arial" w:hAnsi="Arial" w:cs="Arial"/>
        </w:rPr>
        <w:t xml:space="preserve"> Nghymru? A all/a </w:t>
      </w:r>
      <w:proofErr w:type="spellStart"/>
      <w:r w:rsidR="00DC59A6" w:rsidRPr="00DC59A6">
        <w:rPr>
          <w:rFonts w:ascii="Arial" w:hAnsi="Arial" w:cs="Arial"/>
        </w:rPr>
        <w:t>ddylai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Llywodraeth</w:t>
      </w:r>
      <w:proofErr w:type="spellEnd"/>
      <w:r w:rsidR="00DC59A6" w:rsidRPr="00DC59A6">
        <w:rPr>
          <w:rFonts w:ascii="Arial" w:hAnsi="Arial" w:cs="Arial"/>
        </w:rPr>
        <w:t xml:space="preserve"> Cymru </w:t>
      </w:r>
      <w:proofErr w:type="spellStart"/>
      <w:r w:rsidR="00DC59A6" w:rsidRPr="00DC59A6">
        <w:rPr>
          <w:rFonts w:ascii="Arial" w:hAnsi="Arial" w:cs="Arial"/>
        </w:rPr>
        <w:t>geisio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cynyddu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nifer</w:t>
      </w:r>
      <w:proofErr w:type="spellEnd"/>
      <w:r w:rsidR="00DC59A6" w:rsidRPr="00DC59A6">
        <w:rPr>
          <w:rFonts w:ascii="Arial" w:hAnsi="Arial" w:cs="Arial"/>
        </w:rPr>
        <w:t xml:space="preserve"> y </w:t>
      </w:r>
      <w:proofErr w:type="spellStart"/>
      <w:r w:rsidR="00DC59A6" w:rsidRPr="00DC59A6">
        <w:rPr>
          <w:rFonts w:ascii="Arial" w:hAnsi="Arial" w:cs="Arial"/>
        </w:rPr>
        <w:t>bobl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ifanc</w:t>
      </w:r>
      <w:proofErr w:type="spellEnd"/>
      <w:r w:rsidR="00DC59A6" w:rsidRPr="00DC59A6">
        <w:rPr>
          <w:rFonts w:ascii="Arial" w:hAnsi="Arial" w:cs="Arial"/>
        </w:rPr>
        <w:t xml:space="preserve"> 18 </w:t>
      </w:r>
      <w:proofErr w:type="spellStart"/>
      <w:r w:rsidR="00DC59A6" w:rsidRPr="00DC59A6">
        <w:rPr>
          <w:rFonts w:ascii="Arial" w:hAnsi="Arial" w:cs="Arial"/>
        </w:rPr>
        <w:t>oed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sy’n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mynd</w:t>
      </w:r>
      <w:proofErr w:type="spellEnd"/>
      <w:r w:rsidR="00DC59A6" w:rsidRPr="00DC59A6">
        <w:rPr>
          <w:rFonts w:ascii="Arial" w:hAnsi="Arial" w:cs="Arial"/>
        </w:rPr>
        <w:t xml:space="preserve"> i </w:t>
      </w:r>
      <w:proofErr w:type="spellStart"/>
      <w:r w:rsidR="00DC59A6" w:rsidRPr="00DC59A6">
        <w:rPr>
          <w:rFonts w:ascii="Arial" w:hAnsi="Arial" w:cs="Arial"/>
        </w:rPr>
        <w:t>addysg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yn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llawn-amser</w:t>
      </w:r>
      <w:proofErr w:type="spellEnd"/>
      <w:r w:rsidR="00DC59A6" w:rsidRPr="00DC59A6">
        <w:rPr>
          <w:rFonts w:ascii="Arial" w:hAnsi="Arial" w:cs="Arial"/>
        </w:rPr>
        <w:t xml:space="preserve">, ac </w:t>
      </w:r>
      <w:proofErr w:type="spellStart"/>
      <w:r w:rsidR="00DC59A6" w:rsidRPr="00DC59A6">
        <w:rPr>
          <w:rFonts w:ascii="Arial" w:hAnsi="Arial" w:cs="Arial"/>
        </w:rPr>
        <w:t>ystyried</w:t>
      </w:r>
      <w:proofErr w:type="spellEnd"/>
      <w:r w:rsidR="00DC59A6" w:rsidRPr="00DC59A6">
        <w:rPr>
          <w:rFonts w:ascii="Arial" w:hAnsi="Arial" w:cs="Arial"/>
        </w:rPr>
        <w:t xml:space="preserve"> y </w:t>
      </w:r>
      <w:proofErr w:type="spellStart"/>
      <w:r w:rsidR="00DC59A6" w:rsidRPr="00DC59A6">
        <w:rPr>
          <w:rFonts w:ascii="Arial" w:hAnsi="Arial" w:cs="Arial"/>
        </w:rPr>
        <w:t>cyfraddau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cyfranogiad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uwch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gan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fyfyrwyr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rhan-amser</w:t>
      </w:r>
      <w:proofErr w:type="spellEnd"/>
      <w:r w:rsidR="00DC59A6" w:rsidRPr="00DC59A6">
        <w:rPr>
          <w:rFonts w:ascii="Arial" w:hAnsi="Arial" w:cs="Arial"/>
        </w:rPr>
        <w:t xml:space="preserve"> a </w:t>
      </w:r>
      <w:proofErr w:type="spellStart"/>
      <w:r w:rsidR="00DC59A6" w:rsidRPr="00DC59A6">
        <w:rPr>
          <w:rFonts w:ascii="Arial" w:hAnsi="Arial" w:cs="Arial"/>
        </w:rPr>
        <w:t>myfyrwyr</w:t>
      </w:r>
      <w:proofErr w:type="spellEnd"/>
      <w:r w:rsidR="00DC59A6" w:rsidRPr="00DC59A6">
        <w:rPr>
          <w:rFonts w:ascii="Arial" w:hAnsi="Arial" w:cs="Arial"/>
        </w:rPr>
        <w:t xml:space="preserve"> </w:t>
      </w:r>
      <w:proofErr w:type="spellStart"/>
      <w:r w:rsidR="00DC59A6" w:rsidRPr="00DC59A6">
        <w:rPr>
          <w:rFonts w:ascii="Arial" w:hAnsi="Arial" w:cs="Arial"/>
        </w:rPr>
        <w:t>hŷn</w:t>
      </w:r>
      <w:proofErr w:type="spellEnd"/>
      <w:r w:rsidR="00DC59A6" w:rsidRPr="00DC59A6">
        <w:rPr>
          <w:rFonts w:ascii="Arial" w:hAnsi="Arial" w:cs="Arial"/>
        </w:rPr>
        <w:t>?</w:t>
      </w:r>
    </w:p>
    <w:p w14:paraId="6A013899" w14:textId="5C00FD69" w:rsidR="0023470B" w:rsidRPr="0042353A" w:rsidRDefault="0023470B" w:rsidP="005C12BE">
      <w:pPr>
        <w:spacing w:after="120"/>
        <w:rPr>
          <w:rFonts w:ascii="Arial" w:hAnsi="Arial" w:cs="Arial"/>
        </w:rPr>
      </w:pPr>
    </w:p>
    <w:p w14:paraId="30063162" w14:textId="77777777" w:rsidR="007E1AF6" w:rsidRPr="007E1AF6" w:rsidRDefault="005C12BE" w:rsidP="007E1AF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2368" behindDoc="0" locked="0" layoutInCell="1" allowOverlap="1" wp14:anchorId="7D5A9839" wp14:editId="70C1BB10">
                <wp:simplePos x="0" y="0"/>
                <wp:positionH relativeFrom="margin">
                  <wp:align>right</wp:align>
                </wp:positionH>
                <wp:positionV relativeFrom="paragraph">
                  <wp:posOffset>1350010</wp:posOffset>
                </wp:positionV>
                <wp:extent cx="5924550" cy="1404620"/>
                <wp:effectExtent l="0" t="0" r="19050" b="24130"/>
                <wp:wrapSquare wrapText="bothSides"/>
                <wp:docPr id="14919244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3707B4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5A9839" id="_x0000_s1029" type="#_x0000_t202" style="position:absolute;margin-left:415.3pt;margin-top:106.3pt;width:466.5pt;height:110.6pt;z-index:2516423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">
                <v:textbox style="mso-fit-shape-to-text:t">
                  <w:txbxContent>
                    <w:p w14:paraId="293707B4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proofErr w:type="spellStart"/>
      <w:r w:rsidR="007E1AF6" w:rsidRPr="007E1AF6">
        <w:rPr>
          <w:rFonts w:ascii="Arial" w:hAnsi="Arial" w:cs="Arial"/>
        </w:rPr>
        <w:t>Cyhoeddodd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Llywodraeth</w:t>
      </w:r>
      <w:proofErr w:type="spellEnd"/>
      <w:r w:rsidR="007E1AF6" w:rsidRPr="007E1AF6">
        <w:rPr>
          <w:rFonts w:ascii="Arial" w:hAnsi="Arial" w:cs="Arial"/>
        </w:rPr>
        <w:t xml:space="preserve"> y DU </w:t>
      </w:r>
      <w:proofErr w:type="spellStart"/>
      <w:r w:rsidR="007E1AF6" w:rsidRPr="007E1AF6">
        <w:rPr>
          <w:rFonts w:ascii="Arial" w:hAnsi="Arial" w:cs="Arial"/>
        </w:rPr>
        <w:t>ei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huchelgais</w:t>
      </w:r>
      <w:proofErr w:type="spellEnd"/>
      <w:r w:rsidR="007E1AF6" w:rsidRPr="007E1AF6">
        <w:rPr>
          <w:rFonts w:ascii="Arial" w:hAnsi="Arial" w:cs="Arial"/>
        </w:rPr>
        <w:t xml:space="preserve"> i </w:t>
      </w:r>
      <w:proofErr w:type="spellStart"/>
      <w:r w:rsidR="007E1AF6" w:rsidRPr="007E1AF6">
        <w:rPr>
          <w:rFonts w:ascii="Arial" w:hAnsi="Arial" w:cs="Arial"/>
        </w:rPr>
        <w:t>ddwy</w:t>
      </w:r>
      <w:proofErr w:type="spellEnd"/>
      <w:r w:rsidR="007E1AF6" w:rsidRPr="007E1AF6">
        <w:rPr>
          <w:rFonts w:ascii="Arial" w:hAnsi="Arial" w:cs="Arial"/>
        </w:rPr>
        <w:t xml:space="preserve"> ran o </w:t>
      </w:r>
      <w:proofErr w:type="spellStart"/>
      <w:r w:rsidR="007E1AF6" w:rsidRPr="007E1AF6">
        <w:rPr>
          <w:rFonts w:ascii="Arial" w:hAnsi="Arial" w:cs="Arial"/>
        </w:rPr>
        <w:t>dair</w:t>
      </w:r>
      <w:proofErr w:type="spellEnd"/>
      <w:r w:rsidR="007E1AF6" w:rsidRPr="007E1AF6">
        <w:rPr>
          <w:rFonts w:ascii="Arial" w:hAnsi="Arial" w:cs="Arial"/>
        </w:rPr>
        <w:t xml:space="preserve"> o </w:t>
      </w:r>
      <w:proofErr w:type="spellStart"/>
      <w:r w:rsidR="007E1AF6" w:rsidRPr="007E1AF6">
        <w:rPr>
          <w:rFonts w:ascii="Arial" w:hAnsi="Arial" w:cs="Arial"/>
        </w:rPr>
        <w:t>bobl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ifanc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gymryd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rhan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mewn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addysg</w:t>
      </w:r>
      <w:proofErr w:type="spellEnd"/>
      <w:r w:rsidR="007E1AF6" w:rsidRPr="007E1AF6">
        <w:rPr>
          <w:rFonts w:ascii="Arial" w:hAnsi="Arial" w:cs="Arial"/>
        </w:rPr>
        <w:t xml:space="preserve"> neu </w:t>
      </w:r>
      <w:proofErr w:type="spellStart"/>
      <w:r w:rsidR="007E1AF6" w:rsidRPr="007E1AF6">
        <w:rPr>
          <w:rFonts w:ascii="Arial" w:hAnsi="Arial" w:cs="Arial"/>
        </w:rPr>
        <w:t>hyfforddiant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lefel</w:t>
      </w:r>
      <w:proofErr w:type="spellEnd"/>
      <w:r w:rsidR="007E1AF6" w:rsidRPr="007E1AF6">
        <w:rPr>
          <w:rFonts w:ascii="Arial" w:hAnsi="Arial" w:cs="Arial"/>
        </w:rPr>
        <w:t xml:space="preserve"> 4+ </w:t>
      </w:r>
      <w:proofErr w:type="spellStart"/>
      <w:r w:rsidR="007E1AF6" w:rsidRPr="007E1AF6">
        <w:rPr>
          <w:rFonts w:ascii="Arial" w:hAnsi="Arial" w:cs="Arial"/>
        </w:rPr>
        <w:t>erbyn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eu</w:t>
      </w:r>
      <w:proofErr w:type="spellEnd"/>
      <w:r w:rsidR="007E1AF6" w:rsidRPr="007E1AF6">
        <w:rPr>
          <w:rFonts w:ascii="Arial" w:hAnsi="Arial" w:cs="Arial"/>
        </w:rPr>
        <w:t xml:space="preserve"> bod </w:t>
      </w:r>
      <w:proofErr w:type="spellStart"/>
      <w:r w:rsidR="007E1AF6" w:rsidRPr="007E1AF6">
        <w:rPr>
          <w:rFonts w:ascii="Arial" w:hAnsi="Arial" w:cs="Arial"/>
        </w:rPr>
        <w:t>yn</w:t>
      </w:r>
      <w:proofErr w:type="spellEnd"/>
      <w:r w:rsidR="007E1AF6" w:rsidRPr="007E1AF6">
        <w:rPr>
          <w:rFonts w:ascii="Arial" w:hAnsi="Arial" w:cs="Arial"/>
        </w:rPr>
        <w:t xml:space="preserve"> 25 </w:t>
      </w:r>
      <w:proofErr w:type="spellStart"/>
      <w:r w:rsidR="007E1AF6" w:rsidRPr="007E1AF6">
        <w:rPr>
          <w:rFonts w:ascii="Arial" w:hAnsi="Arial" w:cs="Arial"/>
        </w:rPr>
        <w:t>oed</w:t>
      </w:r>
      <w:proofErr w:type="spellEnd"/>
      <w:r w:rsidR="007E1AF6" w:rsidRPr="007E1AF6">
        <w:rPr>
          <w:rFonts w:ascii="Arial" w:hAnsi="Arial" w:cs="Arial"/>
        </w:rPr>
        <w:t xml:space="preserve">, </w:t>
      </w:r>
      <w:proofErr w:type="spellStart"/>
      <w:r w:rsidR="007E1AF6" w:rsidRPr="007E1AF6">
        <w:rPr>
          <w:rFonts w:ascii="Arial" w:hAnsi="Arial" w:cs="Arial"/>
        </w:rPr>
        <w:t>sy’n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gynnydd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o’i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gymharu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â'r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gyfradd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cyfranogiad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bresennol</w:t>
      </w:r>
      <w:proofErr w:type="spellEnd"/>
      <w:r w:rsidR="007E1AF6" w:rsidRPr="007E1AF6">
        <w:rPr>
          <w:rFonts w:ascii="Arial" w:hAnsi="Arial" w:cs="Arial"/>
        </w:rPr>
        <w:t xml:space="preserve"> o 50%. </w:t>
      </w:r>
      <w:proofErr w:type="spellStart"/>
      <w:r w:rsidR="007E1AF6" w:rsidRPr="007E1AF6">
        <w:rPr>
          <w:rFonts w:ascii="Arial" w:hAnsi="Arial" w:cs="Arial"/>
        </w:rPr>
        <w:t>Cyflwynwyd</w:t>
      </w:r>
      <w:proofErr w:type="spellEnd"/>
      <w:r w:rsidR="007E1AF6" w:rsidRPr="007E1AF6">
        <w:rPr>
          <w:rFonts w:ascii="Arial" w:hAnsi="Arial" w:cs="Arial"/>
        </w:rPr>
        <w:t xml:space="preserve"> is-</w:t>
      </w:r>
      <w:proofErr w:type="spellStart"/>
      <w:r w:rsidR="007E1AF6" w:rsidRPr="007E1AF6">
        <w:rPr>
          <w:rFonts w:ascii="Arial" w:hAnsi="Arial" w:cs="Arial"/>
        </w:rPr>
        <w:t>darged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hefyd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ar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gyfer</w:t>
      </w:r>
      <w:proofErr w:type="spellEnd"/>
      <w:r w:rsidR="007E1AF6" w:rsidRPr="007E1AF6">
        <w:rPr>
          <w:rFonts w:ascii="Arial" w:hAnsi="Arial" w:cs="Arial"/>
        </w:rPr>
        <w:t xml:space="preserve"> o </w:t>
      </w:r>
      <w:proofErr w:type="spellStart"/>
      <w:r w:rsidR="007E1AF6" w:rsidRPr="007E1AF6">
        <w:rPr>
          <w:rFonts w:ascii="Arial" w:hAnsi="Arial" w:cs="Arial"/>
        </w:rPr>
        <w:t>leiaf</w:t>
      </w:r>
      <w:proofErr w:type="spellEnd"/>
      <w:r w:rsidR="007E1AF6" w:rsidRPr="007E1AF6">
        <w:rPr>
          <w:rFonts w:ascii="Arial" w:hAnsi="Arial" w:cs="Arial"/>
        </w:rPr>
        <w:t xml:space="preserve"> 10% </w:t>
      </w:r>
      <w:proofErr w:type="spellStart"/>
      <w:r w:rsidR="007E1AF6" w:rsidRPr="007E1AF6">
        <w:rPr>
          <w:rFonts w:ascii="Arial" w:hAnsi="Arial" w:cs="Arial"/>
        </w:rPr>
        <w:t>o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bobl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ifanc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yn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dilyn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addysg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dechnegol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uwch</w:t>
      </w:r>
      <w:proofErr w:type="spellEnd"/>
      <w:r w:rsidR="007E1AF6" w:rsidRPr="007E1AF6">
        <w:rPr>
          <w:rFonts w:ascii="Arial" w:hAnsi="Arial" w:cs="Arial"/>
        </w:rPr>
        <w:t xml:space="preserve"> neu </w:t>
      </w:r>
      <w:proofErr w:type="spellStart"/>
      <w:r w:rsidR="007E1AF6" w:rsidRPr="007E1AF6">
        <w:rPr>
          <w:rFonts w:ascii="Arial" w:hAnsi="Arial" w:cs="Arial"/>
        </w:rPr>
        <w:t>brentisiaethau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erbyn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iddynt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gyrraedd</w:t>
      </w:r>
      <w:proofErr w:type="spellEnd"/>
      <w:r w:rsidR="007E1AF6" w:rsidRPr="007E1AF6">
        <w:rPr>
          <w:rFonts w:ascii="Arial" w:hAnsi="Arial" w:cs="Arial"/>
        </w:rPr>
        <w:t xml:space="preserve"> 25 </w:t>
      </w:r>
      <w:proofErr w:type="spellStart"/>
      <w:r w:rsidR="007E1AF6" w:rsidRPr="007E1AF6">
        <w:rPr>
          <w:rFonts w:ascii="Arial" w:hAnsi="Arial" w:cs="Arial"/>
        </w:rPr>
        <w:t>oed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erbyn</w:t>
      </w:r>
      <w:proofErr w:type="spellEnd"/>
      <w:r w:rsidR="007E1AF6" w:rsidRPr="007E1AF6">
        <w:rPr>
          <w:rFonts w:ascii="Arial" w:hAnsi="Arial" w:cs="Arial"/>
        </w:rPr>
        <w:t xml:space="preserve"> 2040. A </w:t>
      </w:r>
      <w:proofErr w:type="spellStart"/>
      <w:r w:rsidR="007E1AF6" w:rsidRPr="007E1AF6">
        <w:rPr>
          <w:rFonts w:ascii="Arial" w:hAnsi="Arial" w:cs="Arial"/>
        </w:rPr>
        <w:t>ddylai</w:t>
      </w:r>
      <w:proofErr w:type="spellEnd"/>
      <w:r w:rsidR="007E1AF6" w:rsidRPr="007E1AF6">
        <w:rPr>
          <w:rFonts w:ascii="Arial" w:hAnsi="Arial" w:cs="Arial"/>
        </w:rPr>
        <w:t xml:space="preserve"> Cymru </w:t>
      </w:r>
      <w:proofErr w:type="spellStart"/>
      <w:r w:rsidR="007E1AF6" w:rsidRPr="007E1AF6">
        <w:rPr>
          <w:rFonts w:ascii="Arial" w:hAnsi="Arial" w:cs="Arial"/>
        </w:rPr>
        <w:t>osod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targed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tebyg</w:t>
      </w:r>
      <w:proofErr w:type="spellEnd"/>
      <w:r w:rsidR="007E1AF6" w:rsidRPr="007E1AF6">
        <w:rPr>
          <w:rFonts w:ascii="Arial" w:hAnsi="Arial" w:cs="Arial"/>
        </w:rPr>
        <w:t xml:space="preserve"> i </w:t>
      </w:r>
      <w:proofErr w:type="spellStart"/>
      <w:r w:rsidR="007E1AF6" w:rsidRPr="007E1AF6">
        <w:rPr>
          <w:rFonts w:ascii="Arial" w:hAnsi="Arial" w:cs="Arial"/>
        </w:rPr>
        <w:t>darged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Llywodraeth</w:t>
      </w:r>
      <w:proofErr w:type="spellEnd"/>
      <w:r w:rsidR="007E1AF6" w:rsidRPr="007E1AF6">
        <w:rPr>
          <w:rFonts w:ascii="Arial" w:hAnsi="Arial" w:cs="Arial"/>
        </w:rPr>
        <w:t xml:space="preserve"> y DU </w:t>
      </w:r>
      <w:proofErr w:type="spellStart"/>
      <w:r w:rsidR="007E1AF6" w:rsidRPr="007E1AF6">
        <w:rPr>
          <w:rFonts w:ascii="Arial" w:hAnsi="Arial" w:cs="Arial"/>
        </w:rPr>
        <w:t>ar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gyfer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cyfranogiad</w:t>
      </w:r>
      <w:proofErr w:type="spellEnd"/>
      <w:r w:rsidR="007E1AF6" w:rsidRPr="007E1AF6">
        <w:rPr>
          <w:rFonts w:ascii="Arial" w:hAnsi="Arial" w:cs="Arial"/>
        </w:rPr>
        <w:t xml:space="preserve"> </w:t>
      </w:r>
      <w:proofErr w:type="spellStart"/>
      <w:r w:rsidR="007E1AF6" w:rsidRPr="007E1AF6">
        <w:rPr>
          <w:rFonts w:ascii="Arial" w:hAnsi="Arial" w:cs="Arial"/>
        </w:rPr>
        <w:t>lefel</w:t>
      </w:r>
      <w:proofErr w:type="spellEnd"/>
      <w:r w:rsidR="007E1AF6" w:rsidRPr="007E1AF6">
        <w:rPr>
          <w:rFonts w:ascii="Arial" w:hAnsi="Arial" w:cs="Arial"/>
        </w:rPr>
        <w:t xml:space="preserve"> 4+ a/neu </w:t>
      </w:r>
      <w:proofErr w:type="spellStart"/>
      <w:r w:rsidR="007E1AF6" w:rsidRPr="007E1AF6">
        <w:rPr>
          <w:rFonts w:ascii="Arial" w:hAnsi="Arial" w:cs="Arial"/>
        </w:rPr>
        <w:t>brentisiaethau</w:t>
      </w:r>
      <w:proofErr w:type="spellEnd"/>
      <w:r w:rsidR="007E1AF6" w:rsidRPr="007E1AF6">
        <w:rPr>
          <w:rFonts w:ascii="Arial" w:hAnsi="Arial" w:cs="Arial"/>
        </w:rPr>
        <w:t xml:space="preserve">? </w:t>
      </w:r>
    </w:p>
    <w:p w14:paraId="4BE53A78" w14:textId="78A137F1" w:rsidR="0023470B" w:rsidRPr="0042353A" w:rsidRDefault="0023470B">
      <w:pPr>
        <w:spacing w:after="120"/>
        <w:rPr>
          <w:rFonts w:ascii="Arial" w:hAnsi="Arial" w:cs="Arial"/>
        </w:rPr>
      </w:pPr>
    </w:p>
    <w:p w14:paraId="0D898E9F" w14:textId="77777777" w:rsidR="00032674" w:rsidRPr="00032674" w:rsidRDefault="005C12BE" w:rsidP="00032674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4416" behindDoc="0" locked="0" layoutInCell="1" allowOverlap="1" wp14:anchorId="111C3F55" wp14:editId="6FCFB201">
                <wp:simplePos x="0" y="0"/>
                <wp:positionH relativeFrom="margin">
                  <wp:align>right</wp:align>
                </wp:positionH>
                <wp:positionV relativeFrom="paragraph">
                  <wp:posOffset>753110</wp:posOffset>
                </wp:positionV>
                <wp:extent cx="5924550" cy="1404620"/>
                <wp:effectExtent l="0" t="0" r="19050" b="24130"/>
                <wp:wrapSquare wrapText="bothSides"/>
                <wp:docPr id="19497629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03F11E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1C3F55" id="_x0000_s1030" type="#_x0000_t202" style="position:absolute;margin-left:415.3pt;margin-top:59.3pt;width:466.5pt;height:110.6pt;z-index:25164441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owiFQ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">
                <v:textbox style="mso-fit-shape-to-text:t">
                  <w:txbxContent>
                    <w:p w14:paraId="0203F11E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r w:rsidR="00032674" w:rsidRPr="00032674">
        <w:rPr>
          <w:rFonts w:ascii="Arial" w:hAnsi="Arial" w:cs="Arial"/>
        </w:rPr>
        <w:t xml:space="preserve">Pa </w:t>
      </w:r>
      <w:proofErr w:type="spellStart"/>
      <w:r w:rsidR="00032674" w:rsidRPr="00032674">
        <w:rPr>
          <w:rFonts w:ascii="Arial" w:hAnsi="Arial" w:cs="Arial"/>
        </w:rPr>
        <w:t>oblygiadau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sydd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gan</w:t>
      </w:r>
      <w:proofErr w:type="spellEnd"/>
      <w:r w:rsidR="00032674" w:rsidRPr="00032674">
        <w:rPr>
          <w:rFonts w:ascii="Arial" w:hAnsi="Arial" w:cs="Arial"/>
        </w:rPr>
        <w:t xml:space="preserve"> y </w:t>
      </w:r>
      <w:proofErr w:type="spellStart"/>
      <w:r w:rsidR="00032674" w:rsidRPr="00032674">
        <w:rPr>
          <w:rFonts w:ascii="Arial" w:hAnsi="Arial" w:cs="Arial"/>
        </w:rPr>
        <w:t>tueddiadau</w:t>
      </w:r>
      <w:proofErr w:type="spellEnd"/>
      <w:r w:rsidR="00032674" w:rsidRPr="00032674">
        <w:rPr>
          <w:rFonts w:ascii="Arial" w:hAnsi="Arial" w:cs="Arial"/>
        </w:rPr>
        <w:t xml:space="preserve"> a </w:t>
      </w:r>
      <w:proofErr w:type="spellStart"/>
      <w:r w:rsidR="00032674" w:rsidRPr="00032674">
        <w:rPr>
          <w:rFonts w:ascii="Arial" w:hAnsi="Arial" w:cs="Arial"/>
        </w:rPr>
        <w:t>amlinellwyd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mewn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cyfranogiad</w:t>
      </w:r>
      <w:proofErr w:type="spellEnd"/>
      <w:r w:rsidR="00032674" w:rsidRPr="00032674">
        <w:rPr>
          <w:rFonts w:ascii="Arial" w:hAnsi="Arial" w:cs="Arial"/>
        </w:rPr>
        <w:t xml:space="preserve"> ôl-16 ac </w:t>
      </w:r>
      <w:proofErr w:type="spellStart"/>
      <w:r w:rsidR="00032674" w:rsidRPr="00032674">
        <w:rPr>
          <w:rFonts w:ascii="Arial" w:hAnsi="Arial" w:cs="Arial"/>
        </w:rPr>
        <w:t>mewn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mannau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eraill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yn</w:t>
      </w:r>
      <w:proofErr w:type="spellEnd"/>
      <w:r w:rsidR="00032674" w:rsidRPr="00032674">
        <w:rPr>
          <w:rFonts w:ascii="Arial" w:hAnsi="Arial" w:cs="Arial"/>
        </w:rPr>
        <w:t xml:space="preserve"> y </w:t>
      </w:r>
      <w:proofErr w:type="spellStart"/>
      <w:r w:rsidR="00032674" w:rsidRPr="00032674">
        <w:rPr>
          <w:rFonts w:ascii="Arial" w:hAnsi="Arial" w:cs="Arial"/>
        </w:rPr>
        <w:t>papur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hwn</w:t>
      </w:r>
      <w:proofErr w:type="spellEnd"/>
      <w:r w:rsidR="00032674" w:rsidRPr="00032674">
        <w:rPr>
          <w:rFonts w:ascii="Arial" w:hAnsi="Arial" w:cs="Arial"/>
        </w:rPr>
        <w:t xml:space="preserve"> i </w:t>
      </w:r>
      <w:proofErr w:type="spellStart"/>
      <w:r w:rsidR="00032674" w:rsidRPr="00032674">
        <w:rPr>
          <w:rFonts w:ascii="Arial" w:hAnsi="Arial" w:cs="Arial"/>
        </w:rPr>
        <w:t>addysg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drydyddol</w:t>
      </w:r>
      <w:proofErr w:type="spellEnd"/>
      <w:r w:rsidR="00032674" w:rsidRPr="00032674">
        <w:rPr>
          <w:rFonts w:ascii="Arial" w:hAnsi="Arial" w:cs="Arial"/>
        </w:rPr>
        <w:t xml:space="preserve"> </w:t>
      </w:r>
      <w:proofErr w:type="spellStart"/>
      <w:r w:rsidR="00032674" w:rsidRPr="00032674">
        <w:rPr>
          <w:rFonts w:ascii="Arial" w:hAnsi="Arial" w:cs="Arial"/>
        </w:rPr>
        <w:t>cyfrwng</w:t>
      </w:r>
      <w:proofErr w:type="spellEnd"/>
      <w:r w:rsidR="00032674" w:rsidRPr="00032674">
        <w:rPr>
          <w:rFonts w:ascii="Arial" w:hAnsi="Arial" w:cs="Arial"/>
        </w:rPr>
        <w:t xml:space="preserve"> Cymraeg a </w:t>
      </w:r>
      <w:proofErr w:type="spellStart"/>
      <w:r w:rsidR="00032674" w:rsidRPr="00032674">
        <w:rPr>
          <w:rFonts w:ascii="Arial" w:hAnsi="Arial" w:cs="Arial"/>
        </w:rPr>
        <w:t>dwyieithog</w:t>
      </w:r>
      <w:proofErr w:type="spellEnd"/>
      <w:r w:rsidR="00032674" w:rsidRPr="00032674">
        <w:rPr>
          <w:rFonts w:ascii="Arial" w:hAnsi="Arial" w:cs="Arial"/>
        </w:rPr>
        <w:t>?</w:t>
      </w:r>
    </w:p>
    <w:p w14:paraId="0A073F18" w14:textId="7131204F" w:rsidR="0023470B" w:rsidRPr="0042353A" w:rsidRDefault="0023470B">
      <w:pPr>
        <w:spacing w:after="120"/>
        <w:rPr>
          <w:rFonts w:ascii="Arial" w:hAnsi="Arial" w:cs="Arial"/>
        </w:rPr>
      </w:pPr>
    </w:p>
    <w:p w14:paraId="3996D4CF" w14:textId="77777777" w:rsidR="0055400C" w:rsidRDefault="0055400C">
      <w:pPr>
        <w:spacing w:after="120"/>
        <w:rPr>
          <w:rFonts w:ascii="Arial" w:hAnsi="Arial" w:cs="Arial"/>
          <w:b/>
          <w:sz w:val="32"/>
          <w:szCs w:val="32"/>
        </w:rPr>
      </w:pPr>
      <w:proofErr w:type="spellStart"/>
      <w:r w:rsidRPr="0055400C">
        <w:rPr>
          <w:rFonts w:ascii="Arial" w:hAnsi="Arial" w:cs="Arial"/>
          <w:b/>
          <w:sz w:val="32"/>
          <w:szCs w:val="32"/>
        </w:rPr>
        <w:t>Demograffeg</w:t>
      </w:r>
      <w:proofErr w:type="spellEnd"/>
      <w:r w:rsidRPr="0055400C">
        <w:rPr>
          <w:rFonts w:ascii="Arial" w:hAnsi="Arial" w:cs="Arial"/>
          <w:b/>
          <w:sz w:val="32"/>
          <w:szCs w:val="32"/>
        </w:rPr>
        <w:t xml:space="preserve"> a </w:t>
      </w:r>
      <w:proofErr w:type="spellStart"/>
      <w:r w:rsidRPr="0055400C">
        <w:rPr>
          <w:rFonts w:ascii="Arial" w:hAnsi="Arial" w:cs="Arial"/>
          <w:b/>
          <w:sz w:val="32"/>
          <w:szCs w:val="32"/>
        </w:rPr>
        <w:t>dysgu</w:t>
      </w:r>
      <w:proofErr w:type="spellEnd"/>
      <w:r w:rsidRPr="0055400C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55400C">
        <w:rPr>
          <w:rFonts w:ascii="Arial" w:hAnsi="Arial" w:cs="Arial"/>
          <w:b/>
          <w:sz w:val="32"/>
          <w:szCs w:val="32"/>
        </w:rPr>
        <w:t>gydol</w:t>
      </w:r>
      <w:proofErr w:type="spellEnd"/>
      <w:r w:rsidRPr="0055400C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55400C">
        <w:rPr>
          <w:rFonts w:ascii="Arial" w:hAnsi="Arial" w:cs="Arial"/>
          <w:b/>
          <w:sz w:val="32"/>
          <w:szCs w:val="32"/>
        </w:rPr>
        <w:t>oes</w:t>
      </w:r>
      <w:proofErr w:type="spellEnd"/>
    </w:p>
    <w:p w14:paraId="1346DF79" w14:textId="77777777" w:rsidR="00A155C6" w:rsidRPr="00A155C6" w:rsidRDefault="005C12BE" w:rsidP="00A155C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2124FE51" wp14:editId="342A5BC1">
                <wp:simplePos x="0" y="0"/>
                <wp:positionH relativeFrom="margin">
                  <wp:align>right</wp:align>
                </wp:positionH>
                <wp:positionV relativeFrom="paragraph">
                  <wp:posOffset>575310</wp:posOffset>
                </wp:positionV>
                <wp:extent cx="5924550" cy="1404620"/>
                <wp:effectExtent l="0" t="0" r="19050" b="24130"/>
                <wp:wrapSquare wrapText="bothSides"/>
                <wp:docPr id="3773996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6E19B1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24FE51" id="_x0000_s1031" type="#_x0000_t202" style="position:absolute;margin-left:415.3pt;margin-top:45.3pt;width:466.5pt;height:110.6pt;z-index:2516464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eLUFA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">
                <v:textbox style="mso-fit-shape-to-text:t">
                  <w:txbxContent>
                    <w:p w14:paraId="136E19B1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A155C6" w:rsidRPr="00A155C6">
        <w:rPr>
          <w:rFonts w:ascii="Arial" w:hAnsi="Arial" w:cs="Arial"/>
        </w:rPr>
        <w:t xml:space="preserve">Sut </w:t>
      </w:r>
      <w:proofErr w:type="spellStart"/>
      <w:r w:rsidR="00A155C6" w:rsidRPr="00A155C6">
        <w:rPr>
          <w:rFonts w:ascii="Arial" w:hAnsi="Arial" w:cs="Arial"/>
        </w:rPr>
        <w:t>mae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darparwyr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addysg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drydyddol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yn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cynllunio</w:t>
      </w:r>
      <w:proofErr w:type="spellEnd"/>
      <w:r w:rsidR="00A155C6" w:rsidRPr="00A155C6">
        <w:rPr>
          <w:rFonts w:ascii="Arial" w:hAnsi="Arial" w:cs="Arial"/>
        </w:rPr>
        <w:t xml:space="preserve"> ac </w:t>
      </w:r>
      <w:proofErr w:type="spellStart"/>
      <w:r w:rsidR="00A155C6" w:rsidRPr="00A155C6">
        <w:rPr>
          <w:rFonts w:ascii="Arial" w:hAnsi="Arial" w:cs="Arial"/>
        </w:rPr>
        <w:t>yn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paratoi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ar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gyfer</w:t>
      </w:r>
      <w:proofErr w:type="spellEnd"/>
      <w:r w:rsidR="00A155C6" w:rsidRPr="00A155C6">
        <w:rPr>
          <w:rFonts w:ascii="Arial" w:hAnsi="Arial" w:cs="Arial"/>
        </w:rPr>
        <w:t xml:space="preserve"> y </w:t>
      </w:r>
      <w:proofErr w:type="spellStart"/>
      <w:r w:rsidR="00A155C6" w:rsidRPr="00A155C6">
        <w:rPr>
          <w:rFonts w:ascii="Arial" w:hAnsi="Arial" w:cs="Arial"/>
        </w:rPr>
        <w:t>newid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demograffig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sydd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ar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ddod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yn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eu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hardaloedd</w:t>
      </w:r>
      <w:proofErr w:type="spellEnd"/>
      <w:r w:rsidR="00A155C6" w:rsidRPr="00A155C6">
        <w:rPr>
          <w:rFonts w:ascii="Arial" w:hAnsi="Arial" w:cs="Arial"/>
        </w:rPr>
        <w:t xml:space="preserve">? Pa </w:t>
      </w:r>
      <w:proofErr w:type="spellStart"/>
      <w:r w:rsidR="00A155C6" w:rsidRPr="00A155C6">
        <w:rPr>
          <w:rFonts w:ascii="Arial" w:hAnsi="Arial" w:cs="Arial"/>
        </w:rPr>
        <w:t>heriau</w:t>
      </w:r>
      <w:proofErr w:type="spellEnd"/>
      <w:r w:rsidR="00A155C6" w:rsidRPr="00A155C6">
        <w:rPr>
          <w:rFonts w:ascii="Arial" w:hAnsi="Arial" w:cs="Arial"/>
        </w:rPr>
        <w:t xml:space="preserve"> y </w:t>
      </w:r>
      <w:proofErr w:type="spellStart"/>
      <w:r w:rsidR="00A155C6" w:rsidRPr="00A155C6">
        <w:rPr>
          <w:rFonts w:ascii="Arial" w:hAnsi="Arial" w:cs="Arial"/>
        </w:rPr>
        <w:t>bydd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hyn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yn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eu</w:t>
      </w:r>
      <w:proofErr w:type="spellEnd"/>
      <w:r w:rsidR="00A155C6" w:rsidRPr="00A155C6">
        <w:rPr>
          <w:rFonts w:ascii="Arial" w:hAnsi="Arial" w:cs="Arial"/>
        </w:rPr>
        <w:t xml:space="preserve"> </w:t>
      </w:r>
      <w:proofErr w:type="spellStart"/>
      <w:r w:rsidR="00A155C6" w:rsidRPr="00A155C6">
        <w:rPr>
          <w:rFonts w:ascii="Arial" w:hAnsi="Arial" w:cs="Arial"/>
        </w:rPr>
        <w:t>creu</w:t>
      </w:r>
      <w:proofErr w:type="spellEnd"/>
      <w:r w:rsidR="00A155C6" w:rsidRPr="00A155C6">
        <w:rPr>
          <w:rFonts w:ascii="Arial" w:hAnsi="Arial" w:cs="Arial"/>
        </w:rPr>
        <w:t>?</w:t>
      </w:r>
    </w:p>
    <w:p w14:paraId="75D0AA6D" w14:textId="20F7CDA5" w:rsidR="0023470B" w:rsidRPr="0042353A" w:rsidRDefault="0023470B">
      <w:pPr>
        <w:spacing w:after="120"/>
        <w:rPr>
          <w:rFonts w:ascii="Arial" w:hAnsi="Arial" w:cs="Arial"/>
        </w:rPr>
      </w:pPr>
    </w:p>
    <w:p w14:paraId="411B094C" w14:textId="6ADA29D6" w:rsidR="0023470B" w:rsidRPr="0042353A" w:rsidRDefault="0023470B">
      <w:pPr>
        <w:rPr>
          <w:rFonts w:ascii="Arial" w:hAnsi="Arial" w:cs="Arial"/>
        </w:rPr>
      </w:pPr>
    </w:p>
    <w:p w14:paraId="6165BDC1" w14:textId="6163FA72" w:rsidR="00144281" w:rsidRPr="00144281" w:rsidRDefault="005C12BE" w:rsidP="00144281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1707DECF" wp14:editId="4645C01D">
                <wp:simplePos x="0" y="0"/>
                <wp:positionH relativeFrom="margin">
                  <wp:align>right</wp:align>
                </wp:positionH>
                <wp:positionV relativeFrom="paragraph">
                  <wp:posOffset>795655</wp:posOffset>
                </wp:positionV>
                <wp:extent cx="5924550" cy="1404620"/>
                <wp:effectExtent l="0" t="0" r="19050" b="24130"/>
                <wp:wrapSquare wrapText="bothSides"/>
                <wp:docPr id="4219070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B970F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07DECF" id="_x0000_s1032" type="#_x0000_t202" style="position:absolute;margin-left:415.3pt;margin-top:62.65pt;width:466.5pt;height:110.6pt;z-index:2516485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">
                <v:textbox style="mso-fit-shape-to-text:t">
                  <w:txbxContent>
                    <w:p w14:paraId="1DBB970F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>2</w:t>
      </w:r>
      <w:r w:rsidR="00144281">
        <w:rPr>
          <w:rFonts w:ascii="Arial" w:hAnsi="Arial" w:cs="Arial"/>
        </w:rPr>
        <w:t>.</w:t>
      </w:r>
      <w:r w:rsidR="00144281" w:rsidRPr="00144281">
        <w:rPr>
          <w:rFonts w:ascii="Arial" w:hAnsi="Arial" w:cs="Arial"/>
          <w:sz w:val="22"/>
        </w:rPr>
        <w:t xml:space="preserve"> </w:t>
      </w:r>
      <w:r w:rsidR="00144281" w:rsidRPr="00144281">
        <w:rPr>
          <w:rFonts w:ascii="Arial" w:hAnsi="Arial" w:cs="Arial"/>
        </w:rPr>
        <w:t xml:space="preserve">Beth </w:t>
      </w:r>
      <w:proofErr w:type="spellStart"/>
      <w:r w:rsidR="00144281" w:rsidRPr="00144281">
        <w:rPr>
          <w:rFonts w:ascii="Arial" w:hAnsi="Arial" w:cs="Arial"/>
        </w:rPr>
        <w:t>yw'r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rhwystrau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cyllido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a’r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rhwystrau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deddfwriaethol</w:t>
      </w:r>
      <w:proofErr w:type="spellEnd"/>
      <w:r w:rsidR="00144281" w:rsidRPr="00144281">
        <w:rPr>
          <w:rFonts w:ascii="Arial" w:hAnsi="Arial" w:cs="Arial"/>
        </w:rPr>
        <w:t xml:space="preserve"> a </w:t>
      </w:r>
      <w:proofErr w:type="spellStart"/>
      <w:r w:rsidR="00144281" w:rsidRPr="00144281">
        <w:rPr>
          <w:rFonts w:ascii="Arial" w:hAnsi="Arial" w:cs="Arial"/>
        </w:rPr>
        <w:t>gweinyddol</w:t>
      </w:r>
      <w:proofErr w:type="spellEnd"/>
      <w:r w:rsidR="00144281" w:rsidRPr="00144281">
        <w:rPr>
          <w:rFonts w:ascii="Arial" w:hAnsi="Arial" w:cs="Arial"/>
        </w:rPr>
        <w:t xml:space="preserve"> i </w:t>
      </w:r>
      <w:proofErr w:type="spellStart"/>
      <w:r w:rsidR="00144281" w:rsidRPr="00144281">
        <w:rPr>
          <w:rFonts w:ascii="Arial" w:hAnsi="Arial" w:cs="Arial"/>
        </w:rPr>
        <w:t>gynyddu'r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cyflenwad</w:t>
      </w:r>
      <w:proofErr w:type="spellEnd"/>
      <w:r w:rsidR="00144281" w:rsidRPr="00144281">
        <w:rPr>
          <w:rFonts w:ascii="Arial" w:hAnsi="Arial" w:cs="Arial"/>
        </w:rPr>
        <w:t xml:space="preserve"> o </w:t>
      </w:r>
      <w:proofErr w:type="spellStart"/>
      <w:r w:rsidR="00144281" w:rsidRPr="00144281">
        <w:rPr>
          <w:rFonts w:ascii="Arial" w:hAnsi="Arial" w:cs="Arial"/>
        </w:rPr>
        <w:t>gyfleoedd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dysgu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gydol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oes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hyblyg</w:t>
      </w:r>
      <w:proofErr w:type="spellEnd"/>
      <w:r w:rsidR="00144281" w:rsidRPr="00144281">
        <w:rPr>
          <w:rFonts w:ascii="Arial" w:hAnsi="Arial" w:cs="Arial"/>
        </w:rPr>
        <w:t xml:space="preserve"> a </w:t>
      </w:r>
      <w:proofErr w:type="spellStart"/>
      <w:r w:rsidR="00144281" w:rsidRPr="00144281">
        <w:rPr>
          <w:rFonts w:ascii="Arial" w:hAnsi="Arial" w:cs="Arial"/>
        </w:rPr>
        <w:t>hygyrch</w:t>
      </w:r>
      <w:proofErr w:type="spellEnd"/>
      <w:r w:rsidR="00144281" w:rsidRPr="00144281">
        <w:rPr>
          <w:rFonts w:ascii="Arial" w:hAnsi="Arial" w:cs="Arial"/>
        </w:rPr>
        <w:t xml:space="preserve">, </w:t>
      </w:r>
      <w:proofErr w:type="spellStart"/>
      <w:r w:rsidR="00144281" w:rsidRPr="00144281">
        <w:rPr>
          <w:rFonts w:ascii="Arial" w:hAnsi="Arial" w:cs="Arial"/>
        </w:rPr>
        <w:t>a'r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galw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amdanynt</w:t>
      </w:r>
      <w:proofErr w:type="spellEnd"/>
      <w:r w:rsidR="00144281" w:rsidRPr="00144281">
        <w:rPr>
          <w:rFonts w:ascii="Arial" w:hAnsi="Arial" w:cs="Arial"/>
        </w:rPr>
        <w:t xml:space="preserve">, </w:t>
      </w:r>
      <w:proofErr w:type="spellStart"/>
      <w:r w:rsidR="00144281" w:rsidRPr="00144281">
        <w:rPr>
          <w:rFonts w:ascii="Arial" w:hAnsi="Arial" w:cs="Arial"/>
        </w:rPr>
        <w:t>ar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lefelau</w:t>
      </w:r>
      <w:proofErr w:type="spellEnd"/>
      <w:r w:rsidR="00144281" w:rsidRPr="00144281">
        <w:rPr>
          <w:rFonts w:ascii="Arial" w:hAnsi="Arial" w:cs="Arial"/>
        </w:rPr>
        <w:t xml:space="preserve"> is (is </w:t>
      </w:r>
      <w:proofErr w:type="spellStart"/>
      <w:r w:rsidR="00144281" w:rsidRPr="00144281">
        <w:rPr>
          <w:rFonts w:ascii="Arial" w:hAnsi="Arial" w:cs="Arial"/>
        </w:rPr>
        <w:t>na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</w:t>
      </w:r>
      <w:proofErr w:type="spellEnd"/>
      <w:r w:rsidR="00144281" w:rsidRPr="00144281">
        <w:rPr>
          <w:rFonts w:ascii="Arial" w:hAnsi="Arial" w:cs="Arial"/>
        </w:rPr>
        <w:t xml:space="preserve"> 3) ac </w:t>
      </w:r>
      <w:proofErr w:type="spellStart"/>
      <w:r w:rsidR="00144281" w:rsidRPr="00144281">
        <w:rPr>
          <w:rFonts w:ascii="Arial" w:hAnsi="Arial" w:cs="Arial"/>
        </w:rPr>
        <w:t>ar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lefelau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uwch</w:t>
      </w:r>
      <w:proofErr w:type="spellEnd"/>
      <w:r w:rsidR="00144281" w:rsidRPr="00144281">
        <w:rPr>
          <w:rFonts w:ascii="Arial" w:hAnsi="Arial" w:cs="Arial"/>
        </w:rPr>
        <w:t xml:space="preserve"> (</w:t>
      </w:r>
      <w:proofErr w:type="spellStart"/>
      <w:r w:rsidR="00144281" w:rsidRPr="00144281">
        <w:rPr>
          <w:rFonts w:ascii="Arial" w:hAnsi="Arial" w:cs="Arial"/>
        </w:rPr>
        <w:t>uwch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na</w:t>
      </w:r>
      <w:proofErr w:type="spellEnd"/>
      <w:r w:rsidR="00144281" w:rsidRPr="00144281">
        <w:rPr>
          <w:rFonts w:ascii="Arial" w:hAnsi="Arial" w:cs="Arial"/>
        </w:rPr>
        <w:t xml:space="preserve"> </w:t>
      </w:r>
      <w:proofErr w:type="spellStart"/>
      <w:r w:rsidR="00144281" w:rsidRPr="00144281">
        <w:rPr>
          <w:rFonts w:ascii="Arial" w:hAnsi="Arial" w:cs="Arial"/>
        </w:rPr>
        <w:t>lefel</w:t>
      </w:r>
      <w:proofErr w:type="spellEnd"/>
      <w:r w:rsidR="00144281" w:rsidRPr="00144281">
        <w:rPr>
          <w:rFonts w:ascii="Arial" w:hAnsi="Arial" w:cs="Arial"/>
        </w:rPr>
        <w:t xml:space="preserve"> 4)? </w:t>
      </w:r>
    </w:p>
    <w:p w14:paraId="45408F90" w14:textId="172D886E" w:rsidR="0023470B" w:rsidRPr="0042353A" w:rsidRDefault="0023470B">
      <w:pPr>
        <w:spacing w:after="120"/>
        <w:rPr>
          <w:rFonts w:ascii="Arial" w:hAnsi="Arial" w:cs="Arial"/>
        </w:rPr>
      </w:pPr>
    </w:p>
    <w:p w14:paraId="444153FA" w14:textId="7E6F8DE3" w:rsidR="0023470B" w:rsidRPr="0042353A" w:rsidRDefault="0023470B">
      <w:pPr>
        <w:rPr>
          <w:rFonts w:ascii="Arial" w:hAnsi="Arial" w:cs="Arial"/>
        </w:rPr>
      </w:pPr>
    </w:p>
    <w:p w14:paraId="7E626474" w14:textId="0AC23F61" w:rsidR="00671040" w:rsidRPr="00671040" w:rsidRDefault="005C12BE" w:rsidP="00671040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1281CA5D" wp14:editId="7CB3F199">
                <wp:simplePos x="0" y="0"/>
                <wp:positionH relativeFrom="margin">
                  <wp:align>right</wp:align>
                </wp:positionH>
                <wp:positionV relativeFrom="paragraph">
                  <wp:posOffset>789940</wp:posOffset>
                </wp:positionV>
                <wp:extent cx="5924550" cy="1404620"/>
                <wp:effectExtent l="0" t="0" r="19050" b="24130"/>
                <wp:wrapSquare wrapText="bothSides"/>
                <wp:docPr id="11756427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C0C78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81CA5D" id="_x0000_s1033" type="#_x0000_t202" style="position:absolute;margin-left:415.3pt;margin-top:62.2pt;width:466.5pt;height:110.6pt;z-index:25165056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">
                <v:textbox style="mso-fit-shape-to-text:t">
                  <w:txbxContent>
                    <w:p w14:paraId="09EC0C78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671040" w:rsidRPr="00671040">
        <w:rPr>
          <w:rFonts w:ascii="Arial" w:hAnsi="Arial" w:cs="Arial"/>
        </w:rPr>
        <w:t xml:space="preserve">Pa </w:t>
      </w:r>
      <w:proofErr w:type="spellStart"/>
      <w:r w:rsidR="00671040" w:rsidRPr="00671040">
        <w:rPr>
          <w:rFonts w:ascii="Arial" w:hAnsi="Arial" w:cs="Arial"/>
        </w:rPr>
        <w:t>newidiadau</w:t>
      </w:r>
      <w:proofErr w:type="spellEnd"/>
      <w:r w:rsidR="00671040" w:rsidRPr="00671040">
        <w:rPr>
          <w:rFonts w:ascii="Arial" w:hAnsi="Arial" w:cs="Arial"/>
        </w:rPr>
        <w:t xml:space="preserve"> y </w:t>
      </w:r>
      <w:proofErr w:type="spellStart"/>
      <w:r w:rsidR="00671040" w:rsidRPr="00671040">
        <w:rPr>
          <w:rFonts w:ascii="Arial" w:hAnsi="Arial" w:cs="Arial"/>
        </w:rPr>
        <w:t>mae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angen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eu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gwneud</w:t>
      </w:r>
      <w:proofErr w:type="spellEnd"/>
      <w:r w:rsidR="00671040" w:rsidRPr="00671040">
        <w:rPr>
          <w:rFonts w:ascii="Arial" w:hAnsi="Arial" w:cs="Arial"/>
        </w:rPr>
        <w:t xml:space="preserve"> i </w:t>
      </w:r>
      <w:proofErr w:type="spellStart"/>
      <w:r w:rsidR="00671040" w:rsidRPr="00671040">
        <w:rPr>
          <w:rFonts w:ascii="Arial" w:hAnsi="Arial" w:cs="Arial"/>
        </w:rPr>
        <w:t>sicrhau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cyfleoedd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priodol</w:t>
      </w:r>
      <w:proofErr w:type="spellEnd"/>
      <w:r w:rsidR="00671040" w:rsidRPr="00671040">
        <w:rPr>
          <w:rFonts w:ascii="Arial" w:hAnsi="Arial" w:cs="Arial"/>
        </w:rPr>
        <w:t xml:space="preserve"> i </w:t>
      </w:r>
      <w:proofErr w:type="spellStart"/>
      <w:r w:rsidR="00671040" w:rsidRPr="00671040">
        <w:rPr>
          <w:rFonts w:ascii="Arial" w:hAnsi="Arial" w:cs="Arial"/>
        </w:rPr>
        <w:t>oedolion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wella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eu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sgiliau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sylfaenol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mewn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llythrennedd</w:t>
      </w:r>
      <w:proofErr w:type="spellEnd"/>
      <w:r w:rsidR="00671040" w:rsidRPr="00671040">
        <w:rPr>
          <w:rFonts w:ascii="Arial" w:hAnsi="Arial" w:cs="Arial"/>
        </w:rPr>
        <w:t xml:space="preserve">, </w:t>
      </w:r>
      <w:proofErr w:type="spellStart"/>
      <w:r w:rsidR="00671040" w:rsidRPr="00671040">
        <w:rPr>
          <w:rFonts w:ascii="Arial" w:hAnsi="Arial" w:cs="Arial"/>
        </w:rPr>
        <w:t>rhifedd</w:t>
      </w:r>
      <w:proofErr w:type="spellEnd"/>
      <w:r w:rsidR="00671040" w:rsidRPr="00671040">
        <w:rPr>
          <w:rFonts w:ascii="Arial" w:hAnsi="Arial" w:cs="Arial"/>
        </w:rPr>
        <w:t xml:space="preserve"> a </w:t>
      </w:r>
      <w:proofErr w:type="spellStart"/>
      <w:r w:rsidR="00671040" w:rsidRPr="00671040">
        <w:rPr>
          <w:rFonts w:ascii="Arial" w:hAnsi="Arial" w:cs="Arial"/>
        </w:rPr>
        <w:t>llythrennedd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digidol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ochr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yn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ochr</w:t>
      </w:r>
      <w:proofErr w:type="spellEnd"/>
      <w:r w:rsidR="00671040" w:rsidRPr="00671040">
        <w:rPr>
          <w:rFonts w:ascii="Arial" w:hAnsi="Arial" w:cs="Arial"/>
        </w:rPr>
        <w:t xml:space="preserve"> â </w:t>
      </w:r>
      <w:proofErr w:type="spellStart"/>
      <w:r w:rsidR="00671040" w:rsidRPr="00671040">
        <w:rPr>
          <w:rFonts w:ascii="Arial" w:hAnsi="Arial" w:cs="Arial"/>
        </w:rPr>
        <w:t>sgiliau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galwedigaethol</w:t>
      </w:r>
      <w:proofErr w:type="spellEnd"/>
      <w:r w:rsidR="00671040" w:rsidRPr="00671040">
        <w:rPr>
          <w:rFonts w:ascii="Arial" w:hAnsi="Arial" w:cs="Arial"/>
        </w:rPr>
        <w:t xml:space="preserve"> a </w:t>
      </w:r>
      <w:proofErr w:type="spellStart"/>
      <w:r w:rsidR="00671040" w:rsidRPr="00671040">
        <w:rPr>
          <w:rFonts w:ascii="Arial" w:hAnsi="Arial" w:cs="Arial"/>
        </w:rPr>
        <w:t>dysgu</w:t>
      </w:r>
      <w:proofErr w:type="spellEnd"/>
      <w:r w:rsidR="00671040" w:rsidRPr="00671040">
        <w:rPr>
          <w:rFonts w:ascii="Arial" w:hAnsi="Arial" w:cs="Arial"/>
        </w:rPr>
        <w:t xml:space="preserve"> </w:t>
      </w:r>
      <w:proofErr w:type="spellStart"/>
      <w:r w:rsidR="00671040" w:rsidRPr="00671040">
        <w:rPr>
          <w:rFonts w:ascii="Arial" w:hAnsi="Arial" w:cs="Arial"/>
        </w:rPr>
        <w:t>arall</w:t>
      </w:r>
      <w:proofErr w:type="spellEnd"/>
      <w:r w:rsidR="00671040" w:rsidRPr="00671040">
        <w:rPr>
          <w:rFonts w:ascii="Arial" w:hAnsi="Arial" w:cs="Arial"/>
        </w:rPr>
        <w:t>?</w:t>
      </w:r>
    </w:p>
    <w:p w14:paraId="193F7F61" w14:textId="1FB4C16F" w:rsidR="0023470B" w:rsidRPr="0042353A" w:rsidRDefault="0023470B">
      <w:pPr>
        <w:spacing w:after="120"/>
        <w:rPr>
          <w:rFonts w:ascii="Arial" w:hAnsi="Arial" w:cs="Arial"/>
        </w:rPr>
      </w:pPr>
    </w:p>
    <w:p w14:paraId="4AF9C20E" w14:textId="5E8EDD9D" w:rsidR="0023470B" w:rsidRPr="0042353A" w:rsidRDefault="0023470B">
      <w:pPr>
        <w:rPr>
          <w:rFonts w:ascii="Arial" w:hAnsi="Arial" w:cs="Arial"/>
        </w:rPr>
      </w:pPr>
    </w:p>
    <w:p w14:paraId="631CBE57" w14:textId="77777777" w:rsidR="00425246" w:rsidRPr="00425246" w:rsidRDefault="005C12BE" w:rsidP="0042524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2608" behindDoc="0" locked="0" layoutInCell="1" allowOverlap="1" wp14:anchorId="56CAA8F4" wp14:editId="5C6BE2C2">
                <wp:simplePos x="0" y="0"/>
                <wp:positionH relativeFrom="margin">
                  <wp:align>right</wp:align>
                </wp:positionH>
                <wp:positionV relativeFrom="paragraph">
                  <wp:posOffset>537845</wp:posOffset>
                </wp:positionV>
                <wp:extent cx="5924550" cy="1404620"/>
                <wp:effectExtent l="0" t="0" r="19050" b="24130"/>
                <wp:wrapSquare wrapText="bothSides"/>
                <wp:docPr id="13878542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5359D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CAA8F4" id="_x0000_s1034" type="#_x0000_t202" style="position:absolute;margin-left:415.3pt;margin-top:42.35pt;width:466.5pt;height:110.6pt;z-index:2516526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mWTFA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">
                <v:textbox style="mso-fit-shape-to-text:t">
                  <w:txbxContent>
                    <w:p w14:paraId="7B85359D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r w:rsidR="00425246" w:rsidRPr="00425246">
        <w:rPr>
          <w:rFonts w:ascii="Arial" w:hAnsi="Arial" w:cs="Arial"/>
        </w:rPr>
        <w:t xml:space="preserve">Pa </w:t>
      </w:r>
      <w:proofErr w:type="spellStart"/>
      <w:r w:rsidR="00425246" w:rsidRPr="00425246">
        <w:rPr>
          <w:rFonts w:ascii="Arial" w:hAnsi="Arial" w:cs="Arial"/>
        </w:rPr>
        <w:t>wersi</w:t>
      </w:r>
      <w:proofErr w:type="spellEnd"/>
      <w:r w:rsidR="00425246" w:rsidRPr="00425246">
        <w:rPr>
          <w:rFonts w:ascii="Arial" w:hAnsi="Arial" w:cs="Arial"/>
        </w:rPr>
        <w:t xml:space="preserve"> y </w:t>
      </w:r>
      <w:proofErr w:type="spellStart"/>
      <w:r w:rsidR="00425246" w:rsidRPr="00425246">
        <w:rPr>
          <w:rFonts w:ascii="Arial" w:hAnsi="Arial" w:cs="Arial"/>
        </w:rPr>
        <w:t>gellir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eu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dysgu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o'r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rhaglen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Cyfrifon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Dysgu</w:t>
      </w:r>
      <w:proofErr w:type="spellEnd"/>
      <w:r w:rsidR="00425246" w:rsidRPr="00425246">
        <w:rPr>
          <w:rFonts w:ascii="Arial" w:hAnsi="Arial" w:cs="Arial"/>
        </w:rPr>
        <w:t xml:space="preserve"> Personol, a </w:t>
      </w:r>
      <w:proofErr w:type="spellStart"/>
      <w:r w:rsidR="00425246" w:rsidRPr="00425246">
        <w:rPr>
          <w:rFonts w:ascii="Arial" w:hAnsi="Arial" w:cs="Arial"/>
        </w:rPr>
        <w:t>sut</w:t>
      </w:r>
      <w:proofErr w:type="spellEnd"/>
      <w:r w:rsidR="00425246" w:rsidRPr="00425246">
        <w:rPr>
          <w:rFonts w:ascii="Arial" w:hAnsi="Arial" w:cs="Arial"/>
        </w:rPr>
        <w:t xml:space="preserve"> y </w:t>
      </w:r>
      <w:proofErr w:type="spellStart"/>
      <w:r w:rsidR="00425246" w:rsidRPr="00425246">
        <w:rPr>
          <w:rFonts w:ascii="Arial" w:hAnsi="Arial" w:cs="Arial"/>
        </w:rPr>
        <w:t>gellir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gwerthuso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llwyddiannau'r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polisi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hwnnw</w:t>
      </w:r>
      <w:proofErr w:type="spellEnd"/>
      <w:r w:rsidR="00425246" w:rsidRPr="00425246">
        <w:rPr>
          <w:rFonts w:ascii="Arial" w:hAnsi="Arial" w:cs="Arial"/>
        </w:rPr>
        <w:t xml:space="preserve"> ac </w:t>
      </w:r>
      <w:proofErr w:type="spellStart"/>
      <w:r w:rsidR="00425246" w:rsidRPr="00425246">
        <w:rPr>
          <w:rFonts w:ascii="Arial" w:hAnsi="Arial" w:cs="Arial"/>
        </w:rPr>
        <w:t>ehangu</w:t>
      </w:r>
      <w:proofErr w:type="spellEnd"/>
      <w:r w:rsidR="00425246" w:rsidRPr="00425246">
        <w:rPr>
          <w:rFonts w:ascii="Arial" w:hAnsi="Arial" w:cs="Arial"/>
        </w:rPr>
        <w:t xml:space="preserve"> </w:t>
      </w:r>
      <w:proofErr w:type="spellStart"/>
      <w:r w:rsidR="00425246" w:rsidRPr="00425246">
        <w:rPr>
          <w:rFonts w:ascii="Arial" w:hAnsi="Arial" w:cs="Arial"/>
        </w:rPr>
        <w:t>arnynt</w:t>
      </w:r>
      <w:proofErr w:type="spellEnd"/>
      <w:r w:rsidR="00425246" w:rsidRPr="00425246">
        <w:rPr>
          <w:rFonts w:ascii="Arial" w:hAnsi="Arial" w:cs="Arial"/>
        </w:rPr>
        <w:t>?</w:t>
      </w:r>
    </w:p>
    <w:p w14:paraId="556B28D4" w14:textId="5E6E81E0" w:rsidR="0023470B" w:rsidRPr="0042353A" w:rsidRDefault="0023470B">
      <w:pPr>
        <w:rPr>
          <w:rFonts w:ascii="Arial" w:hAnsi="Arial" w:cs="Arial"/>
        </w:rPr>
      </w:pPr>
    </w:p>
    <w:p w14:paraId="02D86464" w14:textId="77777777" w:rsidR="009F1342" w:rsidRPr="009F1342" w:rsidRDefault="005C12BE" w:rsidP="009F1342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7BFB6F7F" wp14:editId="0E7EF4AA">
                <wp:simplePos x="0" y="0"/>
                <wp:positionH relativeFrom="margin">
                  <wp:align>right</wp:align>
                </wp:positionH>
                <wp:positionV relativeFrom="paragraph">
                  <wp:posOffset>782955</wp:posOffset>
                </wp:positionV>
                <wp:extent cx="5924550" cy="1404620"/>
                <wp:effectExtent l="0" t="0" r="19050" b="24130"/>
                <wp:wrapSquare wrapText="bothSides"/>
                <wp:docPr id="21341790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855F6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FB6F7F" id="_x0000_s1035" type="#_x0000_t202" style="position:absolute;margin-left:415.3pt;margin-top:61.65pt;width:466.5pt;height:110.6pt;z-index:25165465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QtlFAIAACc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">
                <v:textbox style="mso-fit-shape-to-text:t">
                  <w:txbxContent>
                    <w:p w14:paraId="4C6855F6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r w:rsidR="009F1342" w:rsidRPr="009F1342">
        <w:rPr>
          <w:rFonts w:ascii="Arial" w:hAnsi="Arial" w:cs="Arial"/>
        </w:rPr>
        <w:t xml:space="preserve">Pa </w:t>
      </w:r>
      <w:proofErr w:type="spellStart"/>
      <w:r w:rsidR="009F1342" w:rsidRPr="009F1342">
        <w:rPr>
          <w:rFonts w:ascii="Arial" w:hAnsi="Arial" w:cs="Arial"/>
        </w:rPr>
        <w:t>addysg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bellach</w:t>
      </w:r>
      <w:proofErr w:type="spellEnd"/>
      <w:r w:rsidR="009F1342" w:rsidRPr="009F1342">
        <w:rPr>
          <w:rFonts w:ascii="Arial" w:hAnsi="Arial" w:cs="Arial"/>
        </w:rPr>
        <w:t xml:space="preserve"> a </w:t>
      </w:r>
      <w:proofErr w:type="spellStart"/>
      <w:r w:rsidR="009F1342" w:rsidRPr="009F1342">
        <w:rPr>
          <w:rFonts w:ascii="Arial" w:hAnsi="Arial" w:cs="Arial"/>
        </w:rPr>
        <w:t>hyfforddiant</w:t>
      </w:r>
      <w:proofErr w:type="spellEnd"/>
      <w:r w:rsidR="009F1342" w:rsidRPr="009F1342">
        <w:rPr>
          <w:rFonts w:ascii="Arial" w:hAnsi="Arial" w:cs="Arial"/>
        </w:rPr>
        <w:t xml:space="preserve"> i </w:t>
      </w:r>
      <w:proofErr w:type="spellStart"/>
      <w:r w:rsidR="009F1342" w:rsidRPr="009F1342">
        <w:rPr>
          <w:rFonts w:ascii="Arial" w:hAnsi="Arial" w:cs="Arial"/>
        </w:rPr>
        <w:t>oedolion</w:t>
      </w:r>
      <w:proofErr w:type="spellEnd"/>
      <w:r w:rsidR="009F1342" w:rsidRPr="009F1342">
        <w:rPr>
          <w:rFonts w:ascii="Arial" w:hAnsi="Arial" w:cs="Arial"/>
        </w:rPr>
        <w:t xml:space="preserve"> 19 </w:t>
      </w:r>
      <w:proofErr w:type="spellStart"/>
      <w:r w:rsidR="009F1342" w:rsidRPr="009F1342">
        <w:rPr>
          <w:rFonts w:ascii="Arial" w:hAnsi="Arial" w:cs="Arial"/>
        </w:rPr>
        <w:t>oed</w:t>
      </w:r>
      <w:proofErr w:type="spellEnd"/>
      <w:r w:rsidR="009F1342" w:rsidRPr="009F1342">
        <w:rPr>
          <w:rFonts w:ascii="Arial" w:hAnsi="Arial" w:cs="Arial"/>
        </w:rPr>
        <w:t xml:space="preserve"> a </w:t>
      </w:r>
      <w:proofErr w:type="spellStart"/>
      <w:r w:rsidR="009F1342" w:rsidRPr="009F1342">
        <w:rPr>
          <w:rFonts w:ascii="Arial" w:hAnsi="Arial" w:cs="Arial"/>
        </w:rPr>
        <w:t>hŷn</w:t>
      </w:r>
      <w:proofErr w:type="spellEnd"/>
      <w:r w:rsidR="009F1342" w:rsidRPr="009F1342">
        <w:rPr>
          <w:rFonts w:ascii="Arial" w:hAnsi="Arial" w:cs="Arial"/>
        </w:rPr>
        <w:t xml:space="preserve"> y </w:t>
      </w:r>
      <w:proofErr w:type="spellStart"/>
      <w:r w:rsidR="009F1342" w:rsidRPr="009F1342">
        <w:rPr>
          <w:rFonts w:ascii="Arial" w:hAnsi="Arial" w:cs="Arial"/>
        </w:rPr>
        <w:t>dylid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eu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blaenoriaethu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i'w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cynnwys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mewn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rheoliadau</w:t>
      </w:r>
      <w:proofErr w:type="spellEnd"/>
      <w:r w:rsidR="009F1342" w:rsidRPr="009F1342">
        <w:rPr>
          <w:rFonts w:ascii="Arial" w:hAnsi="Arial" w:cs="Arial"/>
        </w:rPr>
        <w:t xml:space="preserve"> a </w:t>
      </w:r>
      <w:proofErr w:type="spellStart"/>
      <w:r w:rsidR="009F1342" w:rsidRPr="009F1342">
        <w:rPr>
          <w:rFonts w:ascii="Arial" w:hAnsi="Arial" w:cs="Arial"/>
        </w:rPr>
        <w:t>fydd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yn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cael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eu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gwneud</w:t>
      </w:r>
      <w:proofErr w:type="spellEnd"/>
      <w:r w:rsidR="009F1342" w:rsidRPr="009F1342">
        <w:rPr>
          <w:rFonts w:ascii="Arial" w:hAnsi="Arial" w:cs="Arial"/>
        </w:rPr>
        <w:t xml:space="preserve"> o dan </w:t>
      </w:r>
      <w:proofErr w:type="spellStart"/>
      <w:r w:rsidR="009F1342" w:rsidRPr="009F1342">
        <w:rPr>
          <w:rFonts w:ascii="Arial" w:hAnsi="Arial" w:cs="Arial"/>
        </w:rPr>
        <w:t>adran</w:t>
      </w:r>
      <w:proofErr w:type="spellEnd"/>
      <w:r w:rsidR="009F1342" w:rsidRPr="009F1342">
        <w:rPr>
          <w:rFonts w:ascii="Arial" w:hAnsi="Arial" w:cs="Arial"/>
        </w:rPr>
        <w:t xml:space="preserve"> 94 </w:t>
      </w:r>
      <w:proofErr w:type="spellStart"/>
      <w:r w:rsidR="009F1342" w:rsidRPr="009F1342">
        <w:rPr>
          <w:rFonts w:ascii="Arial" w:hAnsi="Arial" w:cs="Arial"/>
        </w:rPr>
        <w:t>o'r</w:t>
      </w:r>
      <w:proofErr w:type="spellEnd"/>
      <w:r w:rsidR="009F1342" w:rsidRPr="009F1342">
        <w:rPr>
          <w:rFonts w:ascii="Arial" w:hAnsi="Arial" w:cs="Arial"/>
        </w:rPr>
        <w:t xml:space="preserve"> </w:t>
      </w:r>
      <w:proofErr w:type="spellStart"/>
      <w:r w:rsidR="009F1342" w:rsidRPr="009F1342">
        <w:rPr>
          <w:rFonts w:ascii="Arial" w:hAnsi="Arial" w:cs="Arial"/>
        </w:rPr>
        <w:t>Ddeddf</w:t>
      </w:r>
      <w:proofErr w:type="spellEnd"/>
      <w:r w:rsidR="009F1342" w:rsidRPr="009F1342">
        <w:rPr>
          <w:rFonts w:ascii="Arial" w:hAnsi="Arial" w:cs="Arial"/>
        </w:rPr>
        <w:t xml:space="preserve"> Addysg </w:t>
      </w:r>
      <w:proofErr w:type="spellStart"/>
      <w:r w:rsidR="009F1342" w:rsidRPr="009F1342">
        <w:rPr>
          <w:rFonts w:ascii="Arial" w:hAnsi="Arial" w:cs="Arial"/>
        </w:rPr>
        <w:t>Drydyddol</w:t>
      </w:r>
      <w:proofErr w:type="spellEnd"/>
      <w:r w:rsidR="009F1342" w:rsidRPr="009F1342">
        <w:rPr>
          <w:rFonts w:ascii="Arial" w:hAnsi="Arial" w:cs="Arial"/>
        </w:rPr>
        <w:t xml:space="preserve"> ac </w:t>
      </w:r>
      <w:proofErr w:type="spellStart"/>
      <w:r w:rsidR="009F1342" w:rsidRPr="009F1342">
        <w:rPr>
          <w:rFonts w:ascii="Arial" w:hAnsi="Arial" w:cs="Arial"/>
        </w:rPr>
        <w:t>Ymchwil</w:t>
      </w:r>
      <w:proofErr w:type="spellEnd"/>
      <w:r w:rsidR="009F1342" w:rsidRPr="009F1342">
        <w:rPr>
          <w:rFonts w:ascii="Arial" w:hAnsi="Arial" w:cs="Arial"/>
        </w:rPr>
        <w:t>?</w:t>
      </w:r>
    </w:p>
    <w:p w14:paraId="0B0A2008" w14:textId="429000A8" w:rsidR="0023470B" w:rsidRPr="0042353A" w:rsidRDefault="0023470B">
      <w:pPr>
        <w:spacing w:after="120"/>
        <w:rPr>
          <w:rFonts w:ascii="Arial" w:hAnsi="Arial" w:cs="Arial"/>
        </w:rPr>
      </w:pPr>
    </w:p>
    <w:p w14:paraId="76E81A7C" w14:textId="77777777" w:rsidR="0032077B" w:rsidRDefault="0032077B">
      <w:pPr>
        <w:spacing w:after="120"/>
        <w:rPr>
          <w:rFonts w:ascii="Arial" w:hAnsi="Arial" w:cs="Arial"/>
          <w:b/>
          <w:sz w:val="32"/>
          <w:szCs w:val="32"/>
        </w:rPr>
      </w:pPr>
      <w:proofErr w:type="spellStart"/>
      <w:r w:rsidRPr="0032077B">
        <w:rPr>
          <w:rFonts w:ascii="Arial" w:hAnsi="Arial" w:cs="Arial"/>
          <w:b/>
          <w:sz w:val="32"/>
          <w:szCs w:val="32"/>
        </w:rPr>
        <w:t>Cystadleuaeth</w:t>
      </w:r>
      <w:proofErr w:type="spellEnd"/>
      <w:r w:rsidRPr="0032077B">
        <w:rPr>
          <w:rFonts w:ascii="Arial" w:hAnsi="Arial" w:cs="Arial"/>
          <w:b/>
          <w:sz w:val="32"/>
          <w:szCs w:val="32"/>
        </w:rPr>
        <w:t xml:space="preserve"> a </w:t>
      </w:r>
      <w:proofErr w:type="spellStart"/>
      <w:r w:rsidRPr="0032077B">
        <w:rPr>
          <w:rFonts w:ascii="Arial" w:hAnsi="Arial" w:cs="Arial"/>
          <w:b/>
          <w:sz w:val="32"/>
          <w:szCs w:val="32"/>
        </w:rPr>
        <w:t>chydweithio</w:t>
      </w:r>
      <w:proofErr w:type="spellEnd"/>
    </w:p>
    <w:p w14:paraId="4E0706DB" w14:textId="77777777" w:rsidR="004756E2" w:rsidRPr="004756E2" w:rsidRDefault="005C12BE" w:rsidP="004756E2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46E6430D" wp14:editId="20B72976">
                <wp:simplePos x="0" y="0"/>
                <wp:positionH relativeFrom="margin">
                  <wp:align>right</wp:align>
                </wp:positionH>
                <wp:positionV relativeFrom="paragraph">
                  <wp:posOffset>537210</wp:posOffset>
                </wp:positionV>
                <wp:extent cx="5924550" cy="1404620"/>
                <wp:effectExtent l="0" t="0" r="19050" b="24130"/>
                <wp:wrapSquare wrapText="bothSides"/>
                <wp:docPr id="5166107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D4825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E6430D" id="_x0000_s1036" type="#_x0000_t202" style="position:absolute;margin-left:415.3pt;margin-top:42.3pt;width:466.5pt;height:110.6pt;z-index:25165670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fMq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">
                <v:textbox style="mso-fit-shape-to-text:t">
                  <w:txbxContent>
                    <w:p w14:paraId="0DFD4825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4756E2" w:rsidRPr="004756E2">
        <w:rPr>
          <w:rFonts w:ascii="Arial" w:hAnsi="Arial" w:cs="Arial"/>
        </w:rPr>
        <w:t xml:space="preserve">Beth </w:t>
      </w:r>
      <w:proofErr w:type="spellStart"/>
      <w:r w:rsidR="004756E2" w:rsidRPr="004756E2">
        <w:rPr>
          <w:rFonts w:ascii="Arial" w:hAnsi="Arial" w:cs="Arial"/>
        </w:rPr>
        <w:t>yw'r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rhwystrau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presennol</w:t>
      </w:r>
      <w:proofErr w:type="spellEnd"/>
      <w:r w:rsidR="004756E2" w:rsidRPr="004756E2">
        <w:rPr>
          <w:rFonts w:ascii="Arial" w:hAnsi="Arial" w:cs="Arial"/>
        </w:rPr>
        <w:t xml:space="preserve"> i </w:t>
      </w:r>
      <w:proofErr w:type="spellStart"/>
      <w:r w:rsidR="004756E2" w:rsidRPr="004756E2">
        <w:rPr>
          <w:rFonts w:ascii="Arial" w:hAnsi="Arial" w:cs="Arial"/>
        </w:rPr>
        <w:t>fwy</w:t>
      </w:r>
      <w:proofErr w:type="spellEnd"/>
      <w:r w:rsidR="004756E2" w:rsidRPr="004756E2">
        <w:rPr>
          <w:rFonts w:ascii="Arial" w:hAnsi="Arial" w:cs="Arial"/>
        </w:rPr>
        <w:t xml:space="preserve"> o </w:t>
      </w:r>
      <w:proofErr w:type="spellStart"/>
      <w:r w:rsidR="004756E2" w:rsidRPr="004756E2">
        <w:rPr>
          <w:rFonts w:ascii="Arial" w:hAnsi="Arial" w:cs="Arial"/>
        </w:rPr>
        <w:t>gydweithio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rhwng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darparwyr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addysg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drydyddol</w:t>
      </w:r>
      <w:proofErr w:type="spellEnd"/>
      <w:r w:rsidR="004756E2" w:rsidRPr="004756E2">
        <w:rPr>
          <w:rFonts w:ascii="Arial" w:hAnsi="Arial" w:cs="Arial"/>
        </w:rPr>
        <w:t xml:space="preserve">? Beth </w:t>
      </w:r>
      <w:proofErr w:type="spellStart"/>
      <w:r w:rsidR="004756E2" w:rsidRPr="004756E2">
        <w:rPr>
          <w:rFonts w:ascii="Arial" w:hAnsi="Arial" w:cs="Arial"/>
        </w:rPr>
        <w:t>sy'n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galluogi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cydweithio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effeithiol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ar</w:t>
      </w:r>
      <w:proofErr w:type="spellEnd"/>
      <w:r w:rsidR="004756E2" w:rsidRPr="004756E2">
        <w:rPr>
          <w:rFonts w:ascii="Arial" w:hAnsi="Arial" w:cs="Arial"/>
        </w:rPr>
        <w:t xml:space="preserve"> </w:t>
      </w:r>
      <w:proofErr w:type="spellStart"/>
      <w:r w:rsidR="004756E2" w:rsidRPr="004756E2">
        <w:rPr>
          <w:rFonts w:ascii="Arial" w:hAnsi="Arial" w:cs="Arial"/>
        </w:rPr>
        <w:t>hyn</w:t>
      </w:r>
      <w:proofErr w:type="spellEnd"/>
      <w:r w:rsidR="004756E2" w:rsidRPr="004756E2">
        <w:rPr>
          <w:rFonts w:ascii="Arial" w:hAnsi="Arial" w:cs="Arial"/>
        </w:rPr>
        <w:t xml:space="preserve"> o </w:t>
      </w:r>
      <w:proofErr w:type="spellStart"/>
      <w:r w:rsidR="004756E2" w:rsidRPr="004756E2">
        <w:rPr>
          <w:rFonts w:ascii="Arial" w:hAnsi="Arial" w:cs="Arial"/>
        </w:rPr>
        <w:t>bryd</w:t>
      </w:r>
      <w:proofErr w:type="spellEnd"/>
      <w:r w:rsidR="004756E2" w:rsidRPr="004756E2">
        <w:rPr>
          <w:rFonts w:ascii="Arial" w:hAnsi="Arial" w:cs="Arial"/>
        </w:rPr>
        <w:t>?</w:t>
      </w:r>
    </w:p>
    <w:p w14:paraId="3FFA3EC5" w14:textId="7E9EF112" w:rsidR="0023470B" w:rsidRPr="0042353A" w:rsidRDefault="0023470B">
      <w:pPr>
        <w:spacing w:after="120"/>
        <w:rPr>
          <w:rFonts w:ascii="Arial" w:hAnsi="Arial" w:cs="Arial"/>
        </w:rPr>
      </w:pPr>
    </w:p>
    <w:p w14:paraId="4836B2D7" w14:textId="77777777" w:rsidR="00034B13" w:rsidRPr="00034B13" w:rsidRDefault="005C12BE" w:rsidP="00034B13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592D81AF" wp14:editId="4B71593C">
                <wp:simplePos x="0" y="0"/>
                <wp:positionH relativeFrom="margin">
                  <wp:align>right</wp:align>
                </wp:positionH>
                <wp:positionV relativeFrom="paragraph">
                  <wp:posOffset>1010285</wp:posOffset>
                </wp:positionV>
                <wp:extent cx="5924550" cy="1404620"/>
                <wp:effectExtent l="0" t="0" r="19050" b="24130"/>
                <wp:wrapSquare wrapText="bothSides"/>
                <wp:docPr id="11365401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F7673A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2D81AF" id="_x0000_s1037" type="#_x0000_t202" style="position:absolute;margin-left:415.3pt;margin-top:79.55pt;width:466.5pt;height:110.6pt;z-index:25165875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p3c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">
                <v:textbox style="mso-fit-shape-to-text:t">
                  <w:txbxContent>
                    <w:p w14:paraId="4DF7673A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r w:rsidR="00034B13" w:rsidRPr="00034B13">
        <w:rPr>
          <w:rFonts w:ascii="Arial" w:hAnsi="Arial" w:cs="Arial"/>
        </w:rPr>
        <w:t xml:space="preserve">A </w:t>
      </w:r>
      <w:proofErr w:type="spellStart"/>
      <w:r w:rsidR="00034B13" w:rsidRPr="00034B13">
        <w:rPr>
          <w:rFonts w:ascii="Arial" w:hAnsi="Arial" w:cs="Arial"/>
        </w:rPr>
        <w:t>oes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rhagor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enghreifftiau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ysgolion</w:t>
      </w:r>
      <w:proofErr w:type="spellEnd"/>
      <w:r w:rsidR="00034B13" w:rsidRPr="00034B13">
        <w:rPr>
          <w:rFonts w:ascii="Arial" w:hAnsi="Arial" w:cs="Arial"/>
        </w:rPr>
        <w:t xml:space="preserve"> a </w:t>
      </w:r>
      <w:proofErr w:type="spellStart"/>
      <w:r w:rsidR="00034B13" w:rsidRPr="00034B13">
        <w:rPr>
          <w:rFonts w:ascii="Arial" w:hAnsi="Arial" w:cs="Arial"/>
        </w:rPr>
        <w:t>cholegau'n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cydweithio</w:t>
      </w:r>
      <w:proofErr w:type="spellEnd"/>
      <w:r w:rsidR="00034B13" w:rsidRPr="00034B13">
        <w:rPr>
          <w:rFonts w:ascii="Arial" w:hAnsi="Arial" w:cs="Arial"/>
        </w:rPr>
        <w:t xml:space="preserve"> i </w:t>
      </w:r>
      <w:proofErr w:type="spellStart"/>
      <w:r w:rsidR="00034B13" w:rsidRPr="00034B13">
        <w:rPr>
          <w:rFonts w:ascii="Arial" w:hAnsi="Arial" w:cs="Arial"/>
        </w:rPr>
        <w:t>gynnal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cwricwlwm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eang</w:t>
      </w:r>
      <w:proofErr w:type="spellEnd"/>
      <w:r w:rsidR="00034B13" w:rsidRPr="00034B13">
        <w:rPr>
          <w:rFonts w:ascii="Arial" w:hAnsi="Arial" w:cs="Arial"/>
        </w:rPr>
        <w:t xml:space="preserve"> a </w:t>
      </w:r>
      <w:proofErr w:type="spellStart"/>
      <w:r w:rsidR="00034B13" w:rsidRPr="00034B13">
        <w:rPr>
          <w:rFonts w:ascii="Arial" w:hAnsi="Arial" w:cs="Arial"/>
        </w:rPr>
        <w:t>hygyrch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mewn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addysg</w:t>
      </w:r>
      <w:proofErr w:type="spellEnd"/>
      <w:r w:rsidR="00034B13" w:rsidRPr="00034B13">
        <w:rPr>
          <w:rFonts w:ascii="Arial" w:hAnsi="Arial" w:cs="Arial"/>
        </w:rPr>
        <w:t xml:space="preserve"> ôl-16 ac i </w:t>
      </w:r>
      <w:proofErr w:type="spellStart"/>
      <w:r w:rsidR="00034B13" w:rsidRPr="00034B13">
        <w:rPr>
          <w:rFonts w:ascii="Arial" w:hAnsi="Arial" w:cs="Arial"/>
        </w:rPr>
        <w:t>wella'r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pontio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rhwng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addysg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cyn</w:t>
      </w:r>
      <w:proofErr w:type="spellEnd"/>
      <w:r w:rsidR="00034B13" w:rsidRPr="00034B13">
        <w:rPr>
          <w:rFonts w:ascii="Arial" w:hAnsi="Arial" w:cs="Arial"/>
        </w:rPr>
        <w:t xml:space="preserve"> ac ôl-16? A </w:t>
      </w:r>
      <w:proofErr w:type="spellStart"/>
      <w:r w:rsidR="00034B13" w:rsidRPr="00034B13">
        <w:rPr>
          <w:rFonts w:ascii="Arial" w:hAnsi="Arial" w:cs="Arial"/>
        </w:rPr>
        <w:t>oes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rhagor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enghreifftiau</w:t>
      </w:r>
      <w:proofErr w:type="spellEnd"/>
      <w:r w:rsidR="00034B13" w:rsidRPr="00034B13">
        <w:rPr>
          <w:rFonts w:ascii="Arial" w:hAnsi="Arial" w:cs="Arial"/>
        </w:rPr>
        <w:t xml:space="preserve"> o </w:t>
      </w:r>
      <w:proofErr w:type="spellStart"/>
      <w:r w:rsidR="00034B13" w:rsidRPr="00034B13">
        <w:rPr>
          <w:rFonts w:ascii="Arial" w:hAnsi="Arial" w:cs="Arial"/>
        </w:rPr>
        <w:t>brifysgolion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yn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cydweithio</w:t>
      </w:r>
      <w:proofErr w:type="spellEnd"/>
      <w:r w:rsidR="00034B13" w:rsidRPr="00034B13">
        <w:rPr>
          <w:rFonts w:ascii="Arial" w:hAnsi="Arial" w:cs="Arial"/>
        </w:rPr>
        <w:t xml:space="preserve"> i </w:t>
      </w:r>
      <w:proofErr w:type="spellStart"/>
      <w:r w:rsidR="00034B13" w:rsidRPr="00034B13">
        <w:rPr>
          <w:rFonts w:ascii="Arial" w:hAnsi="Arial" w:cs="Arial"/>
        </w:rPr>
        <w:t>gyflwyno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darpariaeth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gradd</w:t>
      </w:r>
      <w:proofErr w:type="spellEnd"/>
      <w:r w:rsidR="00034B13" w:rsidRPr="00034B13">
        <w:rPr>
          <w:rFonts w:ascii="Arial" w:hAnsi="Arial" w:cs="Arial"/>
        </w:rPr>
        <w:t xml:space="preserve">? A </w:t>
      </w:r>
      <w:proofErr w:type="spellStart"/>
      <w:r w:rsidR="00034B13" w:rsidRPr="00034B13">
        <w:rPr>
          <w:rFonts w:ascii="Arial" w:hAnsi="Arial" w:cs="Arial"/>
        </w:rPr>
        <w:t>ellir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datblygu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hyn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ymhellach</w:t>
      </w:r>
      <w:proofErr w:type="spellEnd"/>
      <w:r w:rsidR="00034B13" w:rsidRPr="00034B13">
        <w:rPr>
          <w:rFonts w:ascii="Arial" w:hAnsi="Arial" w:cs="Arial"/>
        </w:rPr>
        <w:t xml:space="preserve"> i </w:t>
      </w:r>
      <w:proofErr w:type="spellStart"/>
      <w:r w:rsidR="00034B13" w:rsidRPr="00034B13">
        <w:rPr>
          <w:rFonts w:ascii="Arial" w:hAnsi="Arial" w:cs="Arial"/>
        </w:rPr>
        <w:t>ddiogelu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meysydd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pwnc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sydd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mewn</w:t>
      </w:r>
      <w:proofErr w:type="spellEnd"/>
      <w:r w:rsidR="00034B13" w:rsidRPr="00034B13">
        <w:rPr>
          <w:rFonts w:ascii="Arial" w:hAnsi="Arial" w:cs="Arial"/>
        </w:rPr>
        <w:t xml:space="preserve"> </w:t>
      </w:r>
      <w:proofErr w:type="spellStart"/>
      <w:r w:rsidR="00034B13" w:rsidRPr="00034B13">
        <w:rPr>
          <w:rFonts w:ascii="Arial" w:hAnsi="Arial" w:cs="Arial"/>
        </w:rPr>
        <w:t>perygl</w:t>
      </w:r>
      <w:proofErr w:type="spellEnd"/>
      <w:r w:rsidR="00034B13" w:rsidRPr="00034B13">
        <w:rPr>
          <w:rFonts w:ascii="Arial" w:hAnsi="Arial" w:cs="Arial"/>
        </w:rPr>
        <w:t>?</w:t>
      </w:r>
    </w:p>
    <w:p w14:paraId="0CAC9027" w14:textId="7577B679" w:rsidR="0023470B" w:rsidRPr="0042353A" w:rsidRDefault="0023470B">
      <w:pPr>
        <w:spacing w:after="120"/>
        <w:rPr>
          <w:rFonts w:ascii="Arial" w:hAnsi="Arial" w:cs="Arial"/>
        </w:rPr>
      </w:pPr>
    </w:p>
    <w:p w14:paraId="24D3CDF6" w14:textId="71D73CAE" w:rsidR="0023470B" w:rsidRPr="0042353A" w:rsidRDefault="005C12BE" w:rsidP="005858C1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70C4838C" wp14:editId="4389078A">
                <wp:simplePos x="0" y="0"/>
                <wp:positionH relativeFrom="margin">
                  <wp:align>right</wp:align>
                </wp:positionH>
                <wp:positionV relativeFrom="paragraph">
                  <wp:posOffset>1029335</wp:posOffset>
                </wp:positionV>
                <wp:extent cx="5924550" cy="1404620"/>
                <wp:effectExtent l="0" t="0" r="19050" b="24130"/>
                <wp:wrapSquare wrapText="bothSides"/>
                <wp:docPr id="60519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34AC14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C4838C" id="_x0000_s1038" type="#_x0000_t202" style="position:absolute;margin-left:415.3pt;margin-top:81.05pt;width:466.5pt;height:110.6pt;z-index:25166080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F8dFQIAACg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">
                <v:textbox style="mso-fit-shape-to-text:t">
                  <w:txbxContent>
                    <w:p w14:paraId="6634AC14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5858C1" w:rsidRPr="005858C1">
        <w:rPr>
          <w:rFonts w:ascii="Arial" w:hAnsi="Arial" w:cs="Arial"/>
        </w:rPr>
        <w:t xml:space="preserve">Beth </w:t>
      </w:r>
      <w:proofErr w:type="spellStart"/>
      <w:r w:rsidR="005858C1" w:rsidRPr="005858C1">
        <w:rPr>
          <w:rFonts w:ascii="Arial" w:hAnsi="Arial" w:cs="Arial"/>
        </w:rPr>
        <w:t>yw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manteision</w:t>
      </w:r>
      <w:proofErr w:type="spellEnd"/>
      <w:r w:rsidR="005858C1" w:rsidRPr="005858C1">
        <w:rPr>
          <w:rFonts w:ascii="Arial" w:hAnsi="Arial" w:cs="Arial"/>
        </w:rPr>
        <w:t xml:space="preserve"> ac </w:t>
      </w:r>
      <w:proofErr w:type="spellStart"/>
      <w:r w:rsidR="005858C1" w:rsidRPr="005858C1">
        <w:rPr>
          <w:rFonts w:ascii="Arial" w:hAnsi="Arial" w:cs="Arial"/>
        </w:rPr>
        <w:t>anfanteision</w:t>
      </w:r>
      <w:proofErr w:type="spellEnd"/>
      <w:r w:rsidR="005858C1" w:rsidRPr="005858C1">
        <w:rPr>
          <w:rFonts w:ascii="Arial" w:hAnsi="Arial" w:cs="Arial"/>
        </w:rPr>
        <w:t xml:space="preserve"> y </w:t>
      </w:r>
      <w:proofErr w:type="spellStart"/>
      <w:r w:rsidR="005858C1" w:rsidRPr="005858C1">
        <w:rPr>
          <w:rFonts w:ascii="Arial" w:hAnsi="Arial" w:cs="Arial"/>
        </w:rPr>
        <w:t>farchnad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heb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ei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chapio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ar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gyfer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israddedigion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cartref</w:t>
      </w:r>
      <w:proofErr w:type="spellEnd"/>
      <w:r w:rsidR="005858C1" w:rsidRPr="005858C1">
        <w:rPr>
          <w:rFonts w:ascii="Arial" w:hAnsi="Arial" w:cs="Arial"/>
        </w:rPr>
        <w:t xml:space="preserve">, i </w:t>
      </w:r>
      <w:proofErr w:type="spellStart"/>
      <w:r w:rsidR="005858C1" w:rsidRPr="005858C1">
        <w:rPr>
          <w:rFonts w:ascii="Arial" w:hAnsi="Arial" w:cs="Arial"/>
        </w:rPr>
        <w:t>fyfyrwyr</w:t>
      </w:r>
      <w:proofErr w:type="spellEnd"/>
      <w:r w:rsidR="005858C1" w:rsidRPr="005858C1">
        <w:rPr>
          <w:rFonts w:ascii="Arial" w:hAnsi="Arial" w:cs="Arial"/>
        </w:rPr>
        <w:t xml:space="preserve"> ac i </w:t>
      </w:r>
      <w:proofErr w:type="spellStart"/>
      <w:r w:rsidR="005858C1" w:rsidRPr="005858C1">
        <w:rPr>
          <w:rFonts w:ascii="Arial" w:hAnsi="Arial" w:cs="Arial"/>
        </w:rPr>
        <w:t>sefydliadau</w:t>
      </w:r>
      <w:proofErr w:type="spellEnd"/>
      <w:r w:rsidR="005858C1" w:rsidRPr="005858C1">
        <w:rPr>
          <w:rFonts w:ascii="Arial" w:hAnsi="Arial" w:cs="Arial"/>
        </w:rPr>
        <w:t xml:space="preserve">? Sut </w:t>
      </w:r>
      <w:proofErr w:type="spellStart"/>
      <w:r w:rsidR="005858C1" w:rsidRPr="005858C1">
        <w:rPr>
          <w:rFonts w:ascii="Arial" w:hAnsi="Arial" w:cs="Arial"/>
        </w:rPr>
        <w:t>mae'r</w:t>
      </w:r>
      <w:proofErr w:type="spellEnd"/>
      <w:r w:rsidR="005858C1" w:rsidRPr="005858C1">
        <w:rPr>
          <w:rFonts w:ascii="Arial" w:hAnsi="Arial" w:cs="Arial"/>
        </w:rPr>
        <w:t xml:space="preserve"> sector </w:t>
      </w:r>
      <w:proofErr w:type="spellStart"/>
      <w:r w:rsidR="005858C1" w:rsidRPr="005858C1">
        <w:rPr>
          <w:rFonts w:ascii="Arial" w:hAnsi="Arial" w:cs="Arial"/>
        </w:rPr>
        <w:t>addysg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uwch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yn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disgwyl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i'r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farchnad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ddatblygu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yn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ystod</w:t>
      </w:r>
      <w:proofErr w:type="spellEnd"/>
      <w:r w:rsidR="005858C1" w:rsidRPr="005858C1">
        <w:rPr>
          <w:rFonts w:ascii="Arial" w:hAnsi="Arial" w:cs="Arial"/>
        </w:rPr>
        <w:t xml:space="preserve"> y </w:t>
      </w:r>
      <w:proofErr w:type="spellStart"/>
      <w:r w:rsidR="005858C1" w:rsidRPr="005858C1">
        <w:rPr>
          <w:rFonts w:ascii="Arial" w:hAnsi="Arial" w:cs="Arial"/>
        </w:rPr>
        <w:t>degawd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nesaf</w:t>
      </w:r>
      <w:proofErr w:type="spellEnd"/>
      <w:r w:rsidR="005858C1" w:rsidRPr="005858C1">
        <w:rPr>
          <w:rFonts w:ascii="Arial" w:hAnsi="Arial" w:cs="Arial"/>
        </w:rPr>
        <w:t xml:space="preserve">, </w:t>
      </w:r>
      <w:proofErr w:type="spellStart"/>
      <w:r w:rsidR="005858C1" w:rsidRPr="005858C1">
        <w:rPr>
          <w:rFonts w:ascii="Arial" w:hAnsi="Arial" w:cs="Arial"/>
        </w:rPr>
        <w:t>yn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enwedig</w:t>
      </w:r>
      <w:proofErr w:type="spellEnd"/>
      <w:r w:rsidR="005858C1" w:rsidRPr="005858C1">
        <w:rPr>
          <w:rFonts w:ascii="Arial" w:hAnsi="Arial" w:cs="Arial"/>
        </w:rPr>
        <w:t xml:space="preserve"> pan </w:t>
      </w:r>
      <w:proofErr w:type="spellStart"/>
      <w:r w:rsidR="005858C1" w:rsidRPr="005858C1">
        <w:rPr>
          <w:rFonts w:ascii="Arial" w:hAnsi="Arial" w:cs="Arial"/>
        </w:rPr>
        <w:t>fydd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nifer</w:t>
      </w:r>
      <w:proofErr w:type="spellEnd"/>
      <w:r w:rsidR="005858C1" w:rsidRPr="005858C1">
        <w:rPr>
          <w:rFonts w:ascii="Arial" w:hAnsi="Arial" w:cs="Arial"/>
        </w:rPr>
        <w:t xml:space="preserve"> y </w:t>
      </w:r>
      <w:proofErr w:type="spellStart"/>
      <w:r w:rsidR="005858C1" w:rsidRPr="005858C1">
        <w:rPr>
          <w:rFonts w:ascii="Arial" w:hAnsi="Arial" w:cs="Arial"/>
        </w:rPr>
        <w:t>bobl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ifanc</w:t>
      </w:r>
      <w:proofErr w:type="spellEnd"/>
      <w:r w:rsidR="005858C1" w:rsidRPr="005858C1">
        <w:rPr>
          <w:rFonts w:ascii="Arial" w:hAnsi="Arial" w:cs="Arial"/>
        </w:rPr>
        <w:t xml:space="preserve"> 18 </w:t>
      </w:r>
      <w:proofErr w:type="spellStart"/>
      <w:r w:rsidR="005858C1" w:rsidRPr="005858C1">
        <w:rPr>
          <w:rFonts w:ascii="Arial" w:hAnsi="Arial" w:cs="Arial"/>
        </w:rPr>
        <w:t>oed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yn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dechrau</w:t>
      </w:r>
      <w:proofErr w:type="spellEnd"/>
      <w:r w:rsidR="005858C1" w:rsidRPr="005858C1">
        <w:rPr>
          <w:rFonts w:ascii="Arial" w:hAnsi="Arial" w:cs="Arial"/>
        </w:rPr>
        <w:t xml:space="preserve"> </w:t>
      </w:r>
      <w:proofErr w:type="spellStart"/>
      <w:r w:rsidR="005858C1" w:rsidRPr="005858C1">
        <w:rPr>
          <w:rFonts w:ascii="Arial" w:hAnsi="Arial" w:cs="Arial"/>
        </w:rPr>
        <w:t>gostwng</w:t>
      </w:r>
      <w:proofErr w:type="spellEnd"/>
      <w:r w:rsidR="005858C1" w:rsidRPr="005858C1">
        <w:rPr>
          <w:rFonts w:ascii="Arial" w:hAnsi="Arial" w:cs="Arial"/>
        </w:rPr>
        <w:t>?</w:t>
      </w:r>
    </w:p>
    <w:p w14:paraId="1430C583" w14:textId="77777777" w:rsidR="00196052" w:rsidRPr="00196052" w:rsidRDefault="005C12BE" w:rsidP="00196052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69D97DD0" wp14:editId="59BEFAAE">
                <wp:simplePos x="0" y="0"/>
                <wp:positionH relativeFrom="margin">
                  <wp:posOffset>-12700</wp:posOffset>
                </wp:positionH>
                <wp:positionV relativeFrom="paragraph">
                  <wp:posOffset>741045</wp:posOffset>
                </wp:positionV>
                <wp:extent cx="5924550" cy="1404620"/>
                <wp:effectExtent l="0" t="0" r="19050" b="24130"/>
                <wp:wrapSquare wrapText="bothSides"/>
                <wp:docPr id="6533446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BF863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D97DD0" id="_x0000_s1039" type="#_x0000_t202" style="position:absolute;margin-left:-1pt;margin-top:58.35pt;width:466.5pt;height:110.6pt;z-index:2516628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">
                <v:textbox style="mso-fit-shape-to-text:t">
                  <w:txbxContent>
                    <w:p w14:paraId="57BBF863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proofErr w:type="spellStart"/>
      <w:r w:rsidR="00196052" w:rsidRPr="00196052">
        <w:rPr>
          <w:rFonts w:ascii="Arial" w:hAnsi="Arial" w:cs="Arial"/>
        </w:rPr>
        <w:t>Ymhle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yng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Nghymru</w:t>
      </w:r>
      <w:proofErr w:type="spellEnd"/>
      <w:r w:rsidR="00196052" w:rsidRPr="00196052">
        <w:rPr>
          <w:rFonts w:ascii="Arial" w:hAnsi="Arial" w:cs="Arial"/>
        </w:rPr>
        <w:t xml:space="preserve"> y </w:t>
      </w:r>
      <w:proofErr w:type="spellStart"/>
      <w:r w:rsidR="00196052" w:rsidRPr="00196052">
        <w:rPr>
          <w:rFonts w:ascii="Arial" w:hAnsi="Arial" w:cs="Arial"/>
        </w:rPr>
        <w:t>mae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yna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risg</w:t>
      </w:r>
      <w:proofErr w:type="spellEnd"/>
      <w:r w:rsidR="00196052" w:rsidRPr="00196052">
        <w:rPr>
          <w:rFonts w:ascii="Arial" w:hAnsi="Arial" w:cs="Arial"/>
        </w:rPr>
        <w:t xml:space="preserve"> o '</w:t>
      </w:r>
      <w:proofErr w:type="spellStart"/>
      <w:r w:rsidR="00196052" w:rsidRPr="00196052">
        <w:rPr>
          <w:rFonts w:ascii="Arial" w:hAnsi="Arial" w:cs="Arial"/>
        </w:rPr>
        <w:t>fannau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oer</w:t>
      </w:r>
      <w:proofErr w:type="spellEnd"/>
      <w:r w:rsidR="00196052" w:rsidRPr="00196052">
        <w:rPr>
          <w:rFonts w:ascii="Arial" w:hAnsi="Arial" w:cs="Arial"/>
        </w:rPr>
        <w:t xml:space="preserve"> o ran </w:t>
      </w:r>
      <w:proofErr w:type="spellStart"/>
      <w:r w:rsidR="00196052" w:rsidRPr="00196052">
        <w:rPr>
          <w:rFonts w:ascii="Arial" w:hAnsi="Arial" w:cs="Arial"/>
        </w:rPr>
        <w:t>addysg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uwch</w:t>
      </w:r>
      <w:proofErr w:type="spellEnd"/>
      <w:r w:rsidR="00196052" w:rsidRPr="00196052">
        <w:rPr>
          <w:rFonts w:ascii="Arial" w:hAnsi="Arial" w:cs="Arial"/>
        </w:rPr>
        <w:t xml:space="preserve">'? A </w:t>
      </w:r>
      <w:proofErr w:type="spellStart"/>
      <w:r w:rsidR="00196052" w:rsidRPr="00196052">
        <w:rPr>
          <w:rFonts w:ascii="Arial" w:hAnsi="Arial" w:cs="Arial"/>
        </w:rPr>
        <w:t>oes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yna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feysydd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pwnc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penodol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sydd</w:t>
      </w:r>
      <w:proofErr w:type="spellEnd"/>
      <w:r w:rsidR="00196052" w:rsidRPr="00196052">
        <w:rPr>
          <w:rFonts w:ascii="Arial" w:hAnsi="Arial" w:cs="Arial"/>
        </w:rPr>
        <w:t xml:space="preserve"> dan </w:t>
      </w:r>
      <w:proofErr w:type="spellStart"/>
      <w:r w:rsidR="00196052" w:rsidRPr="00196052">
        <w:rPr>
          <w:rFonts w:ascii="Arial" w:hAnsi="Arial" w:cs="Arial"/>
        </w:rPr>
        <w:t>fygythiad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oherwydd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cystadleuaeth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yn</w:t>
      </w:r>
      <w:proofErr w:type="spellEnd"/>
      <w:r w:rsidR="00196052" w:rsidRPr="00196052">
        <w:rPr>
          <w:rFonts w:ascii="Arial" w:hAnsi="Arial" w:cs="Arial"/>
        </w:rPr>
        <w:t xml:space="preserve"> y </w:t>
      </w:r>
      <w:proofErr w:type="spellStart"/>
      <w:r w:rsidR="00196052" w:rsidRPr="00196052">
        <w:rPr>
          <w:rFonts w:ascii="Arial" w:hAnsi="Arial" w:cs="Arial"/>
        </w:rPr>
        <w:t>farchnad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a’r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newid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mewn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dewisiadau</w:t>
      </w:r>
      <w:proofErr w:type="spellEnd"/>
      <w:r w:rsidR="00196052" w:rsidRPr="00196052">
        <w:rPr>
          <w:rFonts w:ascii="Arial" w:hAnsi="Arial" w:cs="Arial"/>
        </w:rPr>
        <w:t xml:space="preserve"> </w:t>
      </w:r>
      <w:proofErr w:type="spellStart"/>
      <w:r w:rsidR="00196052" w:rsidRPr="00196052">
        <w:rPr>
          <w:rFonts w:ascii="Arial" w:hAnsi="Arial" w:cs="Arial"/>
        </w:rPr>
        <w:t>myfyrwyr</w:t>
      </w:r>
      <w:proofErr w:type="spellEnd"/>
      <w:r w:rsidR="00196052" w:rsidRPr="00196052">
        <w:rPr>
          <w:rFonts w:ascii="Arial" w:hAnsi="Arial" w:cs="Arial"/>
        </w:rPr>
        <w:t xml:space="preserve">? </w:t>
      </w:r>
    </w:p>
    <w:p w14:paraId="6C911288" w14:textId="2E15EA30" w:rsidR="0023470B" w:rsidRPr="0042353A" w:rsidRDefault="0023470B">
      <w:pPr>
        <w:spacing w:after="120"/>
        <w:rPr>
          <w:rFonts w:ascii="Arial" w:hAnsi="Arial" w:cs="Arial"/>
        </w:rPr>
      </w:pPr>
    </w:p>
    <w:p w14:paraId="60D56D25" w14:textId="77777777" w:rsidR="005C12BE" w:rsidRPr="0042353A" w:rsidRDefault="005C12BE">
      <w:pPr>
        <w:rPr>
          <w:rFonts w:ascii="Arial" w:hAnsi="Arial" w:cs="Arial"/>
        </w:rPr>
      </w:pPr>
    </w:p>
    <w:p w14:paraId="739AE933" w14:textId="77777777" w:rsidR="005E235C" w:rsidRPr="005E235C" w:rsidRDefault="005E235C" w:rsidP="005E235C">
      <w:pPr>
        <w:rPr>
          <w:rFonts w:ascii="Arial" w:hAnsi="Arial" w:cs="Arial"/>
          <w:b/>
          <w:bCs/>
          <w:sz w:val="32"/>
          <w:szCs w:val="32"/>
          <w:lang w:val="cy-GB"/>
        </w:rPr>
      </w:pPr>
      <w:r w:rsidRPr="005E235C">
        <w:rPr>
          <w:rFonts w:ascii="Arial" w:hAnsi="Arial" w:cs="Arial"/>
          <w:b/>
          <w:bCs/>
          <w:sz w:val="32"/>
          <w:szCs w:val="32"/>
          <w:lang w:val="cy-GB"/>
        </w:rPr>
        <w:t>Cynaliadwyedd ariannol</w:t>
      </w:r>
    </w:p>
    <w:p w14:paraId="166D9D80" w14:textId="77777777" w:rsidR="00490926" w:rsidRPr="00490926" w:rsidRDefault="005C12BE" w:rsidP="0049092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3C06C661" wp14:editId="6701B959">
                <wp:simplePos x="0" y="0"/>
                <wp:positionH relativeFrom="margin">
                  <wp:align>right</wp:align>
                </wp:positionH>
                <wp:positionV relativeFrom="paragraph">
                  <wp:posOffset>772795</wp:posOffset>
                </wp:positionV>
                <wp:extent cx="5924550" cy="1404620"/>
                <wp:effectExtent l="0" t="0" r="19050" b="24130"/>
                <wp:wrapSquare wrapText="bothSides"/>
                <wp:docPr id="10833630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4E34B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06C661" id="_x0000_s1040" type="#_x0000_t202" style="position:absolute;margin-left:415.3pt;margin-top:60.85pt;width:466.5pt;height:110.6pt;z-index:25166489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qtF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">
                <v:textbox style="mso-fit-shape-to-text:t">
                  <w:txbxContent>
                    <w:p w14:paraId="43D4E34B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490926" w:rsidRPr="00490926">
        <w:rPr>
          <w:rFonts w:ascii="Arial" w:hAnsi="Arial" w:cs="Arial"/>
        </w:rPr>
        <w:t xml:space="preserve">Beth </w:t>
      </w:r>
      <w:proofErr w:type="spellStart"/>
      <w:r w:rsidR="00490926" w:rsidRPr="00490926">
        <w:rPr>
          <w:rFonts w:ascii="Arial" w:hAnsi="Arial" w:cs="Arial"/>
        </w:rPr>
        <w:t>yw'r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enghreifftiau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gorau</w:t>
      </w:r>
      <w:proofErr w:type="spellEnd"/>
      <w:r w:rsidR="00490926" w:rsidRPr="00490926">
        <w:rPr>
          <w:rFonts w:ascii="Arial" w:hAnsi="Arial" w:cs="Arial"/>
        </w:rPr>
        <w:t xml:space="preserve"> o </w:t>
      </w:r>
      <w:proofErr w:type="spellStart"/>
      <w:r w:rsidR="00490926" w:rsidRPr="00490926">
        <w:rPr>
          <w:rFonts w:ascii="Arial" w:hAnsi="Arial" w:cs="Arial"/>
        </w:rPr>
        <w:t>ddarparwyr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trydyddol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yn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sicrhau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effeithlonrwydd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wrth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ddarparu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cyrsiau</w:t>
      </w:r>
      <w:proofErr w:type="spellEnd"/>
      <w:r w:rsidR="00490926" w:rsidRPr="00490926">
        <w:rPr>
          <w:rFonts w:ascii="Arial" w:hAnsi="Arial" w:cs="Arial"/>
        </w:rPr>
        <w:t xml:space="preserve"> ac </w:t>
      </w:r>
      <w:proofErr w:type="spellStart"/>
      <w:r w:rsidR="00490926" w:rsidRPr="00490926">
        <w:rPr>
          <w:rFonts w:ascii="Arial" w:hAnsi="Arial" w:cs="Arial"/>
        </w:rPr>
        <w:t>yn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cynnal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ansawdd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ar</w:t>
      </w:r>
      <w:proofErr w:type="spellEnd"/>
      <w:r w:rsidR="00490926" w:rsidRPr="00490926">
        <w:rPr>
          <w:rFonts w:ascii="Arial" w:hAnsi="Arial" w:cs="Arial"/>
        </w:rPr>
        <w:t xml:space="preserve"> yr un </w:t>
      </w:r>
      <w:proofErr w:type="spellStart"/>
      <w:r w:rsidR="00490926" w:rsidRPr="00490926">
        <w:rPr>
          <w:rFonts w:ascii="Arial" w:hAnsi="Arial" w:cs="Arial"/>
        </w:rPr>
        <w:t>pryd</w:t>
      </w:r>
      <w:proofErr w:type="spellEnd"/>
      <w:r w:rsidR="00490926" w:rsidRPr="00490926">
        <w:rPr>
          <w:rFonts w:ascii="Arial" w:hAnsi="Arial" w:cs="Arial"/>
        </w:rPr>
        <w:t xml:space="preserve">? A </w:t>
      </w:r>
      <w:proofErr w:type="spellStart"/>
      <w:r w:rsidR="00490926" w:rsidRPr="00490926">
        <w:rPr>
          <w:rFonts w:ascii="Arial" w:hAnsi="Arial" w:cs="Arial"/>
        </w:rPr>
        <w:t>beth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yw'r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heriau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wrth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wneud</w:t>
      </w:r>
      <w:proofErr w:type="spellEnd"/>
      <w:r w:rsidR="00490926" w:rsidRPr="00490926">
        <w:rPr>
          <w:rFonts w:ascii="Arial" w:hAnsi="Arial" w:cs="Arial"/>
        </w:rPr>
        <w:t xml:space="preserve"> </w:t>
      </w:r>
      <w:proofErr w:type="spellStart"/>
      <w:r w:rsidR="00490926" w:rsidRPr="00490926">
        <w:rPr>
          <w:rFonts w:ascii="Arial" w:hAnsi="Arial" w:cs="Arial"/>
        </w:rPr>
        <w:t>hyn</w:t>
      </w:r>
      <w:proofErr w:type="spellEnd"/>
      <w:r w:rsidR="00490926" w:rsidRPr="00490926">
        <w:rPr>
          <w:rFonts w:ascii="Arial" w:hAnsi="Arial" w:cs="Arial"/>
        </w:rPr>
        <w:t>?</w:t>
      </w:r>
    </w:p>
    <w:p w14:paraId="61591132" w14:textId="15547035" w:rsidR="0023470B" w:rsidRPr="0042353A" w:rsidRDefault="0023470B">
      <w:pPr>
        <w:rPr>
          <w:rFonts w:ascii="Arial" w:hAnsi="Arial" w:cs="Arial"/>
        </w:rPr>
      </w:pPr>
    </w:p>
    <w:p w14:paraId="4F69DD50" w14:textId="77777777" w:rsidR="00AA7FF6" w:rsidRPr="00AA7FF6" w:rsidRDefault="005C12BE" w:rsidP="00AA7FF6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7E4239D1" wp14:editId="0BC02F06">
                <wp:simplePos x="0" y="0"/>
                <wp:positionH relativeFrom="margin">
                  <wp:align>right</wp:align>
                </wp:positionH>
                <wp:positionV relativeFrom="paragraph">
                  <wp:posOffset>468630</wp:posOffset>
                </wp:positionV>
                <wp:extent cx="5924550" cy="1404620"/>
                <wp:effectExtent l="0" t="0" r="19050" b="24130"/>
                <wp:wrapSquare wrapText="bothSides"/>
                <wp:docPr id="9539139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ED0490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4239D1" id="_x0000_s1041" type="#_x0000_t202" style="position:absolute;margin-left:415.3pt;margin-top:36.9pt;width:466.5pt;height:110.6pt;z-index:25166694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">
                <v:textbox style="mso-fit-shape-to-text:t">
                  <w:txbxContent>
                    <w:p w14:paraId="02ED0490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proofErr w:type="spellStart"/>
      <w:r w:rsidR="00AA7FF6" w:rsidRPr="00AA7FF6">
        <w:rPr>
          <w:rFonts w:ascii="Arial" w:hAnsi="Arial" w:cs="Arial"/>
        </w:rPr>
        <w:t>Ymhle</w:t>
      </w:r>
      <w:proofErr w:type="spellEnd"/>
      <w:r w:rsidR="00AA7FF6" w:rsidRPr="00AA7FF6">
        <w:rPr>
          <w:rFonts w:ascii="Arial" w:hAnsi="Arial" w:cs="Arial"/>
        </w:rPr>
        <w:t xml:space="preserve"> y </w:t>
      </w:r>
      <w:proofErr w:type="spellStart"/>
      <w:r w:rsidR="00AA7FF6" w:rsidRPr="00AA7FF6">
        <w:rPr>
          <w:rFonts w:ascii="Arial" w:hAnsi="Arial" w:cs="Arial"/>
        </w:rPr>
        <w:t>mae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yna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gyfleoedd</w:t>
      </w:r>
      <w:proofErr w:type="spellEnd"/>
      <w:r w:rsidR="00AA7FF6" w:rsidRPr="00AA7FF6">
        <w:rPr>
          <w:rFonts w:ascii="Arial" w:hAnsi="Arial" w:cs="Arial"/>
        </w:rPr>
        <w:t xml:space="preserve"> i </w:t>
      </w:r>
      <w:proofErr w:type="spellStart"/>
      <w:r w:rsidR="00AA7FF6" w:rsidRPr="00AA7FF6">
        <w:rPr>
          <w:rFonts w:ascii="Arial" w:hAnsi="Arial" w:cs="Arial"/>
        </w:rPr>
        <w:t>arbed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costau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wrth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ddarparu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addysg</w:t>
      </w:r>
      <w:proofErr w:type="spellEnd"/>
      <w:r w:rsidR="00AA7FF6" w:rsidRPr="00AA7FF6">
        <w:rPr>
          <w:rFonts w:ascii="Arial" w:hAnsi="Arial" w:cs="Arial"/>
        </w:rPr>
        <w:t xml:space="preserve"> </w:t>
      </w:r>
      <w:proofErr w:type="spellStart"/>
      <w:r w:rsidR="00AA7FF6" w:rsidRPr="00AA7FF6">
        <w:rPr>
          <w:rFonts w:ascii="Arial" w:hAnsi="Arial" w:cs="Arial"/>
        </w:rPr>
        <w:t>drydyddol</w:t>
      </w:r>
      <w:proofErr w:type="spellEnd"/>
      <w:r w:rsidR="00AA7FF6" w:rsidRPr="00AA7FF6">
        <w:rPr>
          <w:rFonts w:ascii="Arial" w:hAnsi="Arial" w:cs="Arial"/>
        </w:rPr>
        <w:t xml:space="preserve">? </w:t>
      </w:r>
    </w:p>
    <w:p w14:paraId="30F5A7C5" w14:textId="2B5C364F" w:rsidR="0023470B" w:rsidRPr="0042353A" w:rsidRDefault="0023470B">
      <w:pPr>
        <w:spacing w:after="120"/>
        <w:rPr>
          <w:rFonts w:ascii="Arial" w:hAnsi="Arial" w:cs="Arial"/>
        </w:rPr>
      </w:pPr>
    </w:p>
    <w:p w14:paraId="4AB83601" w14:textId="77777777" w:rsidR="00811A34" w:rsidRPr="00811A34" w:rsidRDefault="005C12BE" w:rsidP="00811A34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8992" behindDoc="0" locked="0" layoutInCell="1" allowOverlap="1" wp14:anchorId="18A7E540" wp14:editId="35373D9C">
                <wp:simplePos x="0" y="0"/>
                <wp:positionH relativeFrom="margin">
                  <wp:align>right</wp:align>
                </wp:positionH>
                <wp:positionV relativeFrom="paragraph">
                  <wp:posOffset>562610</wp:posOffset>
                </wp:positionV>
                <wp:extent cx="5924550" cy="1404620"/>
                <wp:effectExtent l="0" t="0" r="19050" b="24130"/>
                <wp:wrapSquare wrapText="bothSides"/>
                <wp:docPr id="17611025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66538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A7E540" id="_x0000_s1042" type="#_x0000_t202" style="position:absolute;margin-left:415.3pt;margin-top:44.3pt;width:466.5pt;height:110.6pt;z-index:25166899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">
                <v:textbox style="mso-fit-shape-to-text:t">
                  <w:txbxContent>
                    <w:p w14:paraId="69366538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811A34" w:rsidRPr="00811A34">
        <w:rPr>
          <w:rFonts w:ascii="Arial" w:hAnsi="Arial" w:cs="Arial"/>
        </w:rPr>
        <w:t xml:space="preserve">Pa </w:t>
      </w:r>
      <w:proofErr w:type="spellStart"/>
      <w:r w:rsidR="00811A34" w:rsidRPr="00811A34">
        <w:rPr>
          <w:rFonts w:ascii="Arial" w:hAnsi="Arial" w:cs="Arial"/>
        </w:rPr>
        <w:t>dystiolaeth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bellach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sydd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ar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gael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ynghylch</w:t>
      </w:r>
      <w:proofErr w:type="spellEnd"/>
      <w:r w:rsidR="00811A34" w:rsidRPr="00811A34">
        <w:rPr>
          <w:rFonts w:ascii="Arial" w:hAnsi="Arial" w:cs="Arial"/>
        </w:rPr>
        <w:t xml:space="preserve"> y </w:t>
      </w:r>
      <w:proofErr w:type="spellStart"/>
      <w:r w:rsidR="00811A34" w:rsidRPr="00811A34">
        <w:rPr>
          <w:rFonts w:ascii="Arial" w:hAnsi="Arial" w:cs="Arial"/>
        </w:rPr>
        <w:t>rhwystrau</w:t>
      </w:r>
      <w:proofErr w:type="spellEnd"/>
      <w:r w:rsidR="00811A34" w:rsidRPr="00811A34">
        <w:rPr>
          <w:rFonts w:ascii="Arial" w:hAnsi="Arial" w:cs="Arial"/>
        </w:rPr>
        <w:t xml:space="preserve"> cost i </w:t>
      </w:r>
      <w:proofErr w:type="spellStart"/>
      <w:r w:rsidR="00811A34" w:rsidRPr="00811A34">
        <w:rPr>
          <w:rFonts w:ascii="Arial" w:hAnsi="Arial" w:cs="Arial"/>
        </w:rPr>
        <w:t>ddysgwyr</w:t>
      </w:r>
      <w:proofErr w:type="spellEnd"/>
      <w:r w:rsidR="00811A34" w:rsidRPr="00811A34">
        <w:rPr>
          <w:rFonts w:ascii="Arial" w:hAnsi="Arial" w:cs="Arial"/>
        </w:rPr>
        <w:t xml:space="preserve"> a </w:t>
      </w:r>
      <w:proofErr w:type="spellStart"/>
      <w:r w:rsidR="00811A34" w:rsidRPr="00811A34">
        <w:rPr>
          <w:rFonts w:ascii="Arial" w:hAnsi="Arial" w:cs="Arial"/>
        </w:rPr>
        <w:t>myfyrwyr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rhag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cael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mynediad</w:t>
      </w:r>
      <w:proofErr w:type="spellEnd"/>
      <w:r w:rsidR="00811A34" w:rsidRPr="00811A34">
        <w:rPr>
          <w:rFonts w:ascii="Arial" w:hAnsi="Arial" w:cs="Arial"/>
        </w:rPr>
        <w:t xml:space="preserve"> at </w:t>
      </w:r>
      <w:proofErr w:type="spellStart"/>
      <w:r w:rsidR="00811A34" w:rsidRPr="00811A34">
        <w:rPr>
          <w:rFonts w:ascii="Arial" w:hAnsi="Arial" w:cs="Arial"/>
        </w:rPr>
        <w:t>addysg</w:t>
      </w:r>
      <w:proofErr w:type="spellEnd"/>
      <w:r w:rsidR="00811A34" w:rsidRPr="00811A34">
        <w:rPr>
          <w:rFonts w:ascii="Arial" w:hAnsi="Arial" w:cs="Arial"/>
        </w:rPr>
        <w:t xml:space="preserve"> </w:t>
      </w:r>
      <w:proofErr w:type="spellStart"/>
      <w:r w:rsidR="00811A34" w:rsidRPr="00811A34">
        <w:rPr>
          <w:rFonts w:ascii="Arial" w:hAnsi="Arial" w:cs="Arial"/>
        </w:rPr>
        <w:t>drydyddol</w:t>
      </w:r>
      <w:proofErr w:type="spellEnd"/>
      <w:r w:rsidR="00811A34" w:rsidRPr="00811A34">
        <w:rPr>
          <w:rFonts w:ascii="Arial" w:hAnsi="Arial" w:cs="Arial"/>
        </w:rPr>
        <w:t>?</w:t>
      </w:r>
    </w:p>
    <w:p w14:paraId="6A261E69" w14:textId="77777777" w:rsidR="00A431FB" w:rsidRDefault="00A431FB" w:rsidP="00A431FB">
      <w:pPr>
        <w:spacing w:after="120"/>
        <w:rPr>
          <w:rFonts w:ascii="Arial" w:hAnsi="Arial" w:cs="Arial"/>
        </w:rPr>
      </w:pPr>
    </w:p>
    <w:p w14:paraId="7F006329" w14:textId="7B6EF125" w:rsidR="00A431FB" w:rsidRPr="00A431FB" w:rsidRDefault="005C12BE" w:rsidP="00A431FB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1040" behindDoc="0" locked="0" layoutInCell="1" allowOverlap="1" wp14:anchorId="519A3CB3" wp14:editId="2BA9FD34">
                <wp:simplePos x="0" y="0"/>
                <wp:positionH relativeFrom="margin">
                  <wp:align>right</wp:align>
                </wp:positionH>
                <wp:positionV relativeFrom="paragraph">
                  <wp:posOffset>980440</wp:posOffset>
                </wp:positionV>
                <wp:extent cx="5924550" cy="1404620"/>
                <wp:effectExtent l="0" t="0" r="19050" b="24130"/>
                <wp:wrapSquare wrapText="bothSides"/>
                <wp:docPr id="9284482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C396E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9A3CB3" id="_x0000_s1043" type="#_x0000_t202" style="position:absolute;margin-left:415.3pt;margin-top:77.2pt;width:466.5pt;height:110.6pt;z-index:25167104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">
                <v:textbox style="mso-fit-shape-to-text:t">
                  <w:txbxContent>
                    <w:p w14:paraId="683C396E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proofErr w:type="spellStart"/>
      <w:r w:rsidR="00A431FB" w:rsidRPr="00A431FB">
        <w:rPr>
          <w:rFonts w:ascii="Arial" w:hAnsi="Arial" w:cs="Arial"/>
        </w:rPr>
        <w:t>Ymhle</w:t>
      </w:r>
      <w:proofErr w:type="spellEnd"/>
      <w:r w:rsidR="00A431FB" w:rsidRPr="00A431FB">
        <w:rPr>
          <w:rFonts w:ascii="Arial" w:hAnsi="Arial" w:cs="Arial"/>
        </w:rPr>
        <w:t xml:space="preserve"> y </w:t>
      </w:r>
      <w:proofErr w:type="spellStart"/>
      <w:r w:rsidR="00A431FB" w:rsidRPr="00A431FB">
        <w:rPr>
          <w:rFonts w:ascii="Arial" w:hAnsi="Arial" w:cs="Arial"/>
        </w:rPr>
        <w:t>dylai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Llywodraeth</w:t>
      </w:r>
      <w:proofErr w:type="spellEnd"/>
      <w:r w:rsidR="00A431FB" w:rsidRPr="00A431FB">
        <w:rPr>
          <w:rFonts w:ascii="Arial" w:hAnsi="Arial" w:cs="Arial"/>
        </w:rPr>
        <w:t xml:space="preserve"> Cymru </w:t>
      </w:r>
      <w:proofErr w:type="spellStart"/>
      <w:r w:rsidR="00A431FB" w:rsidRPr="00A431FB">
        <w:rPr>
          <w:rFonts w:ascii="Arial" w:hAnsi="Arial" w:cs="Arial"/>
        </w:rPr>
        <w:t>flaenoriaethu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cymorth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uniongyrchol</w:t>
      </w:r>
      <w:proofErr w:type="spellEnd"/>
      <w:r w:rsidR="00A431FB" w:rsidRPr="00A431FB">
        <w:rPr>
          <w:rFonts w:ascii="Arial" w:hAnsi="Arial" w:cs="Arial"/>
        </w:rPr>
        <w:t xml:space="preserve"> (</w:t>
      </w:r>
      <w:proofErr w:type="spellStart"/>
      <w:r w:rsidR="00A431FB" w:rsidRPr="00A431FB">
        <w:rPr>
          <w:rFonts w:ascii="Arial" w:hAnsi="Arial" w:cs="Arial"/>
        </w:rPr>
        <w:t>gwariant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grantiau</w:t>
      </w:r>
      <w:proofErr w:type="spellEnd"/>
      <w:r w:rsidR="00A431FB" w:rsidRPr="00A431FB">
        <w:rPr>
          <w:rFonts w:ascii="Arial" w:hAnsi="Arial" w:cs="Arial"/>
        </w:rPr>
        <w:t xml:space="preserve">) ac </w:t>
      </w:r>
      <w:proofErr w:type="spellStart"/>
      <w:r w:rsidR="00A431FB" w:rsidRPr="00A431FB">
        <w:rPr>
          <w:rFonts w:ascii="Arial" w:hAnsi="Arial" w:cs="Arial"/>
        </w:rPr>
        <w:t>anuniongyrchol</w:t>
      </w:r>
      <w:proofErr w:type="spellEnd"/>
      <w:r w:rsidR="00A431FB" w:rsidRPr="00A431FB">
        <w:rPr>
          <w:rFonts w:ascii="Arial" w:hAnsi="Arial" w:cs="Arial"/>
        </w:rPr>
        <w:t xml:space="preserve"> (</w:t>
      </w:r>
      <w:proofErr w:type="spellStart"/>
      <w:r w:rsidR="00A431FB" w:rsidRPr="00A431FB">
        <w:rPr>
          <w:rFonts w:ascii="Arial" w:hAnsi="Arial" w:cs="Arial"/>
        </w:rPr>
        <w:t>gwariant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fenthyciadau</w:t>
      </w:r>
      <w:proofErr w:type="spellEnd"/>
      <w:r w:rsidR="00A431FB" w:rsidRPr="00A431FB">
        <w:rPr>
          <w:rFonts w:ascii="Arial" w:hAnsi="Arial" w:cs="Arial"/>
        </w:rPr>
        <w:t xml:space="preserve">)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gyfer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addysg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drydyddol</w:t>
      </w:r>
      <w:proofErr w:type="spellEnd"/>
      <w:r w:rsidR="00A431FB" w:rsidRPr="00A431FB">
        <w:rPr>
          <w:rFonts w:ascii="Arial" w:hAnsi="Arial" w:cs="Arial"/>
        </w:rPr>
        <w:t xml:space="preserve">? Pa </w:t>
      </w:r>
      <w:proofErr w:type="spellStart"/>
      <w:r w:rsidR="00A431FB" w:rsidRPr="00A431FB">
        <w:rPr>
          <w:rFonts w:ascii="Arial" w:hAnsi="Arial" w:cs="Arial"/>
        </w:rPr>
        <w:t>dystiolaeth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sydd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gael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ynghylch</w:t>
      </w:r>
      <w:proofErr w:type="spellEnd"/>
      <w:r w:rsidR="00A431FB" w:rsidRPr="00A431FB">
        <w:rPr>
          <w:rFonts w:ascii="Arial" w:hAnsi="Arial" w:cs="Arial"/>
        </w:rPr>
        <w:t xml:space="preserve"> yr </w:t>
      </w:r>
      <w:proofErr w:type="spellStart"/>
      <w:r w:rsidR="00A431FB" w:rsidRPr="00A431FB">
        <w:rPr>
          <w:rFonts w:ascii="Arial" w:hAnsi="Arial" w:cs="Arial"/>
        </w:rPr>
        <w:t>adenillion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cymdeithasol</w:t>
      </w:r>
      <w:proofErr w:type="spellEnd"/>
      <w:r w:rsidR="00A431FB" w:rsidRPr="00A431FB">
        <w:rPr>
          <w:rFonts w:ascii="Arial" w:hAnsi="Arial" w:cs="Arial"/>
        </w:rPr>
        <w:t>/</w:t>
      </w:r>
      <w:proofErr w:type="spellStart"/>
      <w:r w:rsidR="00A431FB" w:rsidRPr="00A431FB">
        <w:rPr>
          <w:rFonts w:ascii="Arial" w:hAnsi="Arial" w:cs="Arial"/>
        </w:rPr>
        <w:t>economaidd</w:t>
      </w:r>
      <w:proofErr w:type="spellEnd"/>
      <w:r w:rsidR="00A431FB" w:rsidRPr="00A431FB">
        <w:rPr>
          <w:rFonts w:ascii="Arial" w:hAnsi="Arial" w:cs="Arial"/>
        </w:rPr>
        <w:t xml:space="preserve"> a </w:t>
      </w:r>
      <w:proofErr w:type="spellStart"/>
      <w:r w:rsidR="00A431FB" w:rsidRPr="00A431FB">
        <w:rPr>
          <w:rFonts w:ascii="Arial" w:hAnsi="Arial" w:cs="Arial"/>
        </w:rPr>
        <w:t>phreifat</w:t>
      </w:r>
      <w:proofErr w:type="spellEnd"/>
      <w:r w:rsidR="00A431FB" w:rsidRPr="00A431FB">
        <w:rPr>
          <w:rFonts w:ascii="Arial" w:hAnsi="Arial" w:cs="Arial"/>
        </w:rPr>
        <w:t>/</w:t>
      </w:r>
      <w:proofErr w:type="spellStart"/>
      <w:r w:rsidR="00A431FB" w:rsidRPr="00A431FB">
        <w:rPr>
          <w:rFonts w:ascii="Arial" w:hAnsi="Arial" w:cs="Arial"/>
        </w:rPr>
        <w:t>cyhoeddus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gorau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ar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fuddsoddiadau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o'r</w:t>
      </w:r>
      <w:proofErr w:type="spellEnd"/>
      <w:r w:rsidR="00A431FB" w:rsidRPr="00A431FB">
        <w:rPr>
          <w:rFonts w:ascii="Arial" w:hAnsi="Arial" w:cs="Arial"/>
        </w:rPr>
        <w:t xml:space="preserve"> </w:t>
      </w:r>
      <w:proofErr w:type="spellStart"/>
      <w:r w:rsidR="00A431FB" w:rsidRPr="00A431FB">
        <w:rPr>
          <w:rFonts w:ascii="Arial" w:hAnsi="Arial" w:cs="Arial"/>
        </w:rPr>
        <w:t>fath</w:t>
      </w:r>
      <w:proofErr w:type="spellEnd"/>
      <w:r w:rsidR="00A431FB" w:rsidRPr="00A431FB">
        <w:rPr>
          <w:rFonts w:ascii="Arial" w:hAnsi="Arial" w:cs="Arial"/>
        </w:rPr>
        <w:t xml:space="preserve">? </w:t>
      </w:r>
    </w:p>
    <w:p w14:paraId="0240702A" w14:textId="4CE90DB6" w:rsidR="0023470B" w:rsidRPr="0042353A" w:rsidRDefault="0023470B">
      <w:pPr>
        <w:spacing w:after="120"/>
        <w:rPr>
          <w:rFonts w:ascii="Arial" w:hAnsi="Arial" w:cs="Arial"/>
        </w:rPr>
      </w:pPr>
    </w:p>
    <w:p w14:paraId="39006B7D" w14:textId="628889F6" w:rsidR="0023470B" w:rsidRPr="0042353A" w:rsidRDefault="0023470B">
      <w:pPr>
        <w:rPr>
          <w:rFonts w:ascii="Arial" w:hAnsi="Arial" w:cs="Arial"/>
        </w:rPr>
      </w:pPr>
    </w:p>
    <w:p w14:paraId="2A34FB35" w14:textId="77777777" w:rsidR="0046457D" w:rsidRPr="0046457D" w:rsidRDefault="005C12BE" w:rsidP="0046457D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04402E75" wp14:editId="189F4999">
                <wp:simplePos x="0" y="0"/>
                <wp:positionH relativeFrom="margin">
                  <wp:align>right</wp:align>
                </wp:positionH>
                <wp:positionV relativeFrom="paragraph">
                  <wp:posOffset>594360</wp:posOffset>
                </wp:positionV>
                <wp:extent cx="5924550" cy="1404620"/>
                <wp:effectExtent l="0" t="0" r="19050" b="24130"/>
                <wp:wrapSquare wrapText="bothSides"/>
                <wp:docPr id="5665755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00E29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402E75" id="_x0000_s1044" type="#_x0000_t202" style="position:absolute;margin-left:415.3pt;margin-top:46.8pt;width:466.5pt;height:110.6pt;z-index:2516730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">
                <v:textbox style="mso-fit-shape-to-text:t">
                  <w:txbxContent>
                    <w:p w14:paraId="5E700E29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proofErr w:type="spellStart"/>
      <w:r w:rsidR="0046457D" w:rsidRPr="0046457D">
        <w:rPr>
          <w:rFonts w:ascii="Arial" w:hAnsi="Arial" w:cs="Arial"/>
        </w:rPr>
        <w:t>Ymhle</w:t>
      </w:r>
      <w:proofErr w:type="spellEnd"/>
      <w:r w:rsidR="0046457D" w:rsidRPr="0046457D">
        <w:rPr>
          <w:rFonts w:ascii="Arial" w:hAnsi="Arial" w:cs="Arial"/>
        </w:rPr>
        <w:t xml:space="preserve"> y </w:t>
      </w:r>
      <w:proofErr w:type="spellStart"/>
      <w:r w:rsidR="0046457D" w:rsidRPr="0046457D">
        <w:rPr>
          <w:rFonts w:ascii="Arial" w:hAnsi="Arial" w:cs="Arial"/>
        </w:rPr>
        <w:t>dylai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Llywodraeth</w:t>
      </w:r>
      <w:proofErr w:type="spellEnd"/>
      <w:r w:rsidR="0046457D" w:rsidRPr="0046457D">
        <w:rPr>
          <w:rFonts w:ascii="Arial" w:hAnsi="Arial" w:cs="Arial"/>
        </w:rPr>
        <w:t xml:space="preserve"> Cymru </w:t>
      </w:r>
      <w:proofErr w:type="spellStart"/>
      <w:r w:rsidR="0046457D" w:rsidRPr="0046457D">
        <w:rPr>
          <w:rFonts w:ascii="Arial" w:hAnsi="Arial" w:cs="Arial"/>
        </w:rPr>
        <w:t>flaenoriaethu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buddsoddiadau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cyfalaf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yn</w:t>
      </w:r>
      <w:proofErr w:type="spellEnd"/>
      <w:r w:rsidR="0046457D" w:rsidRPr="0046457D">
        <w:rPr>
          <w:rFonts w:ascii="Arial" w:hAnsi="Arial" w:cs="Arial"/>
        </w:rPr>
        <w:t xml:space="preserve"> y </w:t>
      </w:r>
      <w:proofErr w:type="spellStart"/>
      <w:r w:rsidR="0046457D" w:rsidRPr="0046457D">
        <w:rPr>
          <w:rFonts w:ascii="Arial" w:hAnsi="Arial" w:cs="Arial"/>
        </w:rPr>
        <w:t>dyfodol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mewn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seilwaith</w:t>
      </w:r>
      <w:proofErr w:type="spellEnd"/>
      <w:r w:rsidR="0046457D" w:rsidRPr="0046457D">
        <w:rPr>
          <w:rFonts w:ascii="Arial" w:hAnsi="Arial" w:cs="Arial"/>
        </w:rPr>
        <w:t xml:space="preserve"> ac </w:t>
      </w:r>
      <w:proofErr w:type="spellStart"/>
      <w:r w:rsidR="0046457D" w:rsidRPr="0046457D">
        <w:rPr>
          <w:rFonts w:ascii="Arial" w:hAnsi="Arial" w:cs="Arial"/>
        </w:rPr>
        <w:t>ystadau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addysg</w:t>
      </w:r>
      <w:proofErr w:type="spellEnd"/>
      <w:r w:rsidR="0046457D" w:rsidRPr="0046457D">
        <w:rPr>
          <w:rFonts w:ascii="Arial" w:hAnsi="Arial" w:cs="Arial"/>
        </w:rPr>
        <w:t xml:space="preserve"> </w:t>
      </w:r>
      <w:proofErr w:type="spellStart"/>
      <w:r w:rsidR="0046457D" w:rsidRPr="0046457D">
        <w:rPr>
          <w:rFonts w:ascii="Arial" w:hAnsi="Arial" w:cs="Arial"/>
        </w:rPr>
        <w:t>drydyddol</w:t>
      </w:r>
      <w:proofErr w:type="spellEnd"/>
      <w:r w:rsidR="0046457D" w:rsidRPr="0046457D">
        <w:rPr>
          <w:rFonts w:ascii="Arial" w:hAnsi="Arial" w:cs="Arial"/>
        </w:rPr>
        <w:t>?</w:t>
      </w:r>
    </w:p>
    <w:p w14:paraId="60287B38" w14:textId="4D95DA2C" w:rsidR="0023470B" w:rsidRPr="0042353A" w:rsidRDefault="0023470B">
      <w:pPr>
        <w:spacing w:after="120"/>
        <w:rPr>
          <w:rFonts w:ascii="Arial" w:hAnsi="Arial" w:cs="Arial"/>
        </w:rPr>
      </w:pPr>
    </w:p>
    <w:p w14:paraId="0A18853E" w14:textId="77777777" w:rsidR="005C12BE" w:rsidRDefault="005C12BE">
      <w:pPr>
        <w:rPr>
          <w:rFonts w:ascii="Arial" w:hAnsi="Arial" w:cs="Arial"/>
          <w:b/>
          <w:sz w:val="32"/>
          <w:szCs w:val="32"/>
        </w:rPr>
      </w:pPr>
    </w:p>
    <w:p w14:paraId="3B17D422" w14:textId="77777777" w:rsidR="002C3D00" w:rsidRDefault="0057765B" w:rsidP="002C3D00">
      <w:pPr>
        <w:spacing w:after="120"/>
        <w:rPr>
          <w:rFonts w:ascii="Arial" w:hAnsi="Arial" w:cs="Arial"/>
          <w:b/>
          <w:sz w:val="32"/>
          <w:szCs w:val="32"/>
        </w:rPr>
      </w:pPr>
      <w:proofErr w:type="spellStart"/>
      <w:r w:rsidRPr="0057765B">
        <w:rPr>
          <w:rFonts w:ascii="Arial" w:hAnsi="Arial" w:cs="Arial"/>
          <w:b/>
          <w:sz w:val="32"/>
          <w:szCs w:val="32"/>
        </w:rPr>
        <w:t>Cymunedau</w:t>
      </w:r>
      <w:proofErr w:type="spellEnd"/>
      <w:r w:rsidRPr="0057765B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57765B">
        <w:rPr>
          <w:rFonts w:ascii="Arial" w:hAnsi="Arial" w:cs="Arial"/>
          <w:b/>
          <w:sz w:val="32"/>
          <w:szCs w:val="32"/>
        </w:rPr>
        <w:t>a'r</w:t>
      </w:r>
      <w:proofErr w:type="spellEnd"/>
      <w:r w:rsidRPr="0057765B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57765B">
        <w:rPr>
          <w:rFonts w:ascii="Arial" w:hAnsi="Arial" w:cs="Arial"/>
          <w:b/>
          <w:sz w:val="32"/>
          <w:szCs w:val="32"/>
        </w:rPr>
        <w:t>economi</w:t>
      </w:r>
      <w:proofErr w:type="spellEnd"/>
    </w:p>
    <w:p w14:paraId="40E16E1A" w14:textId="2817FB7E" w:rsidR="002C3D00" w:rsidRPr="002C3D00" w:rsidRDefault="005C12BE" w:rsidP="002C3D00">
      <w:pPr>
        <w:spacing w:after="120"/>
        <w:rPr>
          <w:rFonts w:ascii="Arial" w:hAnsi="Arial" w:cs="Arial"/>
          <w:b/>
          <w:sz w:val="32"/>
          <w:szCs w:val="32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30024C40" wp14:editId="42394C8C">
                <wp:simplePos x="0" y="0"/>
                <wp:positionH relativeFrom="margin">
                  <wp:align>right</wp:align>
                </wp:positionH>
                <wp:positionV relativeFrom="paragraph">
                  <wp:posOffset>777240</wp:posOffset>
                </wp:positionV>
                <wp:extent cx="5924550" cy="1404620"/>
                <wp:effectExtent l="0" t="0" r="19050" b="24130"/>
                <wp:wrapSquare wrapText="bothSides"/>
                <wp:docPr id="17620050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704E5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024C40" id="_x0000_s1045" type="#_x0000_t202" style="position:absolute;margin-left:415.3pt;margin-top:61.2pt;width:466.5pt;height:110.6pt;z-index:25167513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">
                <v:textbox style="mso-fit-shape-to-text:t">
                  <w:txbxContent>
                    <w:p w14:paraId="7BC704E5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1. </w:t>
      </w:r>
      <w:r w:rsidR="002C3D00" w:rsidRPr="002C3D00">
        <w:rPr>
          <w:rFonts w:ascii="Arial" w:hAnsi="Arial" w:cs="Arial"/>
        </w:rPr>
        <w:t xml:space="preserve">Pa </w:t>
      </w:r>
      <w:proofErr w:type="spellStart"/>
      <w:r w:rsidR="002C3D00" w:rsidRPr="002C3D00">
        <w:rPr>
          <w:rFonts w:ascii="Arial" w:hAnsi="Arial" w:cs="Arial"/>
        </w:rPr>
        <w:t>elfennau</w:t>
      </w:r>
      <w:proofErr w:type="spellEnd"/>
      <w:r w:rsidR="002C3D00" w:rsidRPr="002C3D00">
        <w:rPr>
          <w:rFonts w:ascii="Arial" w:hAnsi="Arial" w:cs="Arial"/>
        </w:rPr>
        <w:t xml:space="preserve"> o </w:t>
      </w:r>
      <w:proofErr w:type="spellStart"/>
      <w:r w:rsidR="002C3D00" w:rsidRPr="002C3D00">
        <w:rPr>
          <w:rFonts w:ascii="Arial" w:hAnsi="Arial" w:cs="Arial"/>
        </w:rPr>
        <w:t>ddata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Deilliannau</w:t>
      </w:r>
      <w:proofErr w:type="spellEnd"/>
      <w:r w:rsidR="002C3D00" w:rsidRPr="002C3D00">
        <w:rPr>
          <w:rFonts w:ascii="Arial" w:hAnsi="Arial" w:cs="Arial"/>
        </w:rPr>
        <w:t xml:space="preserve"> Addysg </w:t>
      </w:r>
      <w:proofErr w:type="spellStart"/>
      <w:r w:rsidR="002C3D00" w:rsidRPr="002C3D00">
        <w:rPr>
          <w:rFonts w:ascii="Arial" w:hAnsi="Arial" w:cs="Arial"/>
        </w:rPr>
        <w:t>Hydredol</w:t>
      </w:r>
      <w:proofErr w:type="spellEnd"/>
      <w:r w:rsidR="002C3D00" w:rsidRPr="002C3D00">
        <w:rPr>
          <w:rFonts w:ascii="Arial" w:hAnsi="Arial" w:cs="Arial"/>
        </w:rPr>
        <w:t xml:space="preserve"> (LEO) y </w:t>
      </w:r>
      <w:proofErr w:type="spellStart"/>
      <w:r w:rsidR="002C3D00" w:rsidRPr="002C3D00">
        <w:rPr>
          <w:rFonts w:ascii="Arial" w:hAnsi="Arial" w:cs="Arial"/>
        </w:rPr>
        <w:t>dylai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Llywodraeth</w:t>
      </w:r>
      <w:proofErr w:type="spellEnd"/>
      <w:r w:rsidR="002C3D00" w:rsidRPr="002C3D00">
        <w:rPr>
          <w:rFonts w:ascii="Arial" w:hAnsi="Arial" w:cs="Arial"/>
        </w:rPr>
        <w:t xml:space="preserve"> Cymru a </w:t>
      </w:r>
      <w:proofErr w:type="spellStart"/>
      <w:r w:rsidR="002C3D00" w:rsidRPr="002C3D00">
        <w:rPr>
          <w:rFonts w:ascii="Arial" w:hAnsi="Arial" w:cs="Arial"/>
        </w:rPr>
        <w:t>Medr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eu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blaenoriaethu</w:t>
      </w:r>
      <w:proofErr w:type="spellEnd"/>
      <w:r w:rsidR="002C3D00" w:rsidRPr="002C3D00">
        <w:rPr>
          <w:rFonts w:ascii="Arial" w:hAnsi="Arial" w:cs="Arial"/>
        </w:rPr>
        <w:t xml:space="preserve"> er </w:t>
      </w:r>
      <w:proofErr w:type="spellStart"/>
      <w:r w:rsidR="002C3D00" w:rsidRPr="002C3D00">
        <w:rPr>
          <w:rFonts w:ascii="Arial" w:hAnsi="Arial" w:cs="Arial"/>
        </w:rPr>
        <w:t>mwyn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deall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canlyniadau’r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farchnad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lafur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yn</w:t>
      </w:r>
      <w:proofErr w:type="spellEnd"/>
      <w:r w:rsidR="002C3D00" w:rsidRPr="002C3D00">
        <w:rPr>
          <w:rFonts w:ascii="Arial" w:hAnsi="Arial" w:cs="Arial"/>
        </w:rPr>
        <w:t xml:space="preserve"> well </w:t>
      </w:r>
      <w:proofErr w:type="spellStart"/>
      <w:r w:rsidR="002C3D00" w:rsidRPr="002C3D00">
        <w:rPr>
          <w:rFonts w:ascii="Arial" w:hAnsi="Arial" w:cs="Arial"/>
        </w:rPr>
        <w:t>ar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gyfer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addysg</w:t>
      </w:r>
      <w:proofErr w:type="spellEnd"/>
      <w:r w:rsidR="002C3D00" w:rsidRPr="002C3D00">
        <w:rPr>
          <w:rFonts w:ascii="Arial" w:hAnsi="Arial" w:cs="Arial"/>
        </w:rPr>
        <w:t xml:space="preserve"> </w:t>
      </w:r>
      <w:proofErr w:type="spellStart"/>
      <w:r w:rsidR="002C3D00" w:rsidRPr="002C3D00">
        <w:rPr>
          <w:rFonts w:ascii="Arial" w:hAnsi="Arial" w:cs="Arial"/>
        </w:rPr>
        <w:t>drydyddol</w:t>
      </w:r>
      <w:proofErr w:type="spellEnd"/>
      <w:r w:rsidR="002C3D00" w:rsidRPr="002C3D00">
        <w:rPr>
          <w:rFonts w:ascii="Arial" w:hAnsi="Arial" w:cs="Arial"/>
        </w:rPr>
        <w:t xml:space="preserve">? </w:t>
      </w:r>
    </w:p>
    <w:p w14:paraId="01CE9173" w14:textId="2349C206" w:rsidR="0023470B" w:rsidRPr="0042353A" w:rsidRDefault="0023470B">
      <w:pPr>
        <w:spacing w:after="120"/>
        <w:rPr>
          <w:rFonts w:ascii="Arial" w:hAnsi="Arial" w:cs="Arial"/>
        </w:rPr>
      </w:pPr>
    </w:p>
    <w:p w14:paraId="0D9F8EA7" w14:textId="77777777" w:rsidR="00465FA3" w:rsidRPr="00465FA3" w:rsidRDefault="005C12BE" w:rsidP="00465FA3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7184" behindDoc="0" locked="0" layoutInCell="1" allowOverlap="1" wp14:anchorId="299B8B49" wp14:editId="15ABA0AB">
                <wp:simplePos x="0" y="0"/>
                <wp:positionH relativeFrom="margin">
                  <wp:align>right</wp:align>
                </wp:positionH>
                <wp:positionV relativeFrom="paragraph">
                  <wp:posOffset>613410</wp:posOffset>
                </wp:positionV>
                <wp:extent cx="5924550" cy="1404620"/>
                <wp:effectExtent l="0" t="0" r="19050" b="24130"/>
                <wp:wrapSquare wrapText="bothSides"/>
                <wp:docPr id="18311708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23DA3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9B8B49" id="_x0000_s1046" type="#_x0000_t202" style="position:absolute;margin-left:415.3pt;margin-top:48.3pt;width:466.5pt;height:110.6pt;z-index:25167718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">
                <v:textbox style="mso-fit-shape-to-text:t">
                  <w:txbxContent>
                    <w:p w14:paraId="2EF23DA3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2. </w:t>
      </w:r>
      <w:proofErr w:type="spellStart"/>
      <w:r w:rsidR="00465FA3" w:rsidRPr="00465FA3">
        <w:rPr>
          <w:rFonts w:ascii="Arial" w:hAnsi="Arial" w:cs="Arial"/>
        </w:rPr>
        <w:t>Ar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wahân</w:t>
      </w:r>
      <w:proofErr w:type="spellEnd"/>
      <w:r w:rsidR="00465FA3" w:rsidRPr="00465FA3">
        <w:rPr>
          <w:rFonts w:ascii="Arial" w:hAnsi="Arial" w:cs="Arial"/>
        </w:rPr>
        <w:t xml:space="preserve"> i </w:t>
      </w:r>
      <w:proofErr w:type="spellStart"/>
      <w:r w:rsidR="00465FA3" w:rsidRPr="00465FA3">
        <w:rPr>
          <w:rFonts w:ascii="Arial" w:hAnsi="Arial" w:cs="Arial"/>
        </w:rPr>
        <w:t>Ddeilliannau</w:t>
      </w:r>
      <w:proofErr w:type="spellEnd"/>
      <w:r w:rsidR="00465FA3" w:rsidRPr="00465FA3">
        <w:rPr>
          <w:rFonts w:ascii="Arial" w:hAnsi="Arial" w:cs="Arial"/>
        </w:rPr>
        <w:t xml:space="preserve"> Addysg </w:t>
      </w:r>
      <w:proofErr w:type="spellStart"/>
      <w:r w:rsidR="00465FA3" w:rsidRPr="00465FA3">
        <w:rPr>
          <w:rFonts w:ascii="Arial" w:hAnsi="Arial" w:cs="Arial"/>
        </w:rPr>
        <w:t>Hydredol</w:t>
      </w:r>
      <w:proofErr w:type="spellEnd"/>
      <w:r w:rsidR="00465FA3" w:rsidRPr="00465FA3">
        <w:rPr>
          <w:rFonts w:ascii="Arial" w:hAnsi="Arial" w:cs="Arial"/>
        </w:rPr>
        <w:t xml:space="preserve">, pa </w:t>
      </w:r>
      <w:proofErr w:type="spellStart"/>
      <w:r w:rsidR="00465FA3" w:rsidRPr="00465FA3">
        <w:rPr>
          <w:rFonts w:ascii="Arial" w:hAnsi="Arial" w:cs="Arial"/>
        </w:rPr>
        <w:t>ddata</w:t>
      </w:r>
      <w:proofErr w:type="spellEnd"/>
      <w:r w:rsidR="00465FA3" w:rsidRPr="00465FA3">
        <w:rPr>
          <w:rFonts w:ascii="Arial" w:hAnsi="Arial" w:cs="Arial"/>
        </w:rPr>
        <w:t xml:space="preserve"> a </w:t>
      </w:r>
      <w:proofErr w:type="spellStart"/>
      <w:r w:rsidR="00465FA3" w:rsidRPr="00465FA3">
        <w:rPr>
          <w:rFonts w:ascii="Arial" w:hAnsi="Arial" w:cs="Arial"/>
        </w:rPr>
        <w:t>gwybodaeth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arall</w:t>
      </w:r>
      <w:proofErr w:type="spellEnd"/>
      <w:r w:rsidR="00465FA3" w:rsidRPr="00465FA3">
        <w:rPr>
          <w:rFonts w:ascii="Arial" w:hAnsi="Arial" w:cs="Arial"/>
        </w:rPr>
        <w:t xml:space="preserve"> y </w:t>
      </w:r>
      <w:proofErr w:type="spellStart"/>
      <w:r w:rsidR="00465FA3" w:rsidRPr="00465FA3">
        <w:rPr>
          <w:rFonts w:ascii="Arial" w:hAnsi="Arial" w:cs="Arial"/>
        </w:rPr>
        <w:t>dylid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eu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defnyddio'n</w:t>
      </w:r>
      <w:proofErr w:type="spellEnd"/>
      <w:r w:rsidR="00465FA3" w:rsidRPr="00465FA3">
        <w:rPr>
          <w:rFonts w:ascii="Arial" w:hAnsi="Arial" w:cs="Arial"/>
        </w:rPr>
        <w:t xml:space="preserve"> well i </w:t>
      </w:r>
      <w:proofErr w:type="spellStart"/>
      <w:r w:rsidR="00465FA3" w:rsidRPr="00465FA3">
        <w:rPr>
          <w:rFonts w:ascii="Arial" w:hAnsi="Arial" w:cs="Arial"/>
        </w:rPr>
        <w:t>ddeall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canlyniadau’r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farchnad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lafur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ar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gyfer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addysg</w:t>
      </w:r>
      <w:proofErr w:type="spellEnd"/>
      <w:r w:rsidR="00465FA3" w:rsidRPr="00465FA3">
        <w:rPr>
          <w:rFonts w:ascii="Arial" w:hAnsi="Arial" w:cs="Arial"/>
        </w:rPr>
        <w:t xml:space="preserve"> </w:t>
      </w:r>
      <w:proofErr w:type="spellStart"/>
      <w:r w:rsidR="00465FA3" w:rsidRPr="00465FA3">
        <w:rPr>
          <w:rFonts w:ascii="Arial" w:hAnsi="Arial" w:cs="Arial"/>
        </w:rPr>
        <w:t>drydyddol</w:t>
      </w:r>
      <w:proofErr w:type="spellEnd"/>
      <w:r w:rsidR="00465FA3" w:rsidRPr="00465FA3">
        <w:rPr>
          <w:rFonts w:ascii="Arial" w:hAnsi="Arial" w:cs="Arial"/>
        </w:rPr>
        <w:t>?</w:t>
      </w:r>
    </w:p>
    <w:p w14:paraId="25C158D5" w14:textId="3D306739" w:rsidR="0023470B" w:rsidRPr="0042353A" w:rsidRDefault="0023470B" w:rsidP="00465FA3">
      <w:pPr>
        <w:spacing w:after="120"/>
        <w:rPr>
          <w:rFonts w:ascii="Arial" w:hAnsi="Arial" w:cs="Arial"/>
        </w:rPr>
      </w:pPr>
    </w:p>
    <w:p w14:paraId="302224C4" w14:textId="77777777" w:rsidR="00352E87" w:rsidRPr="00352E87" w:rsidRDefault="005C12BE" w:rsidP="00352E87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9232" behindDoc="0" locked="0" layoutInCell="1" allowOverlap="1" wp14:anchorId="128E53EC" wp14:editId="2CA67153">
                <wp:simplePos x="0" y="0"/>
                <wp:positionH relativeFrom="margin">
                  <wp:align>right</wp:align>
                </wp:positionH>
                <wp:positionV relativeFrom="paragraph">
                  <wp:posOffset>537210</wp:posOffset>
                </wp:positionV>
                <wp:extent cx="5924550" cy="1404620"/>
                <wp:effectExtent l="0" t="0" r="19050" b="24130"/>
                <wp:wrapSquare wrapText="bothSides"/>
                <wp:docPr id="7026275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9C39D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8E53EC" id="_x0000_s1047" type="#_x0000_t202" style="position:absolute;margin-left:415.3pt;margin-top:42.3pt;width:466.5pt;height:110.6pt;z-index:2516792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eFkFQIAACg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">
                <v:textbox style="mso-fit-shape-to-text:t">
                  <w:txbxContent>
                    <w:p w14:paraId="5359C39D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3. </w:t>
      </w:r>
      <w:r w:rsidR="00352E87" w:rsidRPr="00352E87">
        <w:rPr>
          <w:rFonts w:ascii="Arial" w:hAnsi="Arial" w:cs="Arial"/>
        </w:rPr>
        <w:t xml:space="preserve">Sut gall </w:t>
      </w:r>
      <w:proofErr w:type="spellStart"/>
      <w:r w:rsidR="00352E87" w:rsidRPr="00352E87">
        <w:rPr>
          <w:rFonts w:ascii="Arial" w:hAnsi="Arial" w:cs="Arial"/>
        </w:rPr>
        <w:t>cefnogaeth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Llywodraeth</w:t>
      </w:r>
      <w:proofErr w:type="spellEnd"/>
      <w:r w:rsidR="00352E87" w:rsidRPr="00352E87">
        <w:rPr>
          <w:rFonts w:ascii="Arial" w:hAnsi="Arial" w:cs="Arial"/>
        </w:rPr>
        <w:t xml:space="preserve"> Cymru i </w:t>
      </w:r>
      <w:proofErr w:type="spellStart"/>
      <w:r w:rsidR="00352E87" w:rsidRPr="00352E87">
        <w:rPr>
          <w:rFonts w:ascii="Arial" w:hAnsi="Arial" w:cs="Arial"/>
        </w:rPr>
        <w:t>gyllid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ymchwil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wneud</w:t>
      </w:r>
      <w:proofErr w:type="spellEnd"/>
      <w:r w:rsidR="00352E87" w:rsidRPr="00352E87">
        <w:rPr>
          <w:rFonts w:ascii="Arial" w:hAnsi="Arial" w:cs="Arial"/>
        </w:rPr>
        <w:t xml:space="preserve"> y </w:t>
      </w:r>
      <w:proofErr w:type="spellStart"/>
      <w:r w:rsidR="00352E87" w:rsidRPr="00352E87">
        <w:rPr>
          <w:rFonts w:ascii="Arial" w:hAnsi="Arial" w:cs="Arial"/>
        </w:rPr>
        <w:t>defnydd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gorau</w:t>
      </w:r>
      <w:proofErr w:type="spellEnd"/>
      <w:r w:rsidR="00352E87" w:rsidRPr="00352E87">
        <w:rPr>
          <w:rFonts w:ascii="Arial" w:hAnsi="Arial" w:cs="Arial"/>
        </w:rPr>
        <w:t xml:space="preserve"> o </w:t>
      </w:r>
      <w:proofErr w:type="spellStart"/>
      <w:r w:rsidR="00352E87" w:rsidRPr="00352E87">
        <w:rPr>
          <w:rFonts w:ascii="Arial" w:hAnsi="Arial" w:cs="Arial"/>
        </w:rPr>
        <w:t>gyllid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sydd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ar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gael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ledled</w:t>
      </w:r>
      <w:proofErr w:type="spellEnd"/>
      <w:r w:rsidR="00352E87" w:rsidRPr="00352E87">
        <w:rPr>
          <w:rFonts w:ascii="Arial" w:hAnsi="Arial" w:cs="Arial"/>
        </w:rPr>
        <w:t xml:space="preserve"> y DU a “</w:t>
      </w:r>
      <w:proofErr w:type="spellStart"/>
      <w:r w:rsidR="00352E87" w:rsidRPr="00352E87">
        <w:rPr>
          <w:rFonts w:ascii="Arial" w:hAnsi="Arial" w:cs="Arial"/>
        </w:rPr>
        <w:t>mewnwthio</w:t>
      </w:r>
      <w:proofErr w:type="spellEnd"/>
      <w:r w:rsidR="00352E87" w:rsidRPr="00352E87">
        <w:rPr>
          <w:rFonts w:ascii="Arial" w:hAnsi="Arial" w:cs="Arial"/>
        </w:rPr>
        <w:t xml:space="preserve">” </w:t>
      </w:r>
      <w:proofErr w:type="spellStart"/>
      <w:r w:rsidR="00352E87" w:rsidRPr="00352E87">
        <w:rPr>
          <w:rFonts w:ascii="Arial" w:hAnsi="Arial" w:cs="Arial"/>
        </w:rPr>
        <w:t>buddsoddiad</w:t>
      </w:r>
      <w:proofErr w:type="spellEnd"/>
      <w:r w:rsidR="00352E87" w:rsidRPr="00352E87">
        <w:rPr>
          <w:rFonts w:ascii="Arial" w:hAnsi="Arial" w:cs="Arial"/>
        </w:rPr>
        <w:t xml:space="preserve"> </w:t>
      </w:r>
      <w:proofErr w:type="spellStart"/>
      <w:r w:rsidR="00352E87" w:rsidRPr="00352E87">
        <w:rPr>
          <w:rFonts w:ascii="Arial" w:hAnsi="Arial" w:cs="Arial"/>
        </w:rPr>
        <w:t>o’r</w:t>
      </w:r>
      <w:proofErr w:type="spellEnd"/>
      <w:r w:rsidR="00352E87" w:rsidRPr="00352E87">
        <w:rPr>
          <w:rFonts w:ascii="Arial" w:hAnsi="Arial" w:cs="Arial"/>
        </w:rPr>
        <w:t xml:space="preserve"> sector </w:t>
      </w:r>
      <w:proofErr w:type="spellStart"/>
      <w:r w:rsidR="00352E87" w:rsidRPr="00352E87">
        <w:rPr>
          <w:rFonts w:ascii="Arial" w:hAnsi="Arial" w:cs="Arial"/>
        </w:rPr>
        <w:t>preifat</w:t>
      </w:r>
      <w:proofErr w:type="spellEnd"/>
      <w:r w:rsidR="00352E87" w:rsidRPr="00352E87">
        <w:rPr>
          <w:rFonts w:ascii="Arial" w:hAnsi="Arial" w:cs="Arial"/>
        </w:rPr>
        <w:t>?</w:t>
      </w:r>
    </w:p>
    <w:p w14:paraId="0579B9ED" w14:textId="28E94F24" w:rsidR="0023470B" w:rsidRPr="0042353A" w:rsidRDefault="0023470B">
      <w:pPr>
        <w:spacing w:after="120"/>
        <w:rPr>
          <w:rFonts w:ascii="Arial" w:hAnsi="Arial" w:cs="Arial"/>
        </w:rPr>
      </w:pPr>
    </w:p>
    <w:p w14:paraId="799E1D15" w14:textId="77777777" w:rsidR="00BB3259" w:rsidRPr="00BB3259" w:rsidRDefault="005C12BE" w:rsidP="00BB3259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1280" behindDoc="0" locked="0" layoutInCell="1" allowOverlap="1" wp14:anchorId="11585763" wp14:editId="76861B44">
                <wp:simplePos x="0" y="0"/>
                <wp:positionH relativeFrom="margin">
                  <wp:align>right</wp:align>
                </wp:positionH>
                <wp:positionV relativeFrom="paragraph">
                  <wp:posOffset>1061085</wp:posOffset>
                </wp:positionV>
                <wp:extent cx="5924550" cy="1404620"/>
                <wp:effectExtent l="0" t="0" r="19050" b="24130"/>
                <wp:wrapSquare wrapText="bothSides"/>
                <wp:docPr id="20121659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F9CA14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585763" id="_x0000_s1048" type="#_x0000_t202" style="position:absolute;margin-left:415.3pt;margin-top:83.55pt;width:466.5pt;height:110.6pt;z-index:25168128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">
                <v:textbox style="mso-fit-shape-to-text:t">
                  <w:txbxContent>
                    <w:p w14:paraId="14F9CA14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4. </w:t>
      </w:r>
      <w:r w:rsidR="00BB3259" w:rsidRPr="00BB3259">
        <w:rPr>
          <w:rFonts w:ascii="Arial" w:hAnsi="Arial" w:cs="Arial"/>
        </w:rPr>
        <w:t xml:space="preserve">Gall </w:t>
      </w:r>
      <w:proofErr w:type="spellStart"/>
      <w:r w:rsidR="00BB3259" w:rsidRPr="00BB3259">
        <w:rPr>
          <w:rFonts w:ascii="Arial" w:hAnsi="Arial" w:cs="Arial"/>
        </w:rPr>
        <w:t>cydweithio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arbenigo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gan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sefydliadau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greu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arbedion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effeithlonrwydd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effeithiau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cydgrynhoi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cryfach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ar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gyfer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addysgu</w:t>
      </w:r>
      <w:proofErr w:type="spellEnd"/>
      <w:r w:rsidR="00BB3259" w:rsidRPr="00BB3259">
        <w:rPr>
          <w:rFonts w:ascii="Arial" w:hAnsi="Arial" w:cs="Arial"/>
        </w:rPr>
        <w:t xml:space="preserve">, </w:t>
      </w:r>
      <w:proofErr w:type="spellStart"/>
      <w:r w:rsidR="00BB3259" w:rsidRPr="00BB3259">
        <w:rPr>
          <w:rFonts w:ascii="Arial" w:hAnsi="Arial" w:cs="Arial"/>
        </w:rPr>
        <w:t>cyflogaeth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ymchwil</w:t>
      </w:r>
      <w:proofErr w:type="spellEnd"/>
      <w:r w:rsidR="00BB3259" w:rsidRPr="00BB3259">
        <w:rPr>
          <w:rFonts w:ascii="Arial" w:hAnsi="Arial" w:cs="Arial"/>
        </w:rPr>
        <w:t xml:space="preserve">, </w:t>
      </w:r>
      <w:proofErr w:type="spellStart"/>
      <w:r w:rsidR="00BB3259" w:rsidRPr="00BB3259">
        <w:rPr>
          <w:rFonts w:ascii="Arial" w:hAnsi="Arial" w:cs="Arial"/>
        </w:rPr>
        <w:t>datblygu</w:t>
      </w:r>
      <w:proofErr w:type="spellEnd"/>
      <w:r w:rsidR="00BB3259" w:rsidRPr="00BB3259">
        <w:rPr>
          <w:rFonts w:ascii="Arial" w:hAnsi="Arial" w:cs="Arial"/>
        </w:rPr>
        <w:t xml:space="preserve"> ac </w:t>
      </w:r>
      <w:proofErr w:type="spellStart"/>
      <w:r w:rsidR="00BB3259" w:rsidRPr="00BB3259">
        <w:rPr>
          <w:rFonts w:ascii="Arial" w:hAnsi="Arial" w:cs="Arial"/>
        </w:rPr>
        <w:t>arloesi</w:t>
      </w:r>
      <w:proofErr w:type="spellEnd"/>
      <w:r w:rsidR="00BB3259" w:rsidRPr="00BB3259">
        <w:rPr>
          <w:rFonts w:ascii="Arial" w:hAnsi="Arial" w:cs="Arial"/>
        </w:rPr>
        <w:t xml:space="preserve">. Pa </w:t>
      </w:r>
      <w:proofErr w:type="spellStart"/>
      <w:r w:rsidR="00BB3259" w:rsidRPr="00BB3259">
        <w:rPr>
          <w:rFonts w:ascii="Arial" w:hAnsi="Arial" w:cs="Arial"/>
        </w:rPr>
        <w:t>dystiolaeth</w:t>
      </w:r>
      <w:proofErr w:type="spellEnd"/>
      <w:r w:rsidR="00BB3259" w:rsidRPr="00BB3259">
        <w:rPr>
          <w:rFonts w:ascii="Arial" w:hAnsi="Arial" w:cs="Arial"/>
        </w:rPr>
        <w:t xml:space="preserve"> y </w:t>
      </w:r>
      <w:proofErr w:type="spellStart"/>
      <w:r w:rsidR="00BB3259" w:rsidRPr="00BB3259">
        <w:rPr>
          <w:rFonts w:ascii="Arial" w:hAnsi="Arial" w:cs="Arial"/>
        </w:rPr>
        <w:t>gellir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ei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defnyddio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yn</w:t>
      </w:r>
      <w:proofErr w:type="spellEnd"/>
      <w:r w:rsidR="00BB3259" w:rsidRPr="00BB3259">
        <w:rPr>
          <w:rFonts w:ascii="Arial" w:hAnsi="Arial" w:cs="Arial"/>
        </w:rPr>
        <w:t xml:space="preserve"> sail i </w:t>
      </w:r>
      <w:proofErr w:type="spellStart"/>
      <w:r w:rsidR="00BB3259" w:rsidRPr="00BB3259">
        <w:rPr>
          <w:rFonts w:ascii="Arial" w:hAnsi="Arial" w:cs="Arial"/>
        </w:rPr>
        <w:t>hyn</w:t>
      </w:r>
      <w:proofErr w:type="spellEnd"/>
      <w:r w:rsidR="00BB3259" w:rsidRPr="00BB3259">
        <w:rPr>
          <w:rFonts w:ascii="Arial" w:hAnsi="Arial" w:cs="Arial"/>
        </w:rPr>
        <w:t xml:space="preserve">, ac a </w:t>
      </w:r>
      <w:proofErr w:type="spellStart"/>
      <w:r w:rsidR="00BB3259" w:rsidRPr="00BB3259">
        <w:rPr>
          <w:rFonts w:ascii="Arial" w:hAnsi="Arial" w:cs="Arial"/>
        </w:rPr>
        <w:t>yw'n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awgrymu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beth</w:t>
      </w:r>
      <w:proofErr w:type="spellEnd"/>
      <w:r w:rsidR="00BB3259" w:rsidRPr="00BB3259">
        <w:rPr>
          <w:rFonts w:ascii="Arial" w:hAnsi="Arial" w:cs="Arial"/>
        </w:rPr>
        <w:t xml:space="preserve"> y </w:t>
      </w:r>
      <w:proofErr w:type="spellStart"/>
      <w:r w:rsidR="00BB3259" w:rsidRPr="00BB3259">
        <w:rPr>
          <w:rFonts w:ascii="Arial" w:hAnsi="Arial" w:cs="Arial"/>
        </w:rPr>
        <w:t>dylid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arbenigo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ynddo</w:t>
      </w:r>
      <w:proofErr w:type="spellEnd"/>
      <w:r w:rsidR="00BB3259" w:rsidRPr="00BB3259">
        <w:rPr>
          <w:rFonts w:ascii="Arial" w:hAnsi="Arial" w:cs="Arial"/>
        </w:rPr>
        <w:t xml:space="preserve">, a </w:t>
      </w:r>
      <w:proofErr w:type="spellStart"/>
      <w:r w:rsidR="00BB3259" w:rsidRPr="00BB3259">
        <w:rPr>
          <w:rFonts w:ascii="Arial" w:hAnsi="Arial" w:cs="Arial"/>
        </w:rPr>
        <w:t>sut</w:t>
      </w:r>
      <w:proofErr w:type="spellEnd"/>
      <w:r w:rsidR="00BB3259" w:rsidRPr="00BB3259">
        <w:rPr>
          <w:rFonts w:ascii="Arial" w:hAnsi="Arial" w:cs="Arial"/>
        </w:rPr>
        <w:t xml:space="preserve">? Gallai </w:t>
      </w:r>
      <w:proofErr w:type="spellStart"/>
      <w:r w:rsidR="00BB3259" w:rsidRPr="00BB3259">
        <w:rPr>
          <w:rFonts w:ascii="Arial" w:hAnsi="Arial" w:cs="Arial"/>
        </w:rPr>
        <w:t>hyn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hefyd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greu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risgiau</w:t>
      </w:r>
      <w:proofErr w:type="spellEnd"/>
      <w:r w:rsidR="00BB3259" w:rsidRPr="00BB3259">
        <w:rPr>
          <w:rFonts w:ascii="Arial" w:hAnsi="Arial" w:cs="Arial"/>
        </w:rPr>
        <w:t xml:space="preserve"> a </w:t>
      </w:r>
      <w:proofErr w:type="spellStart"/>
      <w:r w:rsidR="00BB3259" w:rsidRPr="00BB3259">
        <w:rPr>
          <w:rFonts w:ascii="Arial" w:hAnsi="Arial" w:cs="Arial"/>
        </w:rPr>
        <w:t>heriau</w:t>
      </w:r>
      <w:proofErr w:type="spellEnd"/>
      <w:r w:rsidR="00BB3259" w:rsidRPr="00BB3259">
        <w:rPr>
          <w:rFonts w:ascii="Arial" w:hAnsi="Arial" w:cs="Arial"/>
        </w:rPr>
        <w:t xml:space="preserve"> – </w:t>
      </w:r>
      <w:proofErr w:type="spellStart"/>
      <w:r w:rsidR="00BB3259" w:rsidRPr="00BB3259">
        <w:rPr>
          <w:rFonts w:ascii="Arial" w:hAnsi="Arial" w:cs="Arial"/>
        </w:rPr>
        <w:t>beth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ydyn</w:t>
      </w:r>
      <w:proofErr w:type="spellEnd"/>
      <w:r w:rsidR="00BB3259" w:rsidRPr="00BB3259">
        <w:rPr>
          <w:rFonts w:ascii="Arial" w:hAnsi="Arial" w:cs="Arial"/>
        </w:rPr>
        <w:t xml:space="preserve"> </w:t>
      </w:r>
      <w:proofErr w:type="spellStart"/>
      <w:r w:rsidR="00BB3259" w:rsidRPr="00BB3259">
        <w:rPr>
          <w:rFonts w:ascii="Arial" w:hAnsi="Arial" w:cs="Arial"/>
        </w:rPr>
        <w:t>nhw</w:t>
      </w:r>
      <w:proofErr w:type="spellEnd"/>
      <w:r w:rsidR="00BB3259" w:rsidRPr="00BB3259">
        <w:rPr>
          <w:rFonts w:ascii="Arial" w:hAnsi="Arial" w:cs="Arial"/>
        </w:rPr>
        <w:t>?</w:t>
      </w:r>
    </w:p>
    <w:p w14:paraId="2B1BE459" w14:textId="28BA7DD2" w:rsidR="0023470B" w:rsidRPr="0042353A" w:rsidRDefault="0023470B">
      <w:pPr>
        <w:rPr>
          <w:rFonts w:ascii="Arial" w:hAnsi="Arial" w:cs="Arial"/>
        </w:rPr>
      </w:pPr>
    </w:p>
    <w:p w14:paraId="0DD0908D" w14:textId="77777777" w:rsidR="005F62E7" w:rsidRDefault="005C12BE" w:rsidP="005F62E7">
      <w:pPr>
        <w:spacing w:after="120"/>
        <w:rPr>
          <w:rFonts w:ascii="Arial" w:hAnsi="Arial" w:cs="Arial"/>
        </w:rPr>
      </w:pPr>
      <w:r w:rsidRPr="005B1AF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3328" behindDoc="0" locked="0" layoutInCell="1" allowOverlap="1" wp14:anchorId="3B4A01CC" wp14:editId="31D9176D">
                <wp:simplePos x="0" y="0"/>
                <wp:positionH relativeFrom="margin">
                  <wp:align>right</wp:align>
                </wp:positionH>
                <wp:positionV relativeFrom="paragraph">
                  <wp:posOffset>734060</wp:posOffset>
                </wp:positionV>
                <wp:extent cx="5924550" cy="1404620"/>
                <wp:effectExtent l="0" t="0" r="19050" b="24130"/>
                <wp:wrapSquare wrapText="bothSides"/>
                <wp:docPr id="1672535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7A6A5" w14:textId="77777777" w:rsidR="005C12BE" w:rsidRDefault="005C12BE" w:rsidP="005C12B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4A01CC" id="_x0000_s1049" type="#_x0000_t202" style="position:absolute;margin-left:415.3pt;margin-top:57.8pt;width:466.5pt;height:110.6pt;z-index:25168332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">
                <v:textbox style="mso-fit-shape-to-text:t">
                  <w:txbxContent>
                    <w:p w14:paraId="61E7A6A5" w14:textId="77777777" w:rsidR="005C12BE" w:rsidRDefault="005C12BE" w:rsidP="005C12BE"/>
                  </w:txbxContent>
                </v:textbox>
                <w10:wrap type="square" anchorx="margin"/>
              </v:shape>
            </w:pict>
          </mc:Fallback>
        </mc:AlternateContent>
      </w:r>
      <w:r w:rsidR="00D75F6C" w:rsidRPr="0042353A">
        <w:rPr>
          <w:rFonts w:ascii="Arial" w:hAnsi="Arial" w:cs="Arial"/>
        </w:rPr>
        <w:t xml:space="preserve">5. </w:t>
      </w:r>
      <w:r w:rsidR="005F62E7" w:rsidRPr="005F62E7">
        <w:rPr>
          <w:rFonts w:ascii="Arial" w:hAnsi="Arial" w:cs="Arial"/>
        </w:rPr>
        <w:t xml:space="preserve">Pa </w:t>
      </w:r>
      <w:proofErr w:type="spellStart"/>
      <w:r w:rsidR="005F62E7" w:rsidRPr="005F62E7">
        <w:rPr>
          <w:rFonts w:ascii="Arial" w:hAnsi="Arial" w:cs="Arial"/>
        </w:rPr>
        <w:t>gyfleoedd</w:t>
      </w:r>
      <w:proofErr w:type="spellEnd"/>
      <w:r w:rsidR="005F62E7" w:rsidRPr="005F62E7">
        <w:rPr>
          <w:rFonts w:ascii="Arial" w:hAnsi="Arial" w:cs="Arial"/>
        </w:rPr>
        <w:t xml:space="preserve"> a </w:t>
      </w:r>
      <w:proofErr w:type="spellStart"/>
      <w:r w:rsidR="005F62E7" w:rsidRPr="005F62E7">
        <w:rPr>
          <w:rFonts w:ascii="Arial" w:hAnsi="Arial" w:cs="Arial"/>
        </w:rPr>
        <w:t>bygythiadau</w:t>
      </w:r>
      <w:proofErr w:type="spellEnd"/>
      <w:r w:rsidR="005F62E7" w:rsidRPr="005F62E7">
        <w:rPr>
          <w:rFonts w:ascii="Arial" w:hAnsi="Arial" w:cs="Arial"/>
        </w:rPr>
        <w:t xml:space="preserve"> y </w:t>
      </w:r>
      <w:proofErr w:type="spellStart"/>
      <w:r w:rsidR="005F62E7" w:rsidRPr="005F62E7">
        <w:rPr>
          <w:rFonts w:ascii="Arial" w:hAnsi="Arial" w:cs="Arial"/>
        </w:rPr>
        <w:t>mae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deallusrwydd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artiffisial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yn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eu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hachosi</w:t>
      </w:r>
      <w:proofErr w:type="spellEnd"/>
      <w:r w:rsidR="005F62E7" w:rsidRPr="005F62E7">
        <w:rPr>
          <w:rFonts w:ascii="Arial" w:hAnsi="Arial" w:cs="Arial"/>
        </w:rPr>
        <w:t xml:space="preserve"> i </w:t>
      </w:r>
      <w:proofErr w:type="spellStart"/>
      <w:r w:rsidR="005F62E7" w:rsidRPr="005F62E7">
        <w:rPr>
          <w:rFonts w:ascii="Arial" w:hAnsi="Arial" w:cs="Arial"/>
        </w:rPr>
        <w:t>ddyfodol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addysg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drydyddol</w:t>
      </w:r>
      <w:proofErr w:type="spellEnd"/>
      <w:r w:rsidR="005F62E7" w:rsidRPr="005F62E7">
        <w:rPr>
          <w:rFonts w:ascii="Arial" w:hAnsi="Arial" w:cs="Arial"/>
        </w:rPr>
        <w:t xml:space="preserve">? Pa </w:t>
      </w:r>
      <w:proofErr w:type="spellStart"/>
      <w:r w:rsidR="005F62E7" w:rsidRPr="005F62E7">
        <w:rPr>
          <w:rFonts w:ascii="Arial" w:hAnsi="Arial" w:cs="Arial"/>
        </w:rPr>
        <w:t>oblygiadau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sy'n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dod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i'r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amlwg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gyfer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darparwyr</w:t>
      </w:r>
      <w:proofErr w:type="spellEnd"/>
      <w:r w:rsidR="005F62E7" w:rsidRPr="005F62E7">
        <w:rPr>
          <w:rFonts w:ascii="Arial" w:hAnsi="Arial" w:cs="Arial"/>
        </w:rPr>
        <w:t xml:space="preserve"> ac </w:t>
      </w:r>
      <w:proofErr w:type="spellStart"/>
      <w:r w:rsidR="005F62E7" w:rsidRPr="005F62E7">
        <w:rPr>
          <w:rFonts w:ascii="Arial" w:hAnsi="Arial" w:cs="Arial"/>
        </w:rPr>
        <w:t>ar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gyfer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polisi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Llywodraeth</w:t>
      </w:r>
      <w:proofErr w:type="spellEnd"/>
      <w:r w:rsidR="005F62E7" w:rsidRPr="005F62E7">
        <w:rPr>
          <w:rFonts w:ascii="Arial" w:hAnsi="Arial" w:cs="Arial"/>
        </w:rPr>
        <w:t xml:space="preserve"> Cymru </w:t>
      </w:r>
      <w:proofErr w:type="spellStart"/>
      <w:r w:rsidR="005F62E7" w:rsidRPr="005F62E7">
        <w:rPr>
          <w:rFonts w:ascii="Arial" w:hAnsi="Arial" w:cs="Arial"/>
        </w:rPr>
        <w:t>yn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sgil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defnyddio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deallusrwydd</w:t>
      </w:r>
      <w:proofErr w:type="spellEnd"/>
      <w:r w:rsidR="005F62E7" w:rsidRPr="005F62E7">
        <w:rPr>
          <w:rFonts w:ascii="Arial" w:hAnsi="Arial" w:cs="Arial"/>
        </w:rPr>
        <w:t xml:space="preserve"> </w:t>
      </w:r>
      <w:proofErr w:type="spellStart"/>
      <w:r w:rsidR="005F62E7" w:rsidRPr="005F62E7">
        <w:rPr>
          <w:rFonts w:ascii="Arial" w:hAnsi="Arial" w:cs="Arial"/>
        </w:rPr>
        <w:t>artiffisial</w:t>
      </w:r>
      <w:proofErr w:type="spellEnd"/>
      <w:r w:rsidR="005F62E7" w:rsidRPr="005F62E7">
        <w:rPr>
          <w:rFonts w:ascii="Arial" w:hAnsi="Arial" w:cs="Arial"/>
        </w:rPr>
        <w:t>?</w:t>
      </w:r>
    </w:p>
    <w:p w14:paraId="13CB8FD7" w14:textId="77777777" w:rsidR="007444C3" w:rsidRPr="0042353A" w:rsidRDefault="007444C3">
      <w:pPr>
        <w:rPr>
          <w:rFonts w:ascii="Arial" w:hAnsi="Arial" w:cs="Arial"/>
        </w:rPr>
      </w:pPr>
    </w:p>
    <w:sectPr w:rsidR="007444C3" w:rsidRPr="0042353A" w:rsidSect="00034616"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9B51C" w14:textId="77777777" w:rsidR="00830C6A" w:rsidRDefault="00830C6A">
      <w:pPr>
        <w:spacing w:after="0" w:line="240" w:lineRule="auto"/>
      </w:pPr>
      <w:r>
        <w:separator/>
      </w:r>
    </w:p>
  </w:endnote>
  <w:endnote w:type="continuationSeparator" w:id="0">
    <w:p w14:paraId="230531EC" w14:textId="77777777" w:rsidR="00830C6A" w:rsidRDefault="0083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A4741" w14:textId="77777777" w:rsidR="00830C6A" w:rsidRDefault="00830C6A">
      <w:pPr>
        <w:spacing w:after="0" w:line="240" w:lineRule="auto"/>
      </w:pPr>
      <w:r>
        <w:separator/>
      </w:r>
    </w:p>
  </w:footnote>
  <w:footnote w:type="continuationSeparator" w:id="0">
    <w:p w14:paraId="755A4E84" w14:textId="77777777" w:rsidR="00830C6A" w:rsidRDefault="00830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3BEAC" w14:textId="1312CBFA" w:rsidR="0023470B" w:rsidRDefault="00D75F6C" w:rsidP="0042353A">
    <w:pPr>
      <w:pStyle w:val="Header"/>
      <w:jc w:val="right"/>
    </w:pPr>
    <w:r w:rsidRPr="00D75F6C">
      <w:rPr>
        <w:b/>
        <w:noProof/>
      </w:rPr>
      <w:drawing>
        <wp:inline distT="0" distB="0" distL="0" distR="0" wp14:anchorId="2EBA9D58" wp14:editId="60B82290">
          <wp:extent cx="1543050" cy="1447800"/>
          <wp:effectExtent l="0" t="0" r="0" b="0"/>
          <wp:docPr id="888220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CB45DA"/>
    <w:multiLevelType w:val="hybridMultilevel"/>
    <w:tmpl w:val="4C02550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06E65DBC"/>
    <w:multiLevelType w:val="hybridMultilevel"/>
    <w:tmpl w:val="6892222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825BE8"/>
    <w:multiLevelType w:val="hybridMultilevel"/>
    <w:tmpl w:val="22BCDA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C6C60"/>
    <w:multiLevelType w:val="hybridMultilevel"/>
    <w:tmpl w:val="A4A282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7D71A9"/>
    <w:multiLevelType w:val="hybridMultilevel"/>
    <w:tmpl w:val="2B6297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7218727">
    <w:abstractNumId w:val="8"/>
  </w:num>
  <w:num w:numId="2" w16cid:durableId="857473573">
    <w:abstractNumId w:val="6"/>
  </w:num>
  <w:num w:numId="3" w16cid:durableId="2091344832">
    <w:abstractNumId w:val="5"/>
  </w:num>
  <w:num w:numId="4" w16cid:durableId="952244938">
    <w:abstractNumId w:val="4"/>
  </w:num>
  <w:num w:numId="5" w16cid:durableId="99377788">
    <w:abstractNumId w:val="7"/>
  </w:num>
  <w:num w:numId="6" w16cid:durableId="2011785952">
    <w:abstractNumId w:val="3"/>
  </w:num>
  <w:num w:numId="7" w16cid:durableId="2028632423">
    <w:abstractNumId w:val="2"/>
  </w:num>
  <w:num w:numId="8" w16cid:durableId="1011223925">
    <w:abstractNumId w:val="1"/>
  </w:num>
  <w:num w:numId="9" w16cid:durableId="1260215547">
    <w:abstractNumId w:val="0"/>
  </w:num>
  <w:num w:numId="10" w16cid:durableId="1506824123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2045713848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46983103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64870800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20526857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674"/>
    <w:rsid w:val="00034616"/>
    <w:rsid w:val="00034B13"/>
    <w:rsid w:val="0006063C"/>
    <w:rsid w:val="00144281"/>
    <w:rsid w:val="001451C1"/>
    <w:rsid w:val="0015074B"/>
    <w:rsid w:val="00196052"/>
    <w:rsid w:val="00196BB5"/>
    <w:rsid w:val="0023470B"/>
    <w:rsid w:val="00254C4A"/>
    <w:rsid w:val="002575D7"/>
    <w:rsid w:val="0029639D"/>
    <w:rsid w:val="002C3D00"/>
    <w:rsid w:val="0032077B"/>
    <w:rsid w:val="00326F90"/>
    <w:rsid w:val="00352E87"/>
    <w:rsid w:val="003B7E0C"/>
    <w:rsid w:val="003D5D36"/>
    <w:rsid w:val="004057D3"/>
    <w:rsid w:val="0042353A"/>
    <w:rsid w:val="00425246"/>
    <w:rsid w:val="004305D6"/>
    <w:rsid w:val="0046457D"/>
    <w:rsid w:val="00465FA3"/>
    <w:rsid w:val="004756E2"/>
    <w:rsid w:val="00490926"/>
    <w:rsid w:val="004A69D0"/>
    <w:rsid w:val="004D0D98"/>
    <w:rsid w:val="004E726F"/>
    <w:rsid w:val="0055400C"/>
    <w:rsid w:val="0057765B"/>
    <w:rsid w:val="005858C1"/>
    <w:rsid w:val="005B1AFD"/>
    <w:rsid w:val="005C12BE"/>
    <w:rsid w:val="005D5EBF"/>
    <w:rsid w:val="005D7DED"/>
    <w:rsid w:val="005E235C"/>
    <w:rsid w:val="005F62E7"/>
    <w:rsid w:val="005F7EC8"/>
    <w:rsid w:val="00610D1A"/>
    <w:rsid w:val="0061420F"/>
    <w:rsid w:val="00634F31"/>
    <w:rsid w:val="00665AC3"/>
    <w:rsid w:val="00671040"/>
    <w:rsid w:val="00697352"/>
    <w:rsid w:val="006D193E"/>
    <w:rsid w:val="006E6C24"/>
    <w:rsid w:val="007444C3"/>
    <w:rsid w:val="007929D4"/>
    <w:rsid w:val="007E0BB9"/>
    <w:rsid w:val="007E1AF6"/>
    <w:rsid w:val="00811A34"/>
    <w:rsid w:val="00824EFF"/>
    <w:rsid w:val="00830C6A"/>
    <w:rsid w:val="00843917"/>
    <w:rsid w:val="0095680A"/>
    <w:rsid w:val="009E2A09"/>
    <w:rsid w:val="009F1342"/>
    <w:rsid w:val="009F6455"/>
    <w:rsid w:val="00A155C6"/>
    <w:rsid w:val="00A431FB"/>
    <w:rsid w:val="00A57621"/>
    <w:rsid w:val="00A84311"/>
    <w:rsid w:val="00AA1D8D"/>
    <w:rsid w:val="00AA7FF6"/>
    <w:rsid w:val="00AB5171"/>
    <w:rsid w:val="00B03469"/>
    <w:rsid w:val="00B1189E"/>
    <w:rsid w:val="00B47730"/>
    <w:rsid w:val="00BA4EBF"/>
    <w:rsid w:val="00BB3259"/>
    <w:rsid w:val="00C22CDE"/>
    <w:rsid w:val="00CB0664"/>
    <w:rsid w:val="00CE70BB"/>
    <w:rsid w:val="00D75F6C"/>
    <w:rsid w:val="00DC59A6"/>
    <w:rsid w:val="00ED718A"/>
    <w:rsid w:val="00F07335"/>
    <w:rsid w:val="00F15B4B"/>
    <w:rsid w:val="00F505A5"/>
    <w:rsid w:val="00F7572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986059"/>
  <w14:defaultImageDpi w14:val="300"/>
  <w15:docId w15:val="{E7574FCF-2A83-43AA-B921-58E0F140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634F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F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dysgDrydyddol.Ymgyngoriadau@llyw.cym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890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Holbrook, David (ECWL - Schools Digital Services Division)</cp:lastModifiedBy>
  <cp:revision>40</cp:revision>
  <dcterms:created xsi:type="dcterms:W3CDTF">2026-01-12T16:57:00Z</dcterms:created>
  <dcterms:modified xsi:type="dcterms:W3CDTF">2026-01-16T10:45:00Z</dcterms:modified>
  <cp:category/>
</cp:coreProperties>
</file>