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07A7C" w14:textId="15D29E67" w:rsidR="00A9517F" w:rsidRPr="00D12976" w:rsidRDefault="00D12976" w:rsidP="00D12976">
      <w:pPr>
        <w:pStyle w:val="Heading1"/>
        <w:spacing w:before="0" w:line="278" w:lineRule="auto"/>
        <w:rPr>
          <w:rFonts w:ascii="Arial" w:hAnsi="Arial" w:cs="Arial"/>
          <w:b w:val="0"/>
          <w:bCs w:val="0"/>
          <w:color w:val="auto"/>
          <w:kern w:val="2"/>
          <w:sz w:val="40"/>
          <w:szCs w:val="40"/>
          <w14:ligatures w14:val="standardContextual"/>
        </w:rPr>
      </w:pPr>
      <w:r>
        <w:rPr>
          <w:rFonts w:ascii="Arial" w:hAnsi="Arial"/>
          <w:b w:val="0"/>
          <w:color w:val="auto"/>
          <w:sz w:val="40"/>
        </w:rPr>
        <w:t>Enghraifft o Restr Wirio ar gyfer Cynnal a Chadw Safle Sipsiwn a Theithwyr</w:t>
      </w:r>
    </w:p>
    <w:p w14:paraId="010A841F" w14:textId="77777777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</w:p>
    <w:p w14:paraId="0C48E5B5" w14:textId="17B91A72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Dyddiad:</w:t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35429416" w14:textId="73FA90AC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Safle: </w:t>
      </w:r>
    </w:p>
    <w:p w14:paraId="325D266B" w14:textId="77777777" w:rsidR="00D12976" w:rsidRPr="00D12976" w:rsidRDefault="00D12976" w:rsidP="00D12976">
      <w:pPr>
        <w:rPr>
          <w:rFonts w:ascii="Arial" w:hAnsi="Arial" w:cs="Arial"/>
          <w:sz w:val="24"/>
          <w:szCs w:val="24"/>
        </w:rPr>
      </w:pPr>
    </w:p>
    <w:p w14:paraId="1BB290F7" w14:textId="7A308F65" w:rsidR="00A9517F" w:rsidRPr="00D12976" w:rsidRDefault="00F460D0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Archwiliad Cyffredinol o’r Safle</w:t>
      </w:r>
    </w:p>
    <w:p w14:paraId="2C7021BB" w14:textId="32A3AD43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Edrych ar arwynebau'r lleiniau, gwneud yn siŵr eu bod yn ddiogel a ddim yn torri.</w:t>
      </w:r>
    </w:p>
    <w:p w14:paraId="64CAE024" w14:textId="2B2364D8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Edrych ar ffyrdd a llwybrau mynediad, </w:t>
      </w:r>
      <w:r w:rsidR="0042022D">
        <w:rPr>
          <w:rFonts w:ascii="Arial" w:hAnsi="Arial"/>
          <w:sz w:val="24"/>
        </w:rPr>
        <w:t>atgyweirio</w:t>
      </w:r>
      <w:r>
        <w:rPr>
          <w:rFonts w:ascii="Arial" w:hAnsi="Arial"/>
          <w:sz w:val="24"/>
        </w:rPr>
        <w:t xml:space="preserve"> tyllau a chlirio unrhyw rwystrau.</w:t>
      </w:r>
    </w:p>
    <w:p w14:paraId="5605C3C8" w14:textId="4B73E93E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Ffensys a gatiau, </w:t>
      </w:r>
      <w:r w:rsidR="0042022D">
        <w:rPr>
          <w:rFonts w:ascii="Arial" w:hAnsi="Arial"/>
          <w:sz w:val="24"/>
        </w:rPr>
        <w:t>atgyweirio</w:t>
      </w:r>
      <w:r>
        <w:rPr>
          <w:rFonts w:ascii="Arial" w:hAnsi="Arial"/>
          <w:sz w:val="24"/>
        </w:rPr>
        <w:t xml:space="preserve"> unrhyw beth sydd wedi torri a gwneud yn siŵr eu bod yn ddiogel.</w:t>
      </w:r>
    </w:p>
    <w:p w14:paraId="3634AF6A" w14:textId="4253127B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Gwneud yn siŵr bod arwyddion yn hawdd eu darllen ac yn y mannau cywir.</w:t>
      </w:r>
    </w:p>
    <w:p w14:paraId="7ABA8CCD" w14:textId="2CF23D34" w:rsidR="00D12976" w:rsidRDefault="00A77A1B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Cadarnhau bod yr holl oleuadau y tu allan yn gweithio.</w:t>
      </w:r>
    </w:p>
    <w:p w14:paraId="2FB6F011" w14:textId="63408BB8" w:rsidR="00D12976" w:rsidRDefault="00D1297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Cynnal/adolygu asesiad risg diogelwch tân (blynyddol neu ar ôl newidiadau sylweddol)</w:t>
      </w:r>
    </w:p>
    <w:p w14:paraId="1E3A5498" w14:textId="2DFBB4C5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Cyfleustodau a Gwasanaethu Blociau Cyfleustodau a mannau cymunedol</w:t>
      </w:r>
    </w:p>
    <w:p w14:paraId="3ECC11F4" w14:textId="327661A0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Profi’r trydan; socedi, switsys diogelwch, a gwifrau.</w:t>
      </w:r>
    </w:p>
    <w:p w14:paraId="6C140621" w14:textId="67BC4872" w:rsidR="00D12976" w:rsidRPr="00D12976" w:rsidRDefault="00D1297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Cynnal a chadw systemau teledu cylch cyfyng fel eu bod yn gweithio.</w:t>
      </w:r>
    </w:p>
    <w:p w14:paraId="35D9831A" w14:textId="65EDEFC1" w:rsidR="00A9517F" w:rsidRPr="00D12976" w:rsidRDefault="003F732A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Archwilio pibellau dŵr; chwilio am ollyngiadau neu ddŵr budr.</w:t>
      </w:r>
    </w:p>
    <w:p w14:paraId="74873E87" w14:textId="385F0ADB" w:rsidR="00A9517F" w:rsidRPr="00D12976" w:rsidRDefault="003F732A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Sicrhau bod draeniau a charthffosydd yn gweithio'n iawn.</w:t>
      </w:r>
    </w:p>
    <w:p w14:paraId="0376C931" w14:textId="22EB5FEA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Cadw ardaloedd biniau'n lân a sicrhau bod sbwriel yn cael ei gasglu'n rheolaidd.</w:t>
      </w:r>
    </w:p>
    <w:p w14:paraId="7F1111EC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Cyfleusterau Cymunedol</w:t>
      </w:r>
    </w:p>
    <w:p w14:paraId="4CE9829F" w14:textId="2A452A5D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Glanhau a chynnal a chadw ystafelloedd a rennir.</w:t>
      </w:r>
    </w:p>
    <w:p w14:paraId="3544D937" w14:textId="00C616F5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Gwirio systemau gwresogi ac aer, rhoi gwybod am un</w:t>
      </w:r>
      <w:r w:rsidR="00A86B9F">
        <w:rPr>
          <w:rFonts w:ascii="Arial" w:hAnsi="Arial"/>
          <w:sz w:val="24"/>
        </w:rPr>
        <w:t>rhyw beth nad yw'n gweithio/ei atgyweirio</w:t>
      </w:r>
      <w:r>
        <w:rPr>
          <w:rFonts w:ascii="Arial" w:hAnsi="Arial"/>
          <w:sz w:val="24"/>
        </w:rPr>
        <w:t>.</w:t>
      </w:r>
    </w:p>
    <w:p w14:paraId="2D4DE973" w14:textId="5F15DF36" w:rsidR="00A9517F" w:rsidRPr="00D12976" w:rsidRDefault="0085185F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Sicrhau bod y larymau tân a'r diffoddyddion tân yn eu lle ac yn gweithio.</w:t>
      </w:r>
    </w:p>
    <w:p w14:paraId="2101ABC8" w14:textId="0DAAB46E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Gwirio bod yr holl oleuadau'n gweithio.</w:t>
      </w:r>
    </w:p>
    <w:p w14:paraId="5827EAAD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Tirlunio a Thiroedd</w:t>
      </w:r>
    </w:p>
    <w:p w14:paraId="0E62D295" w14:textId="65CB8B13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Torri’r gwair a'r gwrychoedd yn aml.</w:t>
      </w:r>
    </w:p>
    <w:p w14:paraId="0035488B" w14:textId="6952E84E" w:rsidR="00A9517F" w:rsidRPr="00D12976" w:rsidRDefault="00E47259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Cael gwared ar sbwriel a mynd i'r afael â thipio anghyfreithlon.</w:t>
      </w:r>
    </w:p>
    <w:p w14:paraId="172CA8A2" w14:textId="15E3A847" w:rsidR="00A9517F" w:rsidRPr="00D12976" w:rsidRDefault="00E47259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lastRenderedPageBreak/>
        <w:t>Archwilio coed ar ffiniau’r safle; cael gwared ar ganghennau marw a'u cadw'n ddiogel.</w:t>
      </w:r>
    </w:p>
    <w:p w14:paraId="274E01CE" w14:textId="6E357BB9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Cadw ardaloedd chwarae yn daclus a</w:t>
      </w:r>
      <w:r w:rsidR="0042022D">
        <w:rPr>
          <w:rFonts w:ascii="Arial" w:hAnsi="Arial"/>
          <w:sz w:val="24"/>
        </w:rPr>
        <w:t>c atgyweirio</w:t>
      </w:r>
      <w:r>
        <w:rPr>
          <w:rFonts w:ascii="Arial" w:hAnsi="Arial"/>
          <w:sz w:val="24"/>
        </w:rPr>
        <w:t xml:space="preserve"> offer sydd wedi torri.</w:t>
      </w:r>
    </w:p>
    <w:p w14:paraId="76A81175" w14:textId="719037D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Cynnal a Chadw Ymatebol</w:t>
      </w:r>
    </w:p>
    <w:p w14:paraId="28B2AED1" w14:textId="4B390C57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Cofnodi ceisiadau am waith </w:t>
      </w:r>
      <w:r w:rsidR="0042022D">
        <w:rPr>
          <w:rFonts w:ascii="Arial" w:hAnsi="Arial"/>
          <w:sz w:val="24"/>
        </w:rPr>
        <w:t>atgyweirio</w:t>
      </w:r>
      <w:r>
        <w:rPr>
          <w:rFonts w:ascii="Arial" w:hAnsi="Arial"/>
          <w:sz w:val="24"/>
        </w:rPr>
        <w:t xml:space="preserve"> gan breswylwyr a delio â nhw ar fyrder.</w:t>
      </w:r>
    </w:p>
    <w:p w14:paraId="69E93E65" w14:textId="5B344101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Gwneud yn siŵr bod manylion cyswllt mewn argyfwng ar gael yn barod ar gyfer problemau brys.</w:t>
      </w:r>
    </w:p>
    <w:p w14:paraId="340BAAEB" w14:textId="6C7EEE5A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Cadw cofnod o'r hyn sydd wedi'i </w:t>
      </w:r>
      <w:r w:rsidR="0042022D">
        <w:rPr>
          <w:rFonts w:ascii="Arial" w:hAnsi="Arial"/>
          <w:sz w:val="24"/>
        </w:rPr>
        <w:t>atgyweirio</w:t>
      </w:r>
      <w:r>
        <w:rPr>
          <w:rFonts w:ascii="Arial" w:hAnsi="Arial"/>
          <w:sz w:val="24"/>
        </w:rPr>
        <w:t xml:space="preserve"> a'r hyn sydd heb ei wneud.</w:t>
      </w:r>
    </w:p>
    <w:p w14:paraId="5FCC71F9" w14:textId="77777777" w:rsidR="004F2565" w:rsidRPr="00D12976" w:rsidRDefault="004F2565" w:rsidP="004F2565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Cofnodi unrhyw faterion y mae angen eu </w:t>
      </w:r>
      <w:proofErr w:type="spellStart"/>
      <w:r>
        <w:rPr>
          <w:rFonts w:ascii="Arial" w:hAnsi="Arial"/>
          <w:sz w:val="24"/>
        </w:rPr>
        <w:t>huwchgyfeirio</w:t>
      </w:r>
      <w:proofErr w:type="spellEnd"/>
      <w:r>
        <w:rPr>
          <w:rFonts w:ascii="Arial" w:hAnsi="Arial"/>
          <w:sz w:val="24"/>
        </w:rPr>
        <w:t xml:space="preserve"> i adrannau eraill.</w:t>
      </w:r>
    </w:p>
    <w:p w14:paraId="28264908" w14:textId="248B9E2C" w:rsidR="004F2565" w:rsidRPr="00D12976" w:rsidRDefault="00A2485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Nodi unrhyw faterion sydd heb eu datrys neu sy'n codi dro ar ôl tro.</w:t>
      </w:r>
    </w:p>
    <w:p w14:paraId="3EA8C75F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Ymgysylltu â Phreswylwyr</w:t>
      </w:r>
    </w:p>
    <w:p w14:paraId="6BF564B8" w14:textId="407B9260" w:rsidR="00A9517F" w:rsidRPr="00D12976" w:rsidRDefault="00A24856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Cerdded o amgylch y safle gyda phreswylwyr yn rheolaidd.</w:t>
      </w:r>
    </w:p>
    <w:p w14:paraId="4025E58C" w14:textId="4D126BA4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Cynnal cyfarfodydd i drafod materion cynnal a chadw a materion sy’n ymwneud â’r safle; yn fisol neu'n chwarterol.</w:t>
      </w:r>
    </w:p>
    <w:p w14:paraId="08E40BB2" w14:textId="214781E8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Rhannu'r wybodaeth ddiweddaraf am y gwaith sydd ar y gweill a'r hyn sydd wedi'i gwblhau.</w:t>
      </w:r>
    </w:p>
    <w:p w14:paraId="2FA16B5B" w14:textId="1BAA2E50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Gwneud yn siŵr bod cwynion yn cael eu cofnodi a bod rhywun yn mynd ar eu trywydd.</w:t>
      </w:r>
    </w:p>
    <w:p w14:paraId="2A828F09" w14:textId="72BBD26F" w:rsidR="00C0400E" w:rsidRPr="00C0400E" w:rsidRDefault="00C0400E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Gofyn am adborth.</w:t>
      </w:r>
    </w:p>
    <w:p w14:paraId="5EA044AB" w14:textId="77777777" w:rsidR="00A9517F" w:rsidRPr="00D12976" w:rsidRDefault="00F460D0" w:rsidP="00C0400E">
      <w:pPr>
        <w:pStyle w:val="Heading2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</w:rPr>
        <w:t>Dogfennaeth a Chyllidebu</w:t>
      </w:r>
    </w:p>
    <w:p w14:paraId="45774051" w14:textId="4EBBCC0D" w:rsidR="00A9517F" w:rsidRPr="00D12976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Cadw calendr o dasgau cynnal a chadw.</w:t>
      </w:r>
    </w:p>
    <w:p w14:paraId="0AEB485C" w14:textId="45161548" w:rsidR="00A9517F" w:rsidRPr="00D12976" w:rsidRDefault="00C0400E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Cadw llygad ar y cyllidebau ar gyfer gwaith </w:t>
      </w:r>
      <w:r w:rsidR="0042022D">
        <w:rPr>
          <w:rFonts w:ascii="Arial" w:hAnsi="Arial"/>
          <w:sz w:val="24"/>
        </w:rPr>
        <w:t>atgyweirio</w:t>
      </w:r>
      <w:r>
        <w:rPr>
          <w:rFonts w:ascii="Arial" w:hAnsi="Arial"/>
          <w:sz w:val="24"/>
        </w:rPr>
        <w:t>/gwaith cynnal a chadw sydd wedi'i gynllunio</w:t>
      </w:r>
    </w:p>
    <w:p w14:paraId="7F43983B" w14:textId="2A409FD9" w:rsidR="00A9517F" w:rsidRDefault="00F460D0" w:rsidP="00C0400E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Adolygu sut mae contractwyr yn gwneud eu gwaith a diweddaru cytundebau os oes angen.</w:t>
      </w:r>
    </w:p>
    <w:p w14:paraId="575E22F4" w14:textId="28F93099" w:rsidR="00D12976" w:rsidRDefault="00E45560" w:rsidP="00E45560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Sicrhau y cydymffurfir â deddfwriaeth iechyd a diogelwch a diogelwch tân, y Ddeddf Cartrefi Symudol, y Ddeddf Cydraddoldeb a deddfwriaeth berthnasol arall.</w:t>
      </w:r>
    </w:p>
    <w:p w14:paraId="4DDB4F43" w14:textId="204A17A4" w:rsidR="00E45560" w:rsidRDefault="00E45560" w:rsidP="00E45560">
      <w:pPr>
        <w:pStyle w:val="ListBullet"/>
        <w:numPr>
          <w:ilvl w:val="0"/>
          <w:numId w:val="10"/>
        </w:numPr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Sicrhau bod yr holl gofnodion yn hygyrch ac ar gael i'w harchwilio.</w:t>
      </w:r>
    </w:p>
    <w:p w14:paraId="4B791A4C" w14:textId="77777777" w:rsidR="00D12976" w:rsidRDefault="00D12976" w:rsidP="00D12976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2593F9F2" w14:textId="77777777" w:rsidR="00304790" w:rsidRPr="00304790" w:rsidRDefault="00304790" w:rsidP="00304790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sz w:val="24"/>
        </w:rPr>
        <w:t>Hygyrchedd a Chyfathrebu</w:t>
      </w:r>
    </w:p>
    <w:p w14:paraId="38E8717C" w14:textId="2D363371" w:rsidR="00304790" w:rsidRPr="00304790" w:rsidRDefault="00304790" w:rsidP="00304790">
      <w:pPr>
        <w:pStyle w:val="ListBulle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Sicrhau bod yr holl wybodaeth (cynllun cynnal a chadw, diweddariadau, proses gwyno) ar gael mewn fformatau hygyrch yn ôl yr angen.</w:t>
      </w:r>
    </w:p>
    <w:p w14:paraId="48568135" w14:textId="29189D83" w:rsidR="00304790" w:rsidRDefault="00304790" w:rsidP="00304790">
      <w:pPr>
        <w:pStyle w:val="ListBulle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Ystyried yr adnoddau ymgysylltu digidol (</w:t>
      </w:r>
      <w:proofErr w:type="spellStart"/>
      <w:r>
        <w:rPr>
          <w:rFonts w:ascii="Arial" w:hAnsi="Arial"/>
          <w:sz w:val="24"/>
        </w:rPr>
        <w:t>apiau</w:t>
      </w:r>
      <w:proofErr w:type="spellEnd"/>
      <w:r>
        <w:rPr>
          <w:rFonts w:ascii="Arial" w:hAnsi="Arial"/>
          <w:sz w:val="24"/>
        </w:rPr>
        <w:t>, pyrth ar-lein) sydd ar gael ar gyfer adborth ac ymgynghori â phreswylwyr.</w:t>
      </w:r>
    </w:p>
    <w:p w14:paraId="319EAECE" w14:textId="77777777" w:rsidR="00F330BB" w:rsidRPr="00C0400E" w:rsidRDefault="00F330BB" w:rsidP="00F330BB">
      <w:pPr>
        <w:pStyle w:val="ListBullet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Defnyddio hysbysfyrddau neu </w:t>
      </w:r>
      <w:proofErr w:type="spellStart"/>
      <w:r>
        <w:rPr>
          <w:rFonts w:ascii="Arial" w:hAnsi="Arial"/>
          <w:sz w:val="24"/>
        </w:rPr>
        <w:t>WhatsApp</w:t>
      </w:r>
      <w:proofErr w:type="spellEnd"/>
      <w:r>
        <w:rPr>
          <w:rFonts w:ascii="Arial" w:hAnsi="Arial"/>
          <w:sz w:val="24"/>
        </w:rPr>
        <w:t xml:space="preserve"> i roi'r wybodaeth ddiweddaraf.</w:t>
      </w:r>
    </w:p>
    <w:p w14:paraId="39A79BF5" w14:textId="7A843514" w:rsidR="00304790" w:rsidRPr="00304790" w:rsidRDefault="00304790" w:rsidP="00304790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  <w:lang w:val="en-GB"/>
        </w:rPr>
      </w:pPr>
    </w:p>
    <w:p w14:paraId="6E16C757" w14:textId="07B49855" w:rsidR="00304790" w:rsidRPr="00304790" w:rsidRDefault="00304790" w:rsidP="00304790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sz w:val="24"/>
        </w:rPr>
        <w:t xml:space="preserve">Rhoi Gwybod ac </w:t>
      </w:r>
      <w:proofErr w:type="spellStart"/>
      <w:r>
        <w:rPr>
          <w:rFonts w:ascii="Arial" w:hAnsi="Arial"/>
          <w:b/>
          <w:sz w:val="24"/>
        </w:rPr>
        <w:t>Uwchgyfeirio</w:t>
      </w:r>
      <w:proofErr w:type="spellEnd"/>
    </w:p>
    <w:p w14:paraId="7AEA3D6D" w14:textId="77777777" w:rsidR="00304790" w:rsidRDefault="00304790" w:rsidP="00304790">
      <w:pPr>
        <w:pStyle w:val="ListBulle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lastRenderedPageBreak/>
        <w:t xml:space="preserve">Dylid cynnwys gweithdrefnau clir ar gyfer rhoi gwybod am broblemau, argyfyngau, neu </w:t>
      </w:r>
      <w:proofErr w:type="spellStart"/>
      <w:r>
        <w:rPr>
          <w:rFonts w:ascii="Arial" w:hAnsi="Arial"/>
          <w:sz w:val="24"/>
        </w:rPr>
        <w:t>gŵynion</w:t>
      </w:r>
      <w:proofErr w:type="spellEnd"/>
      <w:r>
        <w:rPr>
          <w:rFonts w:ascii="Arial" w:hAnsi="Arial"/>
          <w:sz w:val="24"/>
        </w:rPr>
        <w:t xml:space="preserve"> sydd heb eu datrys.</w:t>
      </w:r>
    </w:p>
    <w:p w14:paraId="03A5151B" w14:textId="21DEA397" w:rsidR="00304790" w:rsidRPr="00304790" w:rsidRDefault="00304790" w:rsidP="00304790">
      <w:pPr>
        <w:pStyle w:val="ListBulle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Sicrhau bod y polisi cwynion ar gael i bob preswylydd.</w:t>
      </w:r>
    </w:p>
    <w:p w14:paraId="1CE858F3" w14:textId="77777777" w:rsidR="00D12976" w:rsidRPr="00ED15F4" w:rsidRDefault="00D12976" w:rsidP="00D12976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14:paraId="2A5D9BFD" w14:textId="07CCFDF5" w:rsidR="00D12976" w:rsidRPr="00ED15F4" w:rsidRDefault="00C0400E" w:rsidP="00D12976">
      <w:pPr>
        <w:rPr>
          <w:rFonts w:ascii="Arial" w:hAnsi="Arial" w:cs="Arial"/>
          <w:sz w:val="24"/>
          <w:szCs w:val="24"/>
        </w:rPr>
      </w:pPr>
      <w:r w:rsidRPr="00ED15F4">
        <w:rPr>
          <w:rFonts w:ascii="Arial" w:hAnsi="Arial" w:cs="Arial"/>
          <w:noProof/>
          <w:sz w:val="24"/>
          <w:szCs w:val="24"/>
          <w:lang w:eastAsia="cy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29A445" wp14:editId="5E374564">
                <wp:simplePos x="0" y="0"/>
                <wp:positionH relativeFrom="column">
                  <wp:posOffset>1390650</wp:posOffset>
                </wp:positionH>
                <wp:positionV relativeFrom="paragraph">
                  <wp:posOffset>169545</wp:posOffset>
                </wp:positionV>
                <wp:extent cx="2686050" cy="19050"/>
                <wp:effectExtent l="38100" t="38100" r="76200" b="95250"/>
                <wp:wrapNone/>
                <wp:docPr id="164128192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374CF7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3.35pt" to="321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ED15F4">
        <w:rPr>
          <w:rFonts w:ascii="Arial" w:hAnsi="Arial" w:cs="Arial"/>
          <w:sz w:val="24"/>
          <w:szCs w:val="24"/>
        </w:rPr>
        <w:t>Cyflawnwyd gan:</w:t>
      </w:r>
      <w:r w:rsidRPr="00ED15F4">
        <w:rPr>
          <w:rFonts w:ascii="Arial" w:hAnsi="Arial"/>
          <w:sz w:val="24"/>
          <w:szCs w:val="24"/>
        </w:rPr>
        <w:tab/>
      </w:r>
    </w:p>
    <w:p w14:paraId="3D750C6B" w14:textId="77777777" w:rsidR="00F330BB" w:rsidRDefault="00F330BB" w:rsidP="00D12976">
      <w:pPr>
        <w:rPr>
          <w:rFonts w:ascii="Arial" w:hAnsi="Arial" w:cs="Arial"/>
          <w:sz w:val="24"/>
          <w:szCs w:val="24"/>
        </w:rPr>
      </w:pPr>
    </w:p>
    <w:p w14:paraId="6435FF0B" w14:textId="5B7F4B35" w:rsidR="00D12976" w:rsidRPr="00ED15F4" w:rsidRDefault="00C0400E" w:rsidP="00D12976">
      <w:pPr>
        <w:rPr>
          <w:rFonts w:ascii="Arial" w:hAnsi="Arial" w:cs="Arial"/>
          <w:sz w:val="24"/>
          <w:szCs w:val="24"/>
        </w:rPr>
      </w:pPr>
      <w:r w:rsidRPr="00ED15F4">
        <w:rPr>
          <w:rFonts w:ascii="Arial" w:hAnsi="Arial" w:cs="Arial"/>
          <w:noProof/>
          <w:sz w:val="24"/>
          <w:szCs w:val="24"/>
          <w:lang w:eastAsia="cy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0A6A2D" wp14:editId="6747BA61">
                <wp:simplePos x="0" y="0"/>
                <wp:positionH relativeFrom="column">
                  <wp:posOffset>1390650</wp:posOffset>
                </wp:positionH>
                <wp:positionV relativeFrom="paragraph">
                  <wp:posOffset>160020</wp:posOffset>
                </wp:positionV>
                <wp:extent cx="2686050" cy="19050"/>
                <wp:effectExtent l="38100" t="38100" r="76200" b="95250"/>
                <wp:wrapNone/>
                <wp:docPr id="45189699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CCE073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5pt,12.6pt" to="321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ED15F4">
        <w:rPr>
          <w:rFonts w:ascii="Arial" w:hAnsi="Arial" w:cs="Arial"/>
          <w:sz w:val="24"/>
          <w:szCs w:val="24"/>
        </w:rPr>
        <w:t>Llofnod:</w:t>
      </w:r>
    </w:p>
    <w:p w14:paraId="1AC79B68" w14:textId="442B43AD" w:rsidR="00D12976" w:rsidRDefault="00D12976" w:rsidP="00D12976">
      <w:pPr>
        <w:rPr>
          <w:rFonts w:ascii="Arial" w:hAnsi="Arial" w:cs="Arial"/>
          <w:sz w:val="24"/>
          <w:szCs w:val="24"/>
        </w:rPr>
      </w:pPr>
    </w:p>
    <w:p w14:paraId="51343A16" w14:textId="45E79D19" w:rsidR="00D12976" w:rsidRPr="00ED15F4" w:rsidRDefault="00C0400E" w:rsidP="00D12976">
      <w:pPr>
        <w:rPr>
          <w:rFonts w:ascii="Arial" w:hAnsi="Arial" w:cs="Arial"/>
          <w:sz w:val="24"/>
          <w:szCs w:val="24"/>
        </w:rPr>
      </w:pPr>
      <w:r w:rsidRPr="00ED15F4">
        <w:rPr>
          <w:rFonts w:ascii="Arial" w:hAnsi="Arial" w:cs="Arial"/>
          <w:noProof/>
          <w:sz w:val="24"/>
          <w:szCs w:val="24"/>
          <w:lang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850B79" wp14:editId="5597A45A">
                <wp:simplePos x="0" y="0"/>
                <wp:positionH relativeFrom="column">
                  <wp:posOffset>1381125</wp:posOffset>
                </wp:positionH>
                <wp:positionV relativeFrom="paragraph">
                  <wp:posOffset>132080</wp:posOffset>
                </wp:positionV>
                <wp:extent cx="2686050" cy="19050"/>
                <wp:effectExtent l="38100" t="38100" r="76200" b="95250"/>
                <wp:wrapNone/>
                <wp:docPr id="96413313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E5FDC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75pt,10.4pt" to="320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ED15F4">
        <w:rPr>
          <w:rFonts w:ascii="Arial" w:hAnsi="Arial" w:cs="Arial"/>
          <w:sz w:val="24"/>
          <w:szCs w:val="24"/>
        </w:rPr>
        <w:t>Dyddiad Adolygu:</w:t>
      </w:r>
    </w:p>
    <w:sectPr w:rsidR="00D12976" w:rsidRPr="00ED15F4" w:rsidSect="00CC6D6A"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BB80B27"/>
    <w:multiLevelType w:val="multilevel"/>
    <w:tmpl w:val="EFD8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B10E0"/>
    <w:multiLevelType w:val="multilevel"/>
    <w:tmpl w:val="3B989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B37078"/>
    <w:multiLevelType w:val="hybridMultilevel"/>
    <w:tmpl w:val="FE0EF18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117393">
    <w:abstractNumId w:val="8"/>
  </w:num>
  <w:num w:numId="2" w16cid:durableId="1114667451">
    <w:abstractNumId w:val="6"/>
  </w:num>
  <w:num w:numId="3" w16cid:durableId="376781432">
    <w:abstractNumId w:val="5"/>
  </w:num>
  <w:num w:numId="4" w16cid:durableId="1029377979">
    <w:abstractNumId w:val="4"/>
  </w:num>
  <w:num w:numId="5" w16cid:durableId="785194956">
    <w:abstractNumId w:val="7"/>
  </w:num>
  <w:num w:numId="6" w16cid:durableId="1850177036">
    <w:abstractNumId w:val="3"/>
  </w:num>
  <w:num w:numId="7" w16cid:durableId="1837769839">
    <w:abstractNumId w:val="2"/>
  </w:num>
  <w:num w:numId="8" w16cid:durableId="1559245866">
    <w:abstractNumId w:val="1"/>
  </w:num>
  <w:num w:numId="9" w16cid:durableId="1951622320">
    <w:abstractNumId w:val="0"/>
  </w:num>
  <w:num w:numId="10" w16cid:durableId="1346403894">
    <w:abstractNumId w:val="11"/>
  </w:num>
  <w:num w:numId="11" w16cid:durableId="1655987357">
    <w:abstractNumId w:val="10"/>
  </w:num>
  <w:num w:numId="12" w16cid:durableId="83368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5416"/>
    <w:rsid w:val="0023763D"/>
    <w:rsid w:val="0029639D"/>
    <w:rsid w:val="00304790"/>
    <w:rsid w:val="00326F90"/>
    <w:rsid w:val="003403D4"/>
    <w:rsid w:val="00362B0B"/>
    <w:rsid w:val="003F732A"/>
    <w:rsid w:val="0042022D"/>
    <w:rsid w:val="004F2565"/>
    <w:rsid w:val="005C705E"/>
    <w:rsid w:val="0085185F"/>
    <w:rsid w:val="0093259E"/>
    <w:rsid w:val="00A24856"/>
    <w:rsid w:val="00A77A1B"/>
    <w:rsid w:val="00A86B9F"/>
    <w:rsid w:val="00A9517F"/>
    <w:rsid w:val="00AA1D8D"/>
    <w:rsid w:val="00B46B46"/>
    <w:rsid w:val="00B47730"/>
    <w:rsid w:val="00B51857"/>
    <w:rsid w:val="00BA1A3A"/>
    <w:rsid w:val="00BE7D82"/>
    <w:rsid w:val="00C0400E"/>
    <w:rsid w:val="00CB0664"/>
    <w:rsid w:val="00CC6D6A"/>
    <w:rsid w:val="00D12976"/>
    <w:rsid w:val="00E45560"/>
    <w:rsid w:val="00E47259"/>
    <w:rsid w:val="00ED15F4"/>
    <w:rsid w:val="00F330BB"/>
    <w:rsid w:val="00F460D0"/>
    <w:rsid w:val="00FC693F"/>
    <w:rsid w:val="00FD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32AAF4"/>
  <w14:defaultImageDpi w14:val="300"/>
  <w15:docId w15:val="{61BDF920-D690-48F3-BD3E-A4996044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7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FF3C5B18883D4E21973B57C2EEED7FD1" version="1.0.0">
  <systemFields>
    <field name="Objective-Id">
      <value order="0">A61040254</value>
    </field>
    <field name="Objective-Title">
      <value order="0">Ll(901590) cym (2) Managing a Gypsy and Traveller - Site Maintenance Checklist</value>
    </field>
    <field name="Objective-Description">
      <value order="0"/>
    </field>
    <field name="Objective-CreationStamp">
      <value order="0">2026-01-02T12:45:03Z</value>
    </field>
    <field name="Objective-IsApproved">
      <value order="0">false</value>
    </field>
    <field name="Objective-IsPublished">
      <value order="0">true</value>
    </field>
    <field name="Objective-DatePublished">
      <value order="0">2026-01-02T12:54:01Z</value>
    </field>
    <field name="Objective-ModificationStamp">
      <value order="0">2026-01-02T13:00:29Z</value>
    </field>
    <field name="Objective-Owner">
      <value order="0">Thomas, Meinir (CSI - Cyfieithu-Translation)</value>
    </field>
    <field name="Objective-Path">
      <value order="0">Objective Global Folder:#Business File Plan:WG Organisational Groups:Covid-19 Inquiry - Excluded File Plan Areas:Corporate Services &amp; Inspectorates (CSI) - HR - WG Translation Service:1 - Save:Gwaith Allanol:Gwaith Allanol 2025-26:Translation Service - 2.3 Llywodraeth Leol - 2025-2026:Ll(901590) CYMEN</value>
    </field>
    <field name="Objective-Parent">
      <value order="0">Ll(901590) CYMEN</value>
    </field>
    <field name="Objective-State">
      <value order="0">Published</value>
    </field>
    <field name="Objective-VersionId">
      <value order="0">vA110092032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qA2289134</value>
    </field>
    <field name="Objective-Classification">
      <value order="0">Official</value>
    </field>
    <field name="Objective-Caveats">
      <value order="0"/>
    </field>
  </systemFields>
  <catalogues>
    <catalogue name="Document - Connect Document Type Catalogue" type="type" ori="id:cA76">
      <field name="Objective-Connect Creator">
        <value order="0">cymen@cymen.co.uk</value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2.xml><?xml version="1.0" encoding="utf-8"?>
<ds:datastoreItem xmlns:ds="http://schemas.openxmlformats.org/officeDocument/2006/customXml" ds:itemID="{E12EF2F9-0F38-4AD5-83F4-A38AD1E4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572</Words>
  <Characters>2884</Characters>
  <Application>Microsoft Office Word</Application>
  <DocSecurity>0</DocSecurity>
  <Lines>82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Perkins, Karl (ECWL - ECWL Operations Division)</cp:lastModifiedBy>
  <cp:revision>6</cp:revision>
  <dcterms:created xsi:type="dcterms:W3CDTF">2025-12-02T08:42:00Z</dcterms:created>
  <dcterms:modified xsi:type="dcterms:W3CDTF">2026-02-09T10:12:00Z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Date Acquired">
    <vt:lpwstr/>
  </property>
  <property fmtid="{D5CDD505-2E9C-101B-9397-08002B2CF9AE}" pid="3" name="Objective-Official Translation">
    <vt:lpwstr/>
  </property>
  <property fmtid="{D5CDD505-2E9C-101B-9397-08002B2CF9AE}" pid="4" name="Objective-Comment">
    <vt:lpwstr/>
  </property>
  <property fmtid="{D5CDD505-2E9C-101B-9397-08002B2CF9AE}" pid="5" name="Customer-Id">
    <vt:lpwstr>FF3C5B18883D4E21973B57C2EEED7FD1</vt:lpwstr>
  </property>
  <property fmtid="{D5CDD505-2E9C-101B-9397-08002B2CF9AE}" pid="6" name="Objective-Id">
    <vt:lpwstr>A61040254</vt:lpwstr>
  </property>
  <property fmtid="{D5CDD505-2E9C-101B-9397-08002B2CF9AE}" pid="7" name="Objective-Title">
    <vt:lpwstr>Ll(901590) cym (2) Managing a Gypsy and Traveller - Site Maintenance Checklist</vt:lpwstr>
  </property>
  <property fmtid="{D5CDD505-2E9C-101B-9397-08002B2CF9AE}" pid="8" name="Objective-Description">
    <vt:lpwstr/>
  </property>
  <property fmtid="{D5CDD505-2E9C-101B-9397-08002B2CF9AE}" pid="9" name="Objective-CreationStamp">
    <vt:filetime>2026-01-02T12:45:03Z</vt:filetime>
  </property>
  <property fmtid="{D5CDD505-2E9C-101B-9397-08002B2CF9AE}" pid="10" name="Objective-IsApproved">
    <vt:bool>false</vt:bool>
  </property>
  <property fmtid="{D5CDD505-2E9C-101B-9397-08002B2CF9AE}" pid="11" name="Objective-IsPublished">
    <vt:bool>true</vt:bool>
  </property>
  <property fmtid="{D5CDD505-2E9C-101B-9397-08002B2CF9AE}" pid="12" name="Objective-DatePublished">
    <vt:filetime>2026-01-02T12:54:01Z</vt:filetime>
  </property>
  <property fmtid="{D5CDD505-2E9C-101B-9397-08002B2CF9AE}" pid="13" name="Objective-ModificationStamp">
    <vt:filetime>2026-01-02T13:00:29Z</vt:filetime>
  </property>
  <property fmtid="{D5CDD505-2E9C-101B-9397-08002B2CF9AE}" pid="14" name="Objective-Owner">
    <vt:lpwstr>Thomas, Meinir (CSI - Cyfieithu-Translation)</vt:lpwstr>
  </property>
  <property fmtid="{D5CDD505-2E9C-101B-9397-08002B2CF9AE}" pid="15" name="Objective-Path">
    <vt:lpwstr>Objective Global Folder:#Business File Plan:WG Organisational Groups:Covid-19 Inquiry - Excluded File Plan Areas:Corporate Services &amp; Inspectorates (CSI) - HR - WG Translation Service:1 - Save:Gwaith Allanol:Gwaith Allanol 2025-26:Translation Service - 2.3 Llywodraeth Leol - 2025-2026:Ll(901590) CYMEN:</vt:lpwstr>
  </property>
  <property fmtid="{D5CDD505-2E9C-101B-9397-08002B2CF9AE}" pid="16" name="Objective-Parent">
    <vt:lpwstr>Ll(901590) CYMEN</vt:lpwstr>
  </property>
  <property fmtid="{D5CDD505-2E9C-101B-9397-08002B2CF9AE}" pid="17" name="Objective-State">
    <vt:lpwstr>Published</vt:lpwstr>
  </property>
  <property fmtid="{D5CDD505-2E9C-101B-9397-08002B2CF9AE}" pid="18" name="Objective-VersionId">
    <vt:lpwstr>vA110092032</vt:lpwstr>
  </property>
  <property fmtid="{D5CDD505-2E9C-101B-9397-08002B2CF9AE}" pid="19" name="Objective-Version">
    <vt:lpwstr>1.0</vt:lpwstr>
  </property>
  <property fmtid="{D5CDD505-2E9C-101B-9397-08002B2CF9AE}" pid="20" name="Objective-VersionNumber">
    <vt:r8>1</vt:r8>
  </property>
  <property fmtid="{D5CDD505-2E9C-101B-9397-08002B2CF9AE}" pid="21" name="Objective-VersionComment">
    <vt:lpwstr>First version</vt:lpwstr>
  </property>
  <property fmtid="{D5CDD505-2E9C-101B-9397-08002B2CF9AE}" pid="22" name="Objective-FileNumber">
    <vt:lpwstr/>
  </property>
  <property fmtid="{D5CDD505-2E9C-101B-9397-08002B2CF9AE}" pid="23" name="Objective-Classification">
    <vt:lpwstr>[Inherited - Official]</vt:lpwstr>
  </property>
  <property fmtid="{D5CDD505-2E9C-101B-9397-08002B2CF9AE}" pid="24" name="Objective-Caveats">
    <vt:lpwstr/>
  </property>
  <property fmtid="{D5CDD505-2E9C-101B-9397-08002B2CF9AE}" pid="25" name="Objective-Connect Creator">
    <vt:lpwstr>cymen@cymen.co.uk</vt:lpwstr>
  </property>
</Properties>
</file>