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421BC465" w:rsidR="00702272" w:rsidRPr="00BA7081" w:rsidRDefault="0032760F">
      <w:pPr>
        <w:pStyle w:val="Title"/>
        <w:rPr>
          <w:rFonts w:ascii="Arial" w:hAnsi="Arial" w:cs="Arial"/>
        </w:rPr>
      </w:pPr>
      <w:r w:rsidRPr="00BA708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CEF88" wp14:editId="5793E3AB">
                <wp:simplePos x="0" y="0"/>
                <wp:positionH relativeFrom="margin">
                  <wp:align>left</wp:align>
                </wp:positionH>
                <wp:positionV relativeFrom="paragraph">
                  <wp:posOffset>590550</wp:posOffset>
                </wp:positionV>
                <wp:extent cx="1638300" cy="1485900"/>
                <wp:effectExtent l="0" t="0" r="19050" b="19050"/>
                <wp:wrapNone/>
                <wp:docPr id="14221339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FE5C8E" w14:textId="77777777" w:rsidR="00E57C54" w:rsidRPr="007C0AEC" w:rsidRDefault="00E57C54" w:rsidP="00E57C5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C0AEC">
                              <w:rPr>
                                <w:rFonts w:ascii="Arial" w:hAnsi="Arial" w:cs="Arial"/>
                                <w:lang w:val="cy-GB"/>
                              </w:rPr>
                              <w:t>Llun</w:t>
                            </w:r>
                          </w:p>
                          <w:p w14:paraId="23EB00AD" w14:textId="31698BE2" w:rsidR="0036568D" w:rsidRDefault="003656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7DCEF8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6.5pt;width:129pt;height:117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" fillcolor="white [3201]" strokeweight=".5pt">
                <v:textbox>
                  <w:txbxContent>
                    <w:p w14:paraId="3CFE5C8E" w14:textId="77777777" w:rsidR="00E57C54" w:rsidRPr="007C0AEC" w:rsidRDefault="00E57C54" w:rsidP="00E57C54">
                      <w:pPr>
                        <w:rPr>
                          <w:rFonts w:ascii="Arial" w:hAnsi="Arial" w:cs="Arial"/>
                        </w:rPr>
                      </w:pPr>
                      <w:r w:rsidRPr="007C0AEC">
                        <w:rPr>
                          <w:rFonts w:ascii="Arial" w:hAnsi="Arial" w:cs="Arial"/>
                          <w:lang w:val="cy-GB"/>
                        </w:rPr>
                        <w:t>Llun</w:t>
                      </w:r>
                    </w:p>
                    <w:p w14:paraId="23EB00AD" w14:textId="31698BE2" w:rsidR="0036568D" w:rsidRDefault="0036568D"/>
                  </w:txbxContent>
                </v:textbox>
                <w10:wrap anchorx="margin"/>
              </v:shape>
            </w:pict>
          </mc:Fallback>
        </mc:AlternateContent>
      </w:r>
      <w:r w:rsidR="00E57C54" w:rsidRPr="00E57C54">
        <w:t xml:space="preserve"> </w:t>
      </w:r>
      <w:r w:rsidR="00E57C54" w:rsidRPr="00E57C54">
        <w:rPr>
          <w:rFonts w:ascii="Arial" w:hAnsi="Arial" w:cs="Arial"/>
        </w:rPr>
        <w:t>Proffil un dudalen</w:t>
      </w:r>
    </w:p>
    <w:tbl>
      <w:tblPr>
        <w:tblStyle w:val="TableGrid"/>
        <w:tblpPr w:leftFromText="180" w:rightFromText="180" w:vertAnchor="text" w:horzAnchor="margin" w:tblpXSpec="right" w:tblpY="-36"/>
        <w:tblW w:w="0" w:type="auto"/>
        <w:tblLayout w:type="fixed"/>
        <w:tblLook w:val="04A0" w:firstRow="1" w:lastRow="0" w:firstColumn="1" w:lastColumn="0" w:noHBand="0" w:noVBand="1"/>
      </w:tblPr>
      <w:tblGrid>
        <w:gridCol w:w="5798"/>
      </w:tblGrid>
      <w:tr w:rsidR="00973172" w:rsidRPr="0032760F" w14:paraId="0A9D2A22" w14:textId="77777777" w:rsidTr="0036568D">
        <w:trPr>
          <w:trHeight w:val="2258"/>
        </w:trPr>
        <w:tc>
          <w:tcPr>
            <w:tcW w:w="5798" w:type="dxa"/>
          </w:tcPr>
          <w:p w14:paraId="05A2FD15" w14:textId="77777777" w:rsidR="00E57C54" w:rsidRDefault="00E57C54" w:rsidP="00E57C54">
            <w:pPr>
              <w:rPr>
                <w:rFonts w:ascii="Arial" w:hAnsi="Arial" w:cs="Arial"/>
              </w:rPr>
            </w:pPr>
            <w:r w:rsidRPr="0032760F">
              <w:rPr>
                <w:rFonts w:ascii="Arial" w:hAnsi="Arial" w:cs="Arial"/>
                <w:lang w:val="cy-GB"/>
              </w:rPr>
              <w:t>Beth mae pobl yn ei werthfawrogi amdanaf</w:t>
            </w:r>
            <w:r>
              <w:rPr>
                <w:rFonts w:ascii="Arial" w:hAnsi="Arial" w:cs="Arial"/>
                <w:lang w:val="cy-GB"/>
              </w:rPr>
              <w:t xml:space="preserve"> i </w:t>
            </w:r>
            <w:r w:rsidRPr="0032760F">
              <w:rPr>
                <w:rFonts w:ascii="Arial" w:hAnsi="Arial" w:cs="Arial"/>
                <w:lang w:val="cy-GB"/>
              </w:rPr>
              <w:t xml:space="preserve">(hoffi </w:t>
            </w:r>
            <w:r>
              <w:rPr>
                <w:rFonts w:ascii="Arial" w:hAnsi="Arial" w:cs="Arial"/>
                <w:lang w:val="cy-GB"/>
              </w:rPr>
              <w:t xml:space="preserve">ac </w:t>
            </w:r>
            <w:r w:rsidRPr="0032760F">
              <w:rPr>
                <w:rFonts w:ascii="Arial" w:hAnsi="Arial" w:cs="Arial"/>
                <w:lang w:val="cy-GB"/>
              </w:rPr>
              <w:t>edmygu):</w:t>
            </w:r>
          </w:p>
          <w:p w14:paraId="183C7ECE" w14:textId="77777777" w:rsidR="00973172" w:rsidRDefault="00973172" w:rsidP="00973172">
            <w:pPr>
              <w:rPr>
                <w:rFonts w:ascii="Arial" w:hAnsi="Arial" w:cs="Arial"/>
              </w:rPr>
            </w:pPr>
          </w:p>
          <w:p w14:paraId="63D96C9E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2728C3B0" w14:textId="1C27796A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61E80C0E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1E235C1D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650E4AB6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705511EA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</w:tc>
      </w:tr>
    </w:tbl>
    <w:p w14:paraId="46256183" w14:textId="3576B1F9" w:rsidR="00702272" w:rsidRPr="0032760F" w:rsidRDefault="00702272">
      <w:pPr>
        <w:rPr>
          <w:rFonts w:ascii="Arial" w:hAnsi="Arial" w:cs="Arial"/>
        </w:rPr>
      </w:pPr>
    </w:p>
    <w:p w14:paraId="5955B589" w14:textId="77777777" w:rsidR="00702272" w:rsidRDefault="00702272">
      <w:pPr>
        <w:rPr>
          <w:rFonts w:ascii="Arial" w:hAnsi="Arial" w:cs="Arial"/>
        </w:rPr>
      </w:pPr>
    </w:p>
    <w:p w14:paraId="6EA53FCB" w14:textId="77777777" w:rsidR="0032760F" w:rsidRDefault="0032760F">
      <w:pPr>
        <w:rPr>
          <w:rFonts w:ascii="Arial" w:hAnsi="Arial" w:cs="Arial"/>
        </w:rPr>
      </w:pPr>
    </w:p>
    <w:p w14:paraId="477D271A" w14:textId="77777777" w:rsidR="0032760F" w:rsidRDefault="0032760F">
      <w:pPr>
        <w:rPr>
          <w:rFonts w:ascii="Arial" w:hAnsi="Arial" w:cs="Arial"/>
        </w:rPr>
      </w:pPr>
    </w:p>
    <w:p w14:paraId="0D61DB03" w14:textId="77777777" w:rsidR="0032760F" w:rsidRPr="0032760F" w:rsidRDefault="0032760F">
      <w:pPr>
        <w:rPr>
          <w:rFonts w:ascii="Arial" w:hAnsi="Arial" w:cs="Arial"/>
        </w:rPr>
      </w:pPr>
    </w:p>
    <w:p w14:paraId="5233EB4F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17EFDEC2" w14:textId="77777777" w:rsidTr="0032760F">
        <w:tc>
          <w:tcPr>
            <w:tcW w:w="8856" w:type="dxa"/>
          </w:tcPr>
          <w:p w14:paraId="2795A34F" w14:textId="77777777" w:rsidR="00E57C54" w:rsidRDefault="00E57C54" w:rsidP="00E57C54">
            <w:pPr>
              <w:rPr>
                <w:rFonts w:ascii="Arial" w:hAnsi="Arial" w:cs="Arial"/>
              </w:rPr>
            </w:pPr>
            <w:r w:rsidRPr="0032760F">
              <w:rPr>
                <w:rFonts w:ascii="Arial" w:hAnsi="Arial" w:cs="Arial"/>
                <w:lang w:val="cy-GB"/>
              </w:rPr>
              <w:t>Beth sy’n bwysig i mi:</w:t>
            </w:r>
          </w:p>
          <w:p w14:paraId="7DD1B8C7" w14:textId="77777777" w:rsidR="00973172" w:rsidRDefault="00973172">
            <w:pPr>
              <w:rPr>
                <w:rFonts w:ascii="Arial" w:hAnsi="Arial" w:cs="Arial"/>
              </w:rPr>
            </w:pPr>
          </w:p>
          <w:p w14:paraId="3BBD577D" w14:textId="77777777" w:rsidR="00973172" w:rsidRDefault="00973172">
            <w:pPr>
              <w:rPr>
                <w:rFonts w:ascii="Arial" w:hAnsi="Arial" w:cs="Arial"/>
              </w:rPr>
            </w:pPr>
          </w:p>
          <w:p w14:paraId="3CCEB8BD" w14:textId="77777777" w:rsidR="00973172" w:rsidRDefault="00973172">
            <w:pPr>
              <w:rPr>
                <w:rFonts w:ascii="Arial" w:hAnsi="Arial" w:cs="Arial"/>
              </w:rPr>
            </w:pPr>
          </w:p>
          <w:p w14:paraId="36651AF8" w14:textId="77777777" w:rsidR="00973172" w:rsidRDefault="00973172">
            <w:pPr>
              <w:rPr>
                <w:rFonts w:ascii="Arial" w:hAnsi="Arial" w:cs="Arial"/>
              </w:rPr>
            </w:pPr>
          </w:p>
          <w:p w14:paraId="299D5546" w14:textId="77777777" w:rsidR="00973172" w:rsidRDefault="00973172">
            <w:pPr>
              <w:rPr>
                <w:rFonts w:ascii="Arial" w:hAnsi="Arial" w:cs="Arial"/>
              </w:rPr>
            </w:pPr>
          </w:p>
          <w:p w14:paraId="33EF66FA" w14:textId="77777777" w:rsidR="00973172" w:rsidRDefault="00973172">
            <w:pPr>
              <w:rPr>
                <w:rFonts w:ascii="Arial" w:hAnsi="Arial" w:cs="Arial"/>
              </w:rPr>
            </w:pPr>
          </w:p>
          <w:p w14:paraId="02235096" w14:textId="77777777" w:rsidR="0036568D" w:rsidRDefault="0036568D">
            <w:pPr>
              <w:rPr>
                <w:rFonts w:ascii="Arial" w:hAnsi="Arial" w:cs="Arial"/>
              </w:rPr>
            </w:pPr>
          </w:p>
          <w:p w14:paraId="1102E88E" w14:textId="77777777" w:rsidR="00973172" w:rsidRDefault="00973172">
            <w:pPr>
              <w:rPr>
                <w:rFonts w:ascii="Arial" w:hAnsi="Arial" w:cs="Arial"/>
              </w:rPr>
            </w:pPr>
          </w:p>
          <w:p w14:paraId="1CFCC5AD" w14:textId="77777777" w:rsidR="00973172" w:rsidRDefault="00973172">
            <w:pPr>
              <w:rPr>
                <w:rFonts w:ascii="Arial" w:hAnsi="Arial" w:cs="Arial"/>
              </w:rPr>
            </w:pPr>
          </w:p>
          <w:p w14:paraId="10A9193B" w14:textId="77777777" w:rsidR="00973172" w:rsidRDefault="00973172">
            <w:pPr>
              <w:rPr>
                <w:rFonts w:ascii="Arial" w:hAnsi="Arial" w:cs="Arial"/>
              </w:rPr>
            </w:pPr>
          </w:p>
          <w:p w14:paraId="2C88BFD7" w14:textId="77777777" w:rsidR="00973172" w:rsidRDefault="00973172">
            <w:pPr>
              <w:rPr>
                <w:rFonts w:ascii="Arial" w:hAnsi="Arial" w:cs="Arial"/>
              </w:rPr>
            </w:pPr>
          </w:p>
          <w:p w14:paraId="166091A5" w14:textId="77777777" w:rsidR="00973172" w:rsidRPr="0032760F" w:rsidRDefault="00973172">
            <w:pPr>
              <w:rPr>
                <w:rFonts w:ascii="Arial" w:hAnsi="Arial" w:cs="Arial"/>
              </w:rPr>
            </w:pPr>
          </w:p>
          <w:p w14:paraId="3DB9B209" w14:textId="55BBF6AB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686CEC21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01D675ED" w14:textId="77777777" w:rsidTr="0032760F">
        <w:tc>
          <w:tcPr>
            <w:tcW w:w="8856" w:type="dxa"/>
          </w:tcPr>
          <w:p w14:paraId="24F518F1" w14:textId="77777777" w:rsidR="00E57C54" w:rsidRDefault="00E57C54" w:rsidP="00E57C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 ffordd orau o fy ngh</w:t>
            </w:r>
            <w:r w:rsidRPr="0032760F">
              <w:rPr>
                <w:rFonts w:ascii="Arial" w:hAnsi="Arial" w:cs="Arial"/>
                <w:lang w:val="cy-GB"/>
              </w:rPr>
              <w:t>efnogi fi:</w:t>
            </w:r>
          </w:p>
          <w:p w14:paraId="164D55EB" w14:textId="77777777" w:rsidR="00973172" w:rsidRDefault="00973172">
            <w:pPr>
              <w:rPr>
                <w:rFonts w:ascii="Arial" w:hAnsi="Arial" w:cs="Arial"/>
              </w:rPr>
            </w:pPr>
          </w:p>
          <w:p w14:paraId="1ECCC9DE" w14:textId="77777777" w:rsidR="00973172" w:rsidRDefault="00973172">
            <w:pPr>
              <w:rPr>
                <w:rFonts w:ascii="Arial" w:hAnsi="Arial" w:cs="Arial"/>
              </w:rPr>
            </w:pPr>
          </w:p>
          <w:p w14:paraId="259AF117" w14:textId="77777777" w:rsidR="00973172" w:rsidRDefault="00973172">
            <w:pPr>
              <w:rPr>
                <w:rFonts w:ascii="Arial" w:hAnsi="Arial" w:cs="Arial"/>
              </w:rPr>
            </w:pPr>
          </w:p>
          <w:p w14:paraId="113E8E7B" w14:textId="77777777" w:rsidR="00973172" w:rsidRDefault="00973172">
            <w:pPr>
              <w:rPr>
                <w:rFonts w:ascii="Arial" w:hAnsi="Arial" w:cs="Arial"/>
              </w:rPr>
            </w:pPr>
          </w:p>
          <w:p w14:paraId="42B4A849" w14:textId="77777777" w:rsidR="00973172" w:rsidRDefault="00973172">
            <w:pPr>
              <w:rPr>
                <w:rFonts w:ascii="Arial" w:hAnsi="Arial" w:cs="Arial"/>
              </w:rPr>
            </w:pPr>
          </w:p>
          <w:p w14:paraId="13B4986C" w14:textId="77777777" w:rsidR="00973172" w:rsidRDefault="00973172">
            <w:pPr>
              <w:rPr>
                <w:rFonts w:ascii="Arial" w:hAnsi="Arial" w:cs="Arial"/>
              </w:rPr>
            </w:pPr>
          </w:p>
          <w:p w14:paraId="75DBEB44" w14:textId="77777777" w:rsidR="00973172" w:rsidRDefault="00973172">
            <w:pPr>
              <w:rPr>
                <w:rFonts w:ascii="Arial" w:hAnsi="Arial" w:cs="Arial"/>
              </w:rPr>
            </w:pPr>
          </w:p>
          <w:p w14:paraId="1CCFE116" w14:textId="77777777" w:rsidR="00973172" w:rsidRDefault="00973172">
            <w:pPr>
              <w:rPr>
                <w:rFonts w:ascii="Arial" w:hAnsi="Arial" w:cs="Arial"/>
              </w:rPr>
            </w:pPr>
          </w:p>
          <w:p w14:paraId="47FA6F4F" w14:textId="77777777" w:rsidR="00973172" w:rsidRDefault="00973172">
            <w:pPr>
              <w:rPr>
                <w:rFonts w:ascii="Arial" w:hAnsi="Arial" w:cs="Arial"/>
              </w:rPr>
            </w:pPr>
          </w:p>
          <w:p w14:paraId="11944E9E" w14:textId="77777777" w:rsidR="00973172" w:rsidRDefault="00973172">
            <w:pPr>
              <w:rPr>
                <w:rFonts w:ascii="Arial" w:hAnsi="Arial" w:cs="Arial"/>
              </w:rPr>
            </w:pPr>
          </w:p>
          <w:p w14:paraId="58FD5472" w14:textId="77777777" w:rsidR="00973172" w:rsidRDefault="00973172">
            <w:pPr>
              <w:rPr>
                <w:rFonts w:ascii="Arial" w:hAnsi="Arial" w:cs="Arial"/>
              </w:rPr>
            </w:pPr>
          </w:p>
          <w:p w14:paraId="542FA96D" w14:textId="77777777" w:rsidR="00973172" w:rsidRDefault="00973172">
            <w:pPr>
              <w:rPr>
                <w:rFonts w:ascii="Arial" w:hAnsi="Arial" w:cs="Arial"/>
              </w:rPr>
            </w:pPr>
          </w:p>
          <w:p w14:paraId="125C813B" w14:textId="2F38E41E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45F2F43D" w14:textId="77777777" w:rsidR="0032760F" w:rsidRDefault="0032760F"/>
    <w:sectPr w:rsidR="003276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DA3"/>
    <w:rsid w:val="000E31D0"/>
    <w:rsid w:val="0015074B"/>
    <w:rsid w:val="0018343C"/>
    <w:rsid w:val="001F4B3D"/>
    <w:rsid w:val="00227121"/>
    <w:rsid w:val="0022768F"/>
    <w:rsid w:val="0029639D"/>
    <w:rsid w:val="002D6FC7"/>
    <w:rsid w:val="003075C8"/>
    <w:rsid w:val="00326F90"/>
    <w:rsid w:val="0032760F"/>
    <w:rsid w:val="0036568D"/>
    <w:rsid w:val="004054D8"/>
    <w:rsid w:val="004D75E7"/>
    <w:rsid w:val="00545527"/>
    <w:rsid w:val="00554139"/>
    <w:rsid w:val="005F4266"/>
    <w:rsid w:val="00605605"/>
    <w:rsid w:val="00702272"/>
    <w:rsid w:val="00787E8F"/>
    <w:rsid w:val="007C0AEC"/>
    <w:rsid w:val="008255B6"/>
    <w:rsid w:val="009277AD"/>
    <w:rsid w:val="00973172"/>
    <w:rsid w:val="00A246C0"/>
    <w:rsid w:val="00A45531"/>
    <w:rsid w:val="00AA1D8D"/>
    <w:rsid w:val="00B151C0"/>
    <w:rsid w:val="00B47730"/>
    <w:rsid w:val="00BA7081"/>
    <w:rsid w:val="00C64DAD"/>
    <w:rsid w:val="00CB0664"/>
    <w:rsid w:val="00CD0180"/>
    <w:rsid w:val="00D42E00"/>
    <w:rsid w:val="00D44F4F"/>
    <w:rsid w:val="00DB2C98"/>
    <w:rsid w:val="00E260DD"/>
    <w:rsid w:val="00E57C54"/>
    <w:rsid w:val="00EC368A"/>
    <w:rsid w:val="00F0284B"/>
    <w:rsid w:val="00F35FBD"/>
    <w:rsid w:val="00F509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D42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metadata xmlns="http://www.objective.com/ecm/document/metadata/FF3C5B18883D4E21973B57C2EEED7FD1" version="1.0.0">
  <systemFields>
    <field name="Objective-Id">
      <value order="0">A64453913</value>
    </field>
    <field name="Objective-Title">
      <value order="0">1. One Page Profile_Template_Cymraeg</value>
    </field>
    <field name="Objective-Description">
      <value order="0"/>
    </field>
    <field name="Objective-CreationStamp">
      <value order="0">2026-09-07T13:18:52Z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2026-10-05T10:52:46Z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vA116024287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2026-10-20T13:38:00Z</dcterms:created>
  <dcterms:modified xsi:type="dcterms:W3CDTF">2026-10-20T13:38:00Z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A64453913</vt:lpwstr>
  </property>
  <property fmtid="{D5CDD505-2E9C-101B-9397-08002B2CF9AE}" pid="5" name="Objective-Title">
    <vt:lpwstr>1. One Page Profile_Template_Cymraeg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2026-09-07T13:18:52Z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2026-10-05T10:52:46Z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vA116024287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