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8F3" w14:textId="50CFCDDE" w:rsidR="00702272" w:rsidRPr="00B7797D" w:rsidRDefault="008C5BD8">
      <w:pPr>
        <w:pStyle w:val="Title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Offeryn </w:t>
      </w:r>
      <w:r w:rsidRPr="00B7797D">
        <w:rPr>
          <w:rFonts w:ascii="Arial" w:hAnsi="Arial" w:cs="Arial"/>
          <w:lang w:val="cy-GB"/>
        </w:rPr>
        <w:t>gwerthfawrogi</w:t>
      </w:r>
    </w:p>
    <w:p w14:paraId="5233EB4F" w14:textId="77777777" w:rsidR="0032760F" w:rsidRPr="0032760F" w:rsidRDefault="0032760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2760F" w:rsidRPr="0032760F" w14:paraId="17EFDEC2" w14:textId="77777777" w:rsidTr="0032760F">
        <w:tc>
          <w:tcPr>
            <w:tcW w:w="8856" w:type="dxa"/>
          </w:tcPr>
          <w:p w14:paraId="728DBF59" w14:textId="77777777" w:rsidR="004C3930" w:rsidRPr="002679C1" w:rsidRDefault="004C3930" w:rsidP="004C3930">
            <w:pPr>
              <w:jc w:val="center"/>
              <w:rPr>
                <w:rFonts w:ascii="Arial" w:hAnsi="Arial" w:cs="Arial"/>
                <w:lang w:val="en-GB"/>
              </w:rPr>
            </w:pPr>
            <w:r w:rsidRPr="002679C1">
              <w:rPr>
                <w:rFonts w:ascii="Arial" w:hAnsi="Arial" w:cs="Arial"/>
                <w:lang w:val="cy-GB"/>
              </w:rPr>
              <w:t>Beth rydyn ni'n ei hoffi a'i edmygu:</w:t>
            </w:r>
          </w:p>
          <w:p w14:paraId="42F2AAA0" w14:textId="77777777" w:rsidR="004C3930" w:rsidRDefault="004C3930" w:rsidP="004C3930">
            <w:pPr>
              <w:rPr>
                <w:rFonts w:ascii="Arial" w:hAnsi="Arial" w:cs="Arial"/>
              </w:rPr>
            </w:pPr>
          </w:p>
          <w:p w14:paraId="7288882D" w14:textId="77777777" w:rsidR="004C3930" w:rsidRDefault="004C3930" w:rsidP="004C3930">
            <w:pPr>
              <w:rPr>
                <w:rFonts w:ascii="Arial" w:hAnsi="Arial" w:cs="Arial"/>
              </w:rPr>
            </w:pPr>
          </w:p>
          <w:p w14:paraId="3CCEB8BD" w14:textId="77777777" w:rsidR="00973172" w:rsidRDefault="00973172">
            <w:pPr>
              <w:rPr>
                <w:rFonts w:ascii="Arial" w:hAnsi="Arial" w:cs="Arial"/>
              </w:rPr>
            </w:pPr>
          </w:p>
          <w:p w14:paraId="36651AF8" w14:textId="77777777" w:rsidR="00973172" w:rsidRDefault="00973172">
            <w:pPr>
              <w:rPr>
                <w:rFonts w:ascii="Arial" w:hAnsi="Arial" w:cs="Arial"/>
              </w:rPr>
            </w:pPr>
          </w:p>
          <w:p w14:paraId="73FEE0EB" w14:textId="77777777" w:rsidR="0077137A" w:rsidRDefault="0077137A">
            <w:pPr>
              <w:rPr>
                <w:rFonts w:ascii="Arial" w:hAnsi="Arial" w:cs="Arial"/>
              </w:rPr>
            </w:pPr>
          </w:p>
          <w:p w14:paraId="02E93F40" w14:textId="77777777" w:rsidR="00E4258C" w:rsidRDefault="00E4258C">
            <w:pPr>
              <w:rPr>
                <w:rFonts w:ascii="Arial" w:hAnsi="Arial" w:cs="Arial"/>
              </w:rPr>
            </w:pPr>
          </w:p>
          <w:p w14:paraId="40C5F485" w14:textId="77777777" w:rsidR="00E4258C" w:rsidRDefault="00E4258C">
            <w:pPr>
              <w:rPr>
                <w:rFonts w:ascii="Arial" w:hAnsi="Arial" w:cs="Arial"/>
              </w:rPr>
            </w:pPr>
          </w:p>
          <w:p w14:paraId="5D988A98" w14:textId="77777777" w:rsidR="00E4258C" w:rsidRDefault="00E4258C">
            <w:pPr>
              <w:rPr>
                <w:rFonts w:ascii="Arial" w:hAnsi="Arial" w:cs="Arial"/>
              </w:rPr>
            </w:pPr>
          </w:p>
          <w:p w14:paraId="7FBF51A2" w14:textId="77777777" w:rsidR="0077137A" w:rsidRDefault="0077137A">
            <w:pPr>
              <w:rPr>
                <w:rFonts w:ascii="Arial" w:hAnsi="Arial" w:cs="Arial"/>
              </w:rPr>
            </w:pPr>
          </w:p>
          <w:p w14:paraId="79360547" w14:textId="77777777" w:rsidR="0077137A" w:rsidRDefault="0077137A">
            <w:pPr>
              <w:rPr>
                <w:rFonts w:ascii="Arial" w:hAnsi="Arial" w:cs="Arial"/>
              </w:rPr>
            </w:pPr>
          </w:p>
          <w:p w14:paraId="015FE690" w14:textId="77777777" w:rsidR="00E4258C" w:rsidRDefault="00E4258C">
            <w:pPr>
              <w:rPr>
                <w:rFonts w:ascii="Arial" w:hAnsi="Arial" w:cs="Arial"/>
              </w:rPr>
            </w:pPr>
          </w:p>
          <w:p w14:paraId="0A47E0C8" w14:textId="77777777" w:rsidR="00E4258C" w:rsidRDefault="00E4258C">
            <w:pPr>
              <w:rPr>
                <w:rFonts w:ascii="Arial" w:hAnsi="Arial" w:cs="Arial"/>
              </w:rPr>
            </w:pPr>
          </w:p>
          <w:p w14:paraId="11A16942" w14:textId="77777777" w:rsidR="00E4258C" w:rsidRDefault="00E4258C">
            <w:pPr>
              <w:rPr>
                <w:rFonts w:ascii="Arial" w:hAnsi="Arial" w:cs="Arial"/>
              </w:rPr>
            </w:pPr>
          </w:p>
          <w:p w14:paraId="3CB750BA" w14:textId="77777777" w:rsidR="0077137A" w:rsidRDefault="0077137A">
            <w:pPr>
              <w:rPr>
                <w:rFonts w:ascii="Arial" w:hAnsi="Arial" w:cs="Arial"/>
              </w:rPr>
            </w:pPr>
          </w:p>
          <w:p w14:paraId="6EE15BFE" w14:textId="77777777" w:rsidR="00E4258C" w:rsidRDefault="00E4258C">
            <w:pPr>
              <w:rPr>
                <w:rFonts w:ascii="Arial" w:hAnsi="Arial" w:cs="Arial"/>
              </w:rPr>
            </w:pPr>
          </w:p>
          <w:p w14:paraId="35C339AC" w14:textId="77777777" w:rsidR="0077137A" w:rsidRDefault="0077137A">
            <w:pPr>
              <w:rPr>
                <w:rFonts w:ascii="Arial" w:hAnsi="Arial" w:cs="Arial"/>
              </w:rPr>
            </w:pPr>
          </w:p>
          <w:p w14:paraId="106997E8" w14:textId="77777777" w:rsidR="0077137A" w:rsidRDefault="0077137A">
            <w:pPr>
              <w:rPr>
                <w:rFonts w:ascii="Arial" w:hAnsi="Arial" w:cs="Arial"/>
              </w:rPr>
            </w:pPr>
          </w:p>
          <w:p w14:paraId="166091A5" w14:textId="77777777" w:rsidR="00973172" w:rsidRPr="0032760F" w:rsidRDefault="00973172">
            <w:pPr>
              <w:rPr>
                <w:rFonts w:ascii="Arial" w:hAnsi="Arial" w:cs="Arial"/>
              </w:rPr>
            </w:pPr>
          </w:p>
          <w:p w14:paraId="3DB9B209" w14:textId="55BBF6AB" w:rsidR="0032760F" w:rsidRPr="0032760F" w:rsidRDefault="0032760F">
            <w:pPr>
              <w:rPr>
                <w:rFonts w:ascii="Arial" w:hAnsi="Arial" w:cs="Arial"/>
              </w:rPr>
            </w:pPr>
          </w:p>
        </w:tc>
      </w:tr>
    </w:tbl>
    <w:p w14:paraId="789E7E78" w14:textId="77777777" w:rsidR="00E024D9" w:rsidRPr="0032760F" w:rsidRDefault="00E024D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2760F" w:rsidRPr="0032760F" w14:paraId="01D675ED" w14:textId="77777777" w:rsidTr="0032760F">
        <w:tc>
          <w:tcPr>
            <w:tcW w:w="8856" w:type="dxa"/>
          </w:tcPr>
          <w:p w14:paraId="044AC343" w14:textId="77777777" w:rsidR="0077137A" w:rsidRPr="00E024D9" w:rsidRDefault="0077137A" w:rsidP="0077137A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cy-GB"/>
              </w:rPr>
              <w:t>Sgiliau, doniau, talentau a diddordebau:</w:t>
            </w:r>
          </w:p>
          <w:p w14:paraId="43318707" w14:textId="77777777" w:rsidR="0077137A" w:rsidRDefault="0077137A" w:rsidP="0077137A">
            <w:pPr>
              <w:rPr>
                <w:rFonts w:ascii="Arial" w:hAnsi="Arial" w:cs="Arial"/>
              </w:rPr>
            </w:pPr>
          </w:p>
          <w:p w14:paraId="5E15FF64" w14:textId="77777777" w:rsidR="0077137A" w:rsidRDefault="0077137A" w:rsidP="0077137A">
            <w:pPr>
              <w:rPr>
                <w:rFonts w:ascii="Arial" w:hAnsi="Arial" w:cs="Arial"/>
              </w:rPr>
            </w:pPr>
          </w:p>
          <w:p w14:paraId="542FA96D" w14:textId="77777777" w:rsidR="00973172" w:rsidRDefault="00973172">
            <w:pPr>
              <w:rPr>
                <w:rFonts w:ascii="Arial" w:hAnsi="Arial" w:cs="Arial"/>
              </w:rPr>
            </w:pPr>
          </w:p>
          <w:p w14:paraId="4D51D1FF" w14:textId="77777777" w:rsidR="0077137A" w:rsidRDefault="0077137A">
            <w:pPr>
              <w:rPr>
                <w:rFonts w:ascii="Arial" w:hAnsi="Arial" w:cs="Arial"/>
              </w:rPr>
            </w:pPr>
          </w:p>
          <w:p w14:paraId="1F2B2540" w14:textId="77777777" w:rsidR="0077137A" w:rsidRDefault="0077137A">
            <w:pPr>
              <w:rPr>
                <w:rFonts w:ascii="Arial" w:hAnsi="Arial" w:cs="Arial"/>
              </w:rPr>
            </w:pPr>
          </w:p>
          <w:p w14:paraId="310C8D9F" w14:textId="77777777" w:rsidR="0077137A" w:rsidRDefault="0077137A">
            <w:pPr>
              <w:rPr>
                <w:rFonts w:ascii="Arial" w:hAnsi="Arial" w:cs="Arial"/>
              </w:rPr>
            </w:pPr>
          </w:p>
          <w:p w14:paraId="52E2F8BB" w14:textId="77777777" w:rsidR="00E4258C" w:rsidRDefault="00E4258C">
            <w:pPr>
              <w:rPr>
                <w:rFonts w:ascii="Arial" w:hAnsi="Arial" w:cs="Arial"/>
              </w:rPr>
            </w:pPr>
          </w:p>
          <w:p w14:paraId="38980B06" w14:textId="77777777" w:rsidR="00E4258C" w:rsidRDefault="00E4258C">
            <w:pPr>
              <w:rPr>
                <w:rFonts w:ascii="Arial" w:hAnsi="Arial" w:cs="Arial"/>
              </w:rPr>
            </w:pPr>
          </w:p>
          <w:p w14:paraId="5C5FA7C2" w14:textId="77777777" w:rsidR="00E4258C" w:rsidRDefault="00E4258C">
            <w:pPr>
              <w:rPr>
                <w:rFonts w:ascii="Arial" w:hAnsi="Arial" w:cs="Arial"/>
              </w:rPr>
            </w:pPr>
          </w:p>
          <w:p w14:paraId="70B8307C" w14:textId="77777777" w:rsidR="00E4258C" w:rsidRDefault="00E4258C">
            <w:pPr>
              <w:rPr>
                <w:rFonts w:ascii="Arial" w:hAnsi="Arial" w:cs="Arial"/>
              </w:rPr>
            </w:pPr>
          </w:p>
          <w:p w14:paraId="6DC487B9" w14:textId="77777777" w:rsidR="00E4258C" w:rsidRDefault="00E4258C">
            <w:pPr>
              <w:rPr>
                <w:rFonts w:ascii="Arial" w:hAnsi="Arial" w:cs="Arial"/>
              </w:rPr>
            </w:pPr>
          </w:p>
          <w:p w14:paraId="00269236" w14:textId="77777777" w:rsidR="00E4258C" w:rsidRDefault="00E4258C">
            <w:pPr>
              <w:rPr>
                <w:rFonts w:ascii="Arial" w:hAnsi="Arial" w:cs="Arial"/>
              </w:rPr>
            </w:pPr>
          </w:p>
          <w:p w14:paraId="0A7D11CE" w14:textId="77777777" w:rsidR="00E4258C" w:rsidRDefault="00E4258C">
            <w:pPr>
              <w:rPr>
                <w:rFonts w:ascii="Arial" w:hAnsi="Arial" w:cs="Arial"/>
              </w:rPr>
            </w:pPr>
          </w:p>
          <w:p w14:paraId="33E20005" w14:textId="77777777" w:rsidR="00E4258C" w:rsidRDefault="00E4258C">
            <w:pPr>
              <w:rPr>
                <w:rFonts w:ascii="Arial" w:hAnsi="Arial" w:cs="Arial"/>
              </w:rPr>
            </w:pPr>
          </w:p>
          <w:p w14:paraId="0191FED4" w14:textId="77777777" w:rsidR="00E4258C" w:rsidRDefault="00E4258C">
            <w:pPr>
              <w:rPr>
                <w:rFonts w:ascii="Arial" w:hAnsi="Arial" w:cs="Arial"/>
              </w:rPr>
            </w:pPr>
          </w:p>
          <w:p w14:paraId="1A96D571" w14:textId="77777777" w:rsidR="00E4258C" w:rsidRDefault="00E4258C">
            <w:pPr>
              <w:rPr>
                <w:rFonts w:ascii="Arial" w:hAnsi="Arial" w:cs="Arial"/>
              </w:rPr>
            </w:pPr>
          </w:p>
          <w:p w14:paraId="6055536E" w14:textId="77777777" w:rsidR="0077137A" w:rsidRDefault="0077137A">
            <w:pPr>
              <w:rPr>
                <w:rFonts w:ascii="Arial" w:hAnsi="Arial" w:cs="Arial"/>
              </w:rPr>
            </w:pPr>
          </w:p>
          <w:p w14:paraId="6017FABA" w14:textId="77777777" w:rsidR="0077137A" w:rsidRDefault="0077137A">
            <w:pPr>
              <w:rPr>
                <w:rFonts w:ascii="Arial" w:hAnsi="Arial" w:cs="Arial"/>
              </w:rPr>
            </w:pPr>
          </w:p>
          <w:p w14:paraId="31FF3E97" w14:textId="77777777" w:rsidR="0077137A" w:rsidRDefault="0077137A">
            <w:pPr>
              <w:rPr>
                <w:rFonts w:ascii="Arial" w:hAnsi="Arial" w:cs="Arial"/>
              </w:rPr>
            </w:pPr>
          </w:p>
          <w:p w14:paraId="305172F5" w14:textId="77777777" w:rsidR="0077137A" w:rsidRDefault="0077137A">
            <w:pPr>
              <w:rPr>
                <w:rFonts w:ascii="Arial" w:hAnsi="Arial" w:cs="Arial"/>
              </w:rPr>
            </w:pPr>
          </w:p>
          <w:p w14:paraId="125C813B" w14:textId="2F38E41E" w:rsidR="0032760F" w:rsidRPr="0032760F" w:rsidRDefault="0032760F">
            <w:pPr>
              <w:rPr>
                <w:rFonts w:ascii="Arial" w:hAnsi="Arial" w:cs="Arial"/>
              </w:rPr>
            </w:pPr>
          </w:p>
        </w:tc>
      </w:tr>
    </w:tbl>
    <w:p w14:paraId="45F2F43D" w14:textId="77777777" w:rsidR="0032760F" w:rsidRDefault="0032760F"/>
    <w:sectPr w:rsidR="003276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477CA7"/>
    <w:multiLevelType w:val="hybridMultilevel"/>
    <w:tmpl w:val="BFD86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E05E2"/>
    <w:multiLevelType w:val="multilevel"/>
    <w:tmpl w:val="DBB4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982F3E"/>
    <w:multiLevelType w:val="hybridMultilevel"/>
    <w:tmpl w:val="D3A4B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E5D9E"/>
    <w:multiLevelType w:val="hybridMultilevel"/>
    <w:tmpl w:val="A69EA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7A427A"/>
    <w:multiLevelType w:val="multilevel"/>
    <w:tmpl w:val="053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02474">
    <w:abstractNumId w:val="8"/>
  </w:num>
  <w:num w:numId="2" w16cid:durableId="821892868">
    <w:abstractNumId w:val="6"/>
  </w:num>
  <w:num w:numId="3" w16cid:durableId="1413695350">
    <w:abstractNumId w:val="5"/>
  </w:num>
  <w:num w:numId="4" w16cid:durableId="1668287891">
    <w:abstractNumId w:val="4"/>
  </w:num>
  <w:num w:numId="5" w16cid:durableId="2139566622">
    <w:abstractNumId w:val="7"/>
  </w:num>
  <w:num w:numId="6" w16cid:durableId="1091272264">
    <w:abstractNumId w:val="3"/>
  </w:num>
  <w:num w:numId="7" w16cid:durableId="1633099210">
    <w:abstractNumId w:val="2"/>
  </w:num>
  <w:num w:numId="8" w16cid:durableId="1302534560">
    <w:abstractNumId w:val="1"/>
  </w:num>
  <w:num w:numId="9" w16cid:durableId="1272010184">
    <w:abstractNumId w:val="0"/>
  </w:num>
  <w:num w:numId="10" w16cid:durableId="2030836649">
    <w:abstractNumId w:val="13"/>
  </w:num>
  <w:num w:numId="11" w16cid:durableId="2120906105">
    <w:abstractNumId w:val="10"/>
  </w:num>
  <w:num w:numId="12" w16cid:durableId="1968078279">
    <w:abstractNumId w:val="9"/>
  </w:num>
  <w:num w:numId="13" w16cid:durableId="223637661">
    <w:abstractNumId w:val="12"/>
  </w:num>
  <w:num w:numId="14" w16cid:durableId="92484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3D9"/>
    <w:rsid w:val="00034616"/>
    <w:rsid w:val="0006063C"/>
    <w:rsid w:val="00066077"/>
    <w:rsid w:val="000B7DA3"/>
    <w:rsid w:val="001208BC"/>
    <w:rsid w:val="0015074B"/>
    <w:rsid w:val="00186B9A"/>
    <w:rsid w:val="001B2D18"/>
    <w:rsid w:val="001D6507"/>
    <w:rsid w:val="001F4B3D"/>
    <w:rsid w:val="00202552"/>
    <w:rsid w:val="0022768F"/>
    <w:rsid w:val="00253C0E"/>
    <w:rsid w:val="002665E7"/>
    <w:rsid w:val="002679C1"/>
    <w:rsid w:val="0029639D"/>
    <w:rsid w:val="002D6FC7"/>
    <w:rsid w:val="003075C8"/>
    <w:rsid w:val="00326F90"/>
    <w:rsid w:val="0032760F"/>
    <w:rsid w:val="0033295A"/>
    <w:rsid w:val="00334314"/>
    <w:rsid w:val="003F682A"/>
    <w:rsid w:val="004054D8"/>
    <w:rsid w:val="00496B2C"/>
    <w:rsid w:val="004C3930"/>
    <w:rsid w:val="004C545F"/>
    <w:rsid w:val="004D75E7"/>
    <w:rsid w:val="00545527"/>
    <w:rsid w:val="00554139"/>
    <w:rsid w:val="005F4266"/>
    <w:rsid w:val="00605605"/>
    <w:rsid w:val="00614840"/>
    <w:rsid w:val="006249CF"/>
    <w:rsid w:val="006664F8"/>
    <w:rsid w:val="006C16BD"/>
    <w:rsid w:val="006C43B6"/>
    <w:rsid w:val="00702272"/>
    <w:rsid w:val="00743E9F"/>
    <w:rsid w:val="0077137A"/>
    <w:rsid w:val="00787E8F"/>
    <w:rsid w:val="007F1A8B"/>
    <w:rsid w:val="00823B18"/>
    <w:rsid w:val="00871C6A"/>
    <w:rsid w:val="008C5BD8"/>
    <w:rsid w:val="008F4171"/>
    <w:rsid w:val="009246E2"/>
    <w:rsid w:val="009277AD"/>
    <w:rsid w:val="00940E15"/>
    <w:rsid w:val="00973172"/>
    <w:rsid w:val="009B729D"/>
    <w:rsid w:val="009D7C09"/>
    <w:rsid w:val="00A246C0"/>
    <w:rsid w:val="00A45531"/>
    <w:rsid w:val="00AA1D8D"/>
    <w:rsid w:val="00AB1BAA"/>
    <w:rsid w:val="00B47730"/>
    <w:rsid w:val="00B7797D"/>
    <w:rsid w:val="00BC125A"/>
    <w:rsid w:val="00C63DA3"/>
    <w:rsid w:val="00C64DAD"/>
    <w:rsid w:val="00C737E3"/>
    <w:rsid w:val="00C8591C"/>
    <w:rsid w:val="00C87941"/>
    <w:rsid w:val="00CB0664"/>
    <w:rsid w:val="00CC6C5B"/>
    <w:rsid w:val="00CD0180"/>
    <w:rsid w:val="00DB1F77"/>
    <w:rsid w:val="00DE7AB7"/>
    <w:rsid w:val="00E024D9"/>
    <w:rsid w:val="00E138AB"/>
    <w:rsid w:val="00E4258C"/>
    <w:rsid w:val="00EC368A"/>
    <w:rsid w:val="00F0284B"/>
    <w:rsid w:val="00F35FBD"/>
    <w:rsid w:val="00F50971"/>
    <w:rsid w:val="00F846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5D19BF5F-0DD7-4D54-ACE8-E2873A31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F5 List Paragraph,List Paragraph1,Dot pt,No Spacing1,List Paragraph Char Char Char,Indicator Text,Numbered Para 1,Bullet 1,Bullet Points,MAIN CONTENT,OBC Bullet,List Paragraph12,List Paragraph11,Colorful List - Accent 11,Normal numbered"/>
    <w:basedOn w:val="Normal"/>
    <w:link w:val="ListParagraphChar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63D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D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D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D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D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2552"/>
    <w:pPr>
      <w:spacing w:after="0" w:line="240" w:lineRule="auto"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1 Char,Bullet Points Char,MAIN CONTENT Char,OBC Bullet Char"/>
    <w:basedOn w:val="DefaultParagraphFont"/>
    <w:link w:val="ListParagraph"/>
    <w:qFormat/>
    <w:locked/>
    <w:rsid w:val="00940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A64454839</value>
    </field>
    <field name="Objective-Title">
      <value order="0">2. Appreciation tool_Template _Cymraeg</value>
    </field>
    <field name="Objective-Description">
      <value order="0"/>
    </field>
    <field name="Objective-CreationStamp">
      <value order="0">2026-09-07T13:41:19Z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2026-10-05T10:56:25Z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vA116024523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2026-10-20T13:39:00Z</dcterms:created>
  <dcterms:modified xsi:type="dcterms:W3CDTF">2026-10-20T13:39:00Z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A64454839</vt:lpwstr>
  </property>
  <property fmtid="{D5CDD505-2E9C-101B-9397-08002B2CF9AE}" pid="5" name="Objective-Title">
    <vt:lpwstr>2. Appreciation tool_Template 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2026-09-07T13:41:19Z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2026-10-05T10:56:25Z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vA116024523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