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21C39" w14:textId="4C604D14" w:rsidR="00665FA1" w:rsidRPr="00D56C71" w:rsidRDefault="003420FE" w:rsidP="00D56C71">
      <w:pPr>
        <w:pStyle w:val="Title"/>
        <w:rPr>
          <w:rFonts w:ascii="Arial" w:hAnsi="Arial" w:cs="Arial"/>
          <w:sz w:val="44"/>
          <w:szCs w:val="44"/>
          <w:lang w:val="cy-GB"/>
        </w:rPr>
      </w:pPr>
      <w:r>
        <w:rPr>
          <w:rFonts w:ascii="Arial" w:hAnsi="Arial" w:cs="Arial"/>
          <w:noProof/>
          <w:sz w:val="44"/>
          <w:szCs w:val="4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DB017A6" wp14:editId="3019680D">
                <wp:simplePos x="0" y="0"/>
                <wp:positionH relativeFrom="column">
                  <wp:posOffset>6047630</wp:posOffset>
                </wp:positionH>
                <wp:positionV relativeFrom="paragraph">
                  <wp:posOffset>690620</wp:posOffset>
                </wp:positionV>
                <wp:extent cx="1080" cy="1800"/>
                <wp:effectExtent l="38100" t="38100" r="37465" b="36830"/>
                <wp:wrapNone/>
                <wp:docPr id="1499935008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080" cy="180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5C326BB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475.7pt;margin-top:54pt;width:1.1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">
                <v:imagedata r:id="rId8" o:title=""/>
              </v:shape>
            </w:pict>
          </mc:Fallback>
        </mc:AlternateContent>
      </w:r>
      <w:r w:rsidR="00923BF3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A80FBB4" wp14:editId="1144EA2E">
                <wp:simplePos x="0" y="0"/>
                <wp:positionH relativeFrom="column">
                  <wp:posOffset>6041390</wp:posOffset>
                </wp:positionH>
                <wp:positionV relativeFrom="paragraph">
                  <wp:posOffset>685800</wp:posOffset>
                </wp:positionV>
                <wp:extent cx="13970" cy="12700"/>
                <wp:effectExtent l="50165" t="47625" r="50165" b="53975"/>
                <wp:wrapNone/>
                <wp:docPr id="2037560179" name="In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3970" cy="1270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29C65B7" id="Inc 8" o:spid="_x0000_s1026" type="#_x0000_t75" style="position:absolute;margin-left:475pt;margin-top:53.45pt;width:2.5pt;height: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">
                <v:imagedata r:id="rId10" o:title=""/>
                <o:lock v:ext="edit" rotation="t" verticies="t" shapetype="t"/>
              </v:shape>
            </w:pict>
          </mc:Fallback>
        </mc:AlternateContent>
      </w:r>
      <w:r w:rsidR="00923BF3" w:rsidRPr="00C36E68">
        <w:rPr>
          <w:rFonts w:ascii="Arial" w:hAnsi="Arial" w:cs="Arial"/>
          <w:sz w:val="44"/>
          <w:szCs w:val="44"/>
          <w:lang w:val="cy-GB"/>
        </w:rPr>
        <w:t>Beth sy'n gweithio a ddim yn gweithio?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665FA1" w:rsidRPr="00665FA1" w14:paraId="6C68F469" w14:textId="77777777" w:rsidTr="00CA5A63">
        <w:tc>
          <w:tcPr>
            <w:tcW w:w="2876" w:type="dxa"/>
          </w:tcPr>
          <w:p w14:paraId="54919D6F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>Beth sy'n gweithio?</w:t>
            </w:r>
          </w:p>
        </w:tc>
        <w:tc>
          <w:tcPr>
            <w:tcW w:w="2877" w:type="dxa"/>
            <w:vMerge w:val="restart"/>
          </w:tcPr>
          <w:p w14:paraId="5F998BFD" w14:textId="77777777" w:rsidR="00665FA1" w:rsidRDefault="00665FA1" w:rsidP="00CA5A63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9FBB69" w14:textId="77777777" w:rsidR="004F5F76" w:rsidRPr="00665FA1" w:rsidRDefault="004F5F76" w:rsidP="00CA5A63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9C514A" w14:textId="7A32C967" w:rsidR="00665FA1" w:rsidRPr="00665FA1" w:rsidRDefault="002C0503" w:rsidP="00CA5A63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lang w:val="cy-GB"/>
              </w:rPr>
              <w:t>Y plentyn neu'r person ifanc</w:t>
            </w:r>
          </w:p>
        </w:tc>
        <w:tc>
          <w:tcPr>
            <w:tcW w:w="2877" w:type="dxa"/>
          </w:tcPr>
          <w:p w14:paraId="27E73856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>Beth sydd ddim yn gweithio?</w:t>
            </w:r>
          </w:p>
        </w:tc>
      </w:tr>
      <w:tr w:rsidR="00665FA1" w:rsidRPr="00665FA1" w14:paraId="7D6FDE30" w14:textId="77777777" w:rsidTr="00CA5A63">
        <w:trPr>
          <w:trHeight w:val="1743"/>
        </w:trPr>
        <w:tc>
          <w:tcPr>
            <w:tcW w:w="2876" w:type="dxa"/>
          </w:tcPr>
          <w:p w14:paraId="117550B1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64BC24" w14:textId="77777777" w:rsidR="00665FA1" w:rsidRDefault="00665FA1" w:rsidP="000906F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7D78CF" w14:textId="77777777" w:rsidR="000906F8" w:rsidRDefault="000906F8" w:rsidP="000906F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4D96A6" w14:textId="77777777" w:rsidR="000906F8" w:rsidRDefault="000906F8" w:rsidP="000906F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644E92" w14:textId="77777777" w:rsidR="000906F8" w:rsidRDefault="000906F8" w:rsidP="000906F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5C98D2" w14:textId="77777777" w:rsidR="000906F8" w:rsidRDefault="000906F8" w:rsidP="000906F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AA6678" w14:textId="77777777" w:rsidR="000906F8" w:rsidRPr="00665FA1" w:rsidRDefault="000906F8" w:rsidP="000906F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7" w:type="dxa"/>
            <w:vMerge/>
          </w:tcPr>
          <w:p w14:paraId="1D29DF17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7" w:type="dxa"/>
          </w:tcPr>
          <w:p w14:paraId="6A60327F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F7D9EB" w14:textId="25BC97DA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ABE520" w14:textId="77777777" w:rsidR="00665FA1" w:rsidRPr="00665FA1" w:rsidRDefault="00665FA1" w:rsidP="00665FA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8654" w:type="dxa"/>
        <w:tblLook w:val="04A0" w:firstRow="1" w:lastRow="0" w:firstColumn="1" w:lastColumn="0" w:noHBand="0" w:noVBand="1"/>
      </w:tblPr>
      <w:tblGrid>
        <w:gridCol w:w="2884"/>
        <w:gridCol w:w="2885"/>
        <w:gridCol w:w="2885"/>
      </w:tblGrid>
      <w:tr w:rsidR="00665FA1" w:rsidRPr="00665FA1" w14:paraId="5925CAAF" w14:textId="77777777" w:rsidTr="00CA5A63">
        <w:trPr>
          <w:trHeight w:val="183"/>
        </w:trPr>
        <w:tc>
          <w:tcPr>
            <w:tcW w:w="2884" w:type="dxa"/>
          </w:tcPr>
          <w:p w14:paraId="2881E90C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>Beth sy'n gweithio?</w:t>
            </w:r>
          </w:p>
        </w:tc>
        <w:tc>
          <w:tcPr>
            <w:tcW w:w="2885" w:type="dxa"/>
            <w:vMerge w:val="restart"/>
          </w:tcPr>
          <w:p w14:paraId="1AD644D5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1B6032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461637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01B5F8" w14:textId="57749DE0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</w:t>
            </w:r>
          </w:p>
          <w:p w14:paraId="1AAED02D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Teulu</w:t>
            </w:r>
          </w:p>
          <w:p w14:paraId="3F750319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0704AB21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>Beth sydd ddim yn gweithio?</w:t>
            </w:r>
          </w:p>
        </w:tc>
      </w:tr>
      <w:tr w:rsidR="00665FA1" w:rsidRPr="00665FA1" w14:paraId="0BD63665" w14:textId="77777777" w:rsidTr="00CA5A63">
        <w:trPr>
          <w:trHeight w:val="1752"/>
        </w:trPr>
        <w:tc>
          <w:tcPr>
            <w:tcW w:w="2884" w:type="dxa"/>
          </w:tcPr>
          <w:p w14:paraId="19DD702C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BB687A" w14:textId="419045B5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>.</w:t>
            </w:r>
          </w:p>
          <w:p w14:paraId="13E66746" w14:textId="77777777" w:rsid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3555E4" w14:textId="77777777" w:rsidR="000906F8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8C7CB8" w14:textId="77777777" w:rsidR="000906F8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D741D4" w14:textId="77777777" w:rsidR="000906F8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A3EC68" w14:textId="77777777" w:rsidR="000906F8" w:rsidRPr="00665FA1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  <w:vMerge/>
          </w:tcPr>
          <w:p w14:paraId="5DB134AF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5" w:type="dxa"/>
          </w:tcPr>
          <w:p w14:paraId="723F14C8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0D3C7B" w14:textId="0698F7AD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F16FF9" w14:textId="77777777" w:rsidR="00665FA1" w:rsidRPr="00665FA1" w:rsidRDefault="00665FA1" w:rsidP="00665FA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876"/>
        <w:gridCol w:w="2876"/>
      </w:tblGrid>
      <w:tr w:rsidR="00665FA1" w:rsidRPr="00665FA1" w14:paraId="3260FFD6" w14:textId="77777777" w:rsidTr="00CA5A63">
        <w:trPr>
          <w:trHeight w:val="184"/>
        </w:trPr>
        <w:tc>
          <w:tcPr>
            <w:tcW w:w="2875" w:type="dxa"/>
          </w:tcPr>
          <w:p w14:paraId="50616E89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>Beth sy'n gweithio?</w:t>
            </w:r>
          </w:p>
        </w:tc>
        <w:tc>
          <w:tcPr>
            <w:tcW w:w="2876" w:type="dxa"/>
            <w:vMerge w:val="restart"/>
          </w:tcPr>
          <w:p w14:paraId="44DA57C2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658D17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E25623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0F720D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3D4920" w14:textId="403DBB41" w:rsidR="00665FA1" w:rsidRPr="00665FA1" w:rsidRDefault="00842CA3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lang w:val="cy-GB"/>
              </w:rPr>
              <w:t xml:space="preserve">Gweithwyr </w:t>
            </w:r>
            <w:r w:rsidR="004F5F76">
              <w:rPr>
                <w:rFonts w:ascii="Arial" w:hAnsi="Arial" w:cs="Arial"/>
                <w:lang w:val="cy-GB"/>
              </w:rPr>
              <w:t>p</w:t>
            </w:r>
            <w:r>
              <w:rPr>
                <w:rFonts w:ascii="Arial" w:hAnsi="Arial" w:cs="Arial"/>
                <w:lang w:val="cy-GB"/>
              </w:rPr>
              <w:t>roffesiynol</w:t>
            </w:r>
          </w:p>
        </w:tc>
        <w:tc>
          <w:tcPr>
            <w:tcW w:w="2876" w:type="dxa"/>
          </w:tcPr>
          <w:p w14:paraId="6D2B54CC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>Beth sydd ddim yn gweithio?</w:t>
            </w:r>
          </w:p>
        </w:tc>
      </w:tr>
      <w:tr w:rsidR="00665FA1" w:rsidRPr="00665FA1" w14:paraId="1B762864" w14:textId="77777777" w:rsidTr="00CA5A63">
        <w:trPr>
          <w:trHeight w:val="1759"/>
        </w:trPr>
        <w:tc>
          <w:tcPr>
            <w:tcW w:w="2875" w:type="dxa"/>
          </w:tcPr>
          <w:p w14:paraId="4E43739B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39438E" w14:textId="77777777" w:rsidR="00665FA1" w:rsidRDefault="00665FA1" w:rsidP="00CA5A63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1E7052A0" w14:textId="77777777" w:rsidR="000906F8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8324C1" w14:textId="77777777" w:rsidR="000906F8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CACC80" w14:textId="77777777" w:rsidR="000906F8" w:rsidRPr="00665FA1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6" w:type="dxa"/>
            <w:vMerge/>
          </w:tcPr>
          <w:p w14:paraId="5D144AA1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6" w:type="dxa"/>
          </w:tcPr>
          <w:p w14:paraId="6E7FE444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A35EBC" w14:textId="32278316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EF852DB" w14:textId="77777777" w:rsidR="00665FA1" w:rsidRPr="00665FA1" w:rsidRDefault="00665FA1" w:rsidP="00665FA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876"/>
        <w:gridCol w:w="2876"/>
      </w:tblGrid>
      <w:tr w:rsidR="00665FA1" w:rsidRPr="00665FA1" w14:paraId="37B039A9" w14:textId="77777777" w:rsidTr="00CA5A63">
        <w:trPr>
          <w:trHeight w:val="184"/>
        </w:trPr>
        <w:tc>
          <w:tcPr>
            <w:tcW w:w="2875" w:type="dxa"/>
          </w:tcPr>
          <w:p w14:paraId="378F5CD2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>Beth sy'n gweithio?</w:t>
            </w:r>
          </w:p>
        </w:tc>
        <w:tc>
          <w:tcPr>
            <w:tcW w:w="2876" w:type="dxa"/>
            <w:vMerge w:val="restart"/>
          </w:tcPr>
          <w:p w14:paraId="11E8C626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065BD3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B0D320" w14:textId="557A7F5B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 xml:space="preserve">      </w:t>
            </w:r>
          </w:p>
          <w:p w14:paraId="3BA02C8C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D9BA00" w14:textId="035CE09A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</w:t>
            </w:r>
            <w:r w:rsidR="000906F8">
              <w:rPr>
                <w:rFonts w:ascii="Arial" w:hAnsi="Arial" w:cs="Arial"/>
                <w:lang w:val="cy-GB"/>
              </w:rPr>
              <w:t>Lleoliad addysg</w:t>
            </w:r>
          </w:p>
          <w:p w14:paraId="5DC13BE2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6" w:type="dxa"/>
          </w:tcPr>
          <w:p w14:paraId="59233B8B" w14:textId="77777777" w:rsidR="00665FA1" w:rsidRPr="00665FA1" w:rsidRDefault="00665FA1" w:rsidP="00CA5A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>Beth sydd ddim yn gweithio?</w:t>
            </w:r>
          </w:p>
        </w:tc>
      </w:tr>
      <w:tr w:rsidR="00665FA1" w:rsidRPr="00665FA1" w14:paraId="648E9E5A" w14:textId="77777777" w:rsidTr="00CA5A63">
        <w:trPr>
          <w:trHeight w:val="1759"/>
        </w:trPr>
        <w:tc>
          <w:tcPr>
            <w:tcW w:w="2875" w:type="dxa"/>
          </w:tcPr>
          <w:p w14:paraId="7EA0CD06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A6315D" w14:textId="230F92CF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</w:tc>
        <w:tc>
          <w:tcPr>
            <w:tcW w:w="2876" w:type="dxa"/>
            <w:vMerge/>
          </w:tcPr>
          <w:p w14:paraId="0FC0A670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6" w:type="dxa"/>
          </w:tcPr>
          <w:p w14:paraId="6CBDCEA8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A344AD" w14:textId="4387991B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5DC620" w14:textId="77777777" w:rsidR="00665FA1" w:rsidRPr="00665FA1" w:rsidRDefault="00665FA1" w:rsidP="00665FA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630"/>
      </w:tblGrid>
      <w:tr w:rsidR="00665FA1" w:rsidRPr="00665FA1" w14:paraId="5E38E37F" w14:textId="77777777" w:rsidTr="00CA5A63">
        <w:trPr>
          <w:trHeight w:val="1620"/>
        </w:trPr>
        <w:tc>
          <w:tcPr>
            <w:tcW w:w="5000" w:type="pct"/>
          </w:tcPr>
          <w:p w14:paraId="7E8694E2" w14:textId="6359335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 xml:space="preserve">Beth sydd angen ei wneud </w:t>
            </w:r>
            <w:r w:rsidR="00CF0BC4" w:rsidRPr="00CF0BC4">
              <w:rPr>
                <w:rFonts w:ascii="Arial" w:hAnsi="Arial" w:cs="Arial"/>
                <w:sz w:val="24"/>
                <w:szCs w:val="24"/>
                <w:lang w:val="cy-GB"/>
              </w:rPr>
              <w:t>nesaf er mwyn</w:t>
            </w: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 xml:space="preserve"> datblygu</w:t>
            </w:r>
            <w:r w:rsidR="00CF0BC4">
              <w:rPr>
                <w:rFonts w:ascii="Arial" w:hAnsi="Arial" w:cs="Arial"/>
                <w:sz w:val="24"/>
                <w:szCs w:val="24"/>
                <w:lang w:val="cy-GB"/>
              </w:rPr>
              <w:t>’r hyn</w:t>
            </w: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 xml:space="preserve"> sy'n gweithio a newid </w:t>
            </w:r>
            <w:r w:rsidR="00CF0BC4">
              <w:rPr>
                <w:rFonts w:ascii="Arial" w:hAnsi="Arial" w:cs="Arial"/>
                <w:sz w:val="24"/>
                <w:szCs w:val="24"/>
                <w:lang w:val="cy-GB"/>
              </w:rPr>
              <w:t>yr hyn</w:t>
            </w:r>
            <w:r w:rsidRPr="00665FA1">
              <w:rPr>
                <w:rFonts w:ascii="Arial" w:hAnsi="Arial" w:cs="Arial"/>
                <w:sz w:val="24"/>
                <w:szCs w:val="24"/>
                <w:lang w:val="cy-GB"/>
              </w:rPr>
              <w:t xml:space="preserve"> sydd ddim yn gweithio?</w:t>
            </w:r>
          </w:p>
          <w:p w14:paraId="20A43C90" w14:textId="77777777" w:rsidR="00665FA1" w:rsidRDefault="00665FA1" w:rsidP="00CA5A63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15A281E4" w14:textId="77777777" w:rsidR="000906F8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F2F07E" w14:textId="77777777" w:rsidR="000906F8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D214F0" w14:textId="77777777" w:rsidR="000906F8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4CAFD8" w14:textId="77777777" w:rsidR="000906F8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AC507F" w14:textId="77777777" w:rsidR="000906F8" w:rsidRPr="00665FA1" w:rsidRDefault="000906F8" w:rsidP="00CA5A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F1CC57" w14:textId="77777777" w:rsidR="00665FA1" w:rsidRPr="00665FA1" w:rsidRDefault="00665FA1" w:rsidP="00CA5A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7C5A53" w14:textId="77777777" w:rsidR="00665FA1" w:rsidRPr="00665FA1" w:rsidRDefault="00665FA1" w:rsidP="00665FA1">
      <w:pPr>
        <w:rPr>
          <w:rFonts w:ascii="Arial" w:hAnsi="Arial" w:cs="Arial"/>
          <w:sz w:val="24"/>
          <w:szCs w:val="24"/>
        </w:rPr>
      </w:pPr>
      <w:r w:rsidRPr="00665FA1">
        <w:rPr>
          <w:rFonts w:ascii="Arial" w:hAnsi="Arial" w:cs="Arial"/>
          <w:sz w:val="24"/>
          <w:szCs w:val="24"/>
        </w:rPr>
        <w:tab/>
      </w:r>
    </w:p>
    <w:p w14:paraId="4822D1B8" w14:textId="6F28BDF4" w:rsidR="00F426B1" w:rsidRDefault="00F426B1" w:rsidP="00665FA1"/>
    <w:sectPr w:rsidR="00F426B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BA39FD"/>
    <w:multiLevelType w:val="hybridMultilevel"/>
    <w:tmpl w:val="0E680CF6"/>
    <w:lvl w:ilvl="0" w:tplc="B9FEE94E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02474">
    <w:abstractNumId w:val="8"/>
  </w:num>
  <w:num w:numId="2" w16cid:durableId="821892868">
    <w:abstractNumId w:val="6"/>
  </w:num>
  <w:num w:numId="3" w16cid:durableId="1413695350">
    <w:abstractNumId w:val="5"/>
  </w:num>
  <w:num w:numId="4" w16cid:durableId="1668287891">
    <w:abstractNumId w:val="4"/>
  </w:num>
  <w:num w:numId="5" w16cid:durableId="2139566622">
    <w:abstractNumId w:val="7"/>
  </w:num>
  <w:num w:numId="6" w16cid:durableId="1091272264">
    <w:abstractNumId w:val="3"/>
  </w:num>
  <w:num w:numId="7" w16cid:durableId="1633099210">
    <w:abstractNumId w:val="2"/>
  </w:num>
  <w:num w:numId="8" w16cid:durableId="1302534560">
    <w:abstractNumId w:val="1"/>
  </w:num>
  <w:num w:numId="9" w16cid:durableId="1272010184">
    <w:abstractNumId w:val="0"/>
  </w:num>
  <w:num w:numId="10" w16cid:durableId="4349801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A02"/>
    <w:rsid w:val="00031317"/>
    <w:rsid w:val="00034616"/>
    <w:rsid w:val="0006063C"/>
    <w:rsid w:val="000906F8"/>
    <w:rsid w:val="000B7DA3"/>
    <w:rsid w:val="001208BC"/>
    <w:rsid w:val="0015074B"/>
    <w:rsid w:val="001F4B3D"/>
    <w:rsid w:val="0022768F"/>
    <w:rsid w:val="00295863"/>
    <w:rsid w:val="0029639D"/>
    <w:rsid w:val="002A5E44"/>
    <w:rsid w:val="002C0503"/>
    <w:rsid w:val="002D24C8"/>
    <w:rsid w:val="002D6FC7"/>
    <w:rsid w:val="003075C8"/>
    <w:rsid w:val="0032419E"/>
    <w:rsid w:val="00326F90"/>
    <w:rsid w:val="0032760F"/>
    <w:rsid w:val="003420FE"/>
    <w:rsid w:val="003533CB"/>
    <w:rsid w:val="003646DB"/>
    <w:rsid w:val="00366C0C"/>
    <w:rsid w:val="004054D8"/>
    <w:rsid w:val="0045162A"/>
    <w:rsid w:val="0045446C"/>
    <w:rsid w:val="0046138F"/>
    <w:rsid w:val="00481DDB"/>
    <w:rsid w:val="004D75E7"/>
    <w:rsid w:val="004F5F76"/>
    <w:rsid w:val="00545527"/>
    <w:rsid w:val="00554139"/>
    <w:rsid w:val="005A48B7"/>
    <w:rsid w:val="005F4266"/>
    <w:rsid w:val="00605605"/>
    <w:rsid w:val="006248CF"/>
    <w:rsid w:val="00665FA1"/>
    <w:rsid w:val="00691974"/>
    <w:rsid w:val="006A2562"/>
    <w:rsid w:val="006B59D9"/>
    <w:rsid w:val="00702272"/>
    <w:rsid w:val="007150AD"/>
    <w:rsid w:val="00753512"/>
    <w:rsid w:val="00787E8F"/>
    <w:rsid w:val="007F1A8B"/>
    <w:rsid w:val="00804BC7"/>
    <w:rsid w:val="00822145"/>
    <w:rsid w:val="00842CA3"/>
    <w:rsid w:val="00850BF5"/>
    <w:rsid w:val="00871C6A"/>
    <w:rsid w:val="0090635D"/>
    <w:rsid w:val="00923BF3"/>
    <w:rsid w:val="009252EC"/>
    <w:rsid w:val="009277AD"/>
    <w:rsid w:val="00946AFF"/>
    <w:rsid w:val="00973172"/>
    <w:rsid w:val="009C2B17"/>
    <w:rsid w:val="00A246C0"/>
    <w:rsid w:val="00A45531"/>
    <w:rsid w:val="00A81232"/>
    <w:rsid w:val="00AA1D8D"/>
    <w:rsid w:val="00AB5116"/>
    <w:rsid w:val="00B050F2"/>
    <w:rsid w:val="00B17D70"/>
    <w:rsid w:val="00B47730"/>
    <w:rsid w:val="00B8270F"/>
    <w:rsid w:val="00BA7081"/>
    <w:rsid w:val="00C2563C"/>
    <w:rsid w:val="00C36E68"/>
    <w:rsid w:val="00C64DAD"/>
    <w:rsid w:val="00C77185"/>
    <w:rsid w:val="00C90552"/>
    <w:rsid w:val="00CA44F8"/>
    <w:rsid w:val="00CB0664"/>
    <w:rsid w:val="00CD0180"/>
    <w:rsid w:val="00CF0BC4"/>
    <w:rsid w:val="00D07E51"/>
    <w:rsid w:val="00D44F4F"/>
    <w:rsid w:val="00D56C71"/>
    <w:rsid w:val="00D7791B"/>
    <w:rsid w:val="00DE7321"/>
    <w:rsid w:val="00E42D93"/>
    <w:rsid w:val="00E933D6"/>
    <w:rsid w:val="00EC368A"/>
    <w:rsid w:val="00EF1A8A"/>
    <w:rsid w:val="00F0284B"/>
    <w:rsid w:val="00F35FBD"/>
    <w:rsid w:val="00F41794"/>
    <w:rsid w:val="00F426B1"/>
    <w:rsid w:val="00F50971"/>
    <w:rsid w:val="00F85291"/>
    <w:rsid w:val="00FC693F"/>
    <w:rsid w:val="00FD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5D19BF5F-0DD7-4D54-ACE8-E2873A31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F5 List Paragraph,List Paragraph1,Dot pt,No Spacing1,List Paragraph Char Char Char,Indicator Text,Numbered Para 1,Bullet 1,Bullet Points,MAIN CONTENT,OBC Bullet,List Paragraph12,List Paragraph11,Colorful List - Accent 11,Normal numbered"/>
    <w:basedOn w:val="Normal"/>
    <w:link w:val="ListParagraphChar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3533C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812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12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12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2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232"/>
    <w:rPr>
      <w:b/>
      <w:bCs/>
      <w:sz w:val="20"/>
      <w:szCs w:val="20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1 Char,Bullet Points Char,MAIN CONTENT Char,OBC Bullet Char"/>
    <w:basedOn w:val="DefaultParagraphFont"/>
    <w:link w:val="ListParagraph"/>
    <w:qFormat/>
    <w:locked/>
    <w:rsid w:val="00665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numbering" Target="numbering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16T13:00:40.30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 5 12091,'0'-2'-553,"-2"-1"-463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16T13:00:40.30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26 30 12091,'0'-12'-553,"-26"-6"-463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metadata xmlns="http://www.objective.com/ecm/document/metadata/FF3C5B18883D4E21973B57C2EEED7FD1" version="1.0.0">
  <systemFields>
    <field name="Objective-Id">
      <value order="0">A64455391</value>
    </field>
    <field name="Objective-Title">
      <value order="0">3. What's working and what's not working_Template_Cymraeg</value>
    </field>
    <field name="Objective-Description">
      <value order="0"/>
    </field>
    <field name="Objective-CreationStamp">
      <value order="0">2026-09-07T13:57:54Z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2026-10-05T10:59:48Z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vA116024688</value>
    </field>
    <field name="Objective-Version">
      <value order="0">1.1</value>
    </field>
    <field name="Objective-VersionNumber">
      <value order="0">3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2026-10-20T13:40:00Z</dcterms:created>
  <dcterms:modified xsi:type="dcterms:W3CDTF">2026-10-20T13:40:00Z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A64455391</vt:lpwstr>
  </property>
  <property fmtid="{D5CDD505-2E9C-101B-9397-08002B2CF9AE}" pid="5" name="Objective-Title">
    <vt:lpwstr>3. What's working and what's not working_Template_Cymraeg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2026-09-07T13:57:54Z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2026-10-05T10:59:48Z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vA116024688</vt:lpwstr>
  </property>
  <property fmtid="{D5CDD505-2E9C-101B-9397-08002B2CF9AE}" pid="17" name="Objective-Version">
    <vt:lpwstr>1.1</vt:lpwstr>
  </property>
  <property fmtid="{D5CDD505-2E9C-101B-9397-08002B2CF9AE}" pid="18" name="Objective-VersionNumber">
    <vt:r8>3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