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F8F3" w14:textId="23F6EFCA" w:rsidR="00702272" w:rsidRDefault="00143FA3">
      <w:pPr>
        <w:pStyle w:val="Title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Cylch perthynas</w:t>
      </w:r>
    </w:p>
    <w:p w14:paraId="36FFC7D2" w14:textId="77777777" w:rsidR="00143FA3" w:rsidRPr="0095264F" w:rsidRDefault="00143FA3" w:rsidP="00143FA3">
      <w:pPr>
        <w:rPr>
          <w:rFonts w:ascii="Arial" w:hAnsi="Arial" w:cs="Arial"/>
          <w:sz w:val="24"/>
          <w:szCs w:val="24"/>
        </w:rPr>
      </w:pPr>
      <w:r w:rsidRPr="0095264F">
        <w:rPr>
          <w:rFonts w:ascii="Arial" w:hAnsi="Arial" w:cs="Arial"/>
          <w:sz w:val="24"/>
          <w:szCs w:val="24"/>
          <w:lang w:val="cy-GB"/>
        </w:rPr>
        <w:t>Pwy yw'r bobl bwysig ym mywyd y plentyn?</w:t>
      </w:r>
    </w:p>
    <w:p w14:paraId="0B2D2E59" w14:textId="48D48AFB" w:rsidR="002F6420" w:rsidRPr="00E75910" w:rsidRDefault="002F6420" w:rsidP="00E75910">
      <w:pPr>
        <w:rPr>
          <w:rFonts w:ascii="Arial" w:eastAsiaTheme="majorEastAsia" w:hAnsi="Arial" w:cs="Arial"/>
          <w:spacing w:val="5"/>
          <w:kern w:val="28"/>
          <w:sz w:val="24"/>
          <w:szCs w:val="24"/>
          <w:lang w:val="en-GB"/>
        </w:rPr>
      </w:pPr>
    </w:p>
    <w:p w14:paraId="14FF5CB9" w14:textId="09F5FD66" w:rsidR="006B7637" w:rsidRDefault="00E06AC0" w:rsidP="00585F5B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cy-GB"/>
        </w:rPr>
      </w:pPr>
      <w:r w:rsidRPr="00504A79">
        <w:rPr>
          <w:rFonts w:ascii="Arial" w:eastAsiaTheme="majorEastAsia" w:hAnsi="Arial" w:cs="Arial"/>
          <w:noProof/>
          <w:spacing w:val="5"/>
          <w:kern w:val="28"/>
          <w:sz w:val="44"/>
          <w:szCs w:val="44"/>
          <w:lang w:val="en-GB"/>
        </w:rPr>
        <w:drawing>
          <wp:inline distT="0" distB="0" distL="0" distR="0" wp14:anchorId="3D06F4A8" wp14:editId="4EE4ADF8">
            <wp:extent cx="3295819" cy="2952902"/>
            <wp:effectExtent l="0" t="0" r="0" b="0"/>
            <wp:docPr id="1490763368" name="Picture 1" descr="Diagram yn cynnwys pedair adran: teulu, ffrindiau, ysgol neu goleg, a Gweithwyr proffesiynol eraill sy’n fy nghefnogi i. Mae tri chylch wedi'u rhifo yn dangos pa mor agos neu bwysig yw pobl, gydag 1 yn y canol, 2 yn y cylch canol, a 3 yn y cylch allano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763368" name="Picture 1" descr="Diagram yn cynnwys pedair adran: teulu, ffrindiau, ysgol neu goleg, a Gweithwyr proffesiynol eraill sy’n fy nghefnogi i. Mae tri chylch wedi'u rhifo yn dangos pa mor agos neu bwysig yw pobl, gydag 1 yn y canol, 2 yn y cylch canol, a 3 yn y cylch allanol. 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95819" cy="295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94121" w14:textId="7B480547" w:rsidR="002B3A9B" w:rsidRPr="00585F5B" w:rsidRDefault="002B3A9B" w:rsidP="00585F5B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</w:pPr>
      <w:r>
        <w:rPr>
          <w:rFonts w:ascii="Arial" w:eastAsiaTheme="majorEastAsia" w:hAnsi="Arial" w:cs="Arial"/>
          <w:spacing w:val="5"/>
          <w:kern w:val="28"/>
          <w:sz w:val="44"/>
          <w:szCs w:val="44"/>
          <w:lang w:val="cy-GB"/>
        </w:rPr>
        <w:t>Teulu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926"/>
      </w:tblGrid>
      <w:tr w:rsidR="002B3A9B" w:rsidRPr="00006A85" w14:paraId="1703789A" w14:textId="77777777" w:rsidTr="00772688">
        <w:tc>
          <w:tcPr>
            <w:tcW w:w="704" w:type="dxa"/>
          </w:tcPr>
          <w:p w14:paraId="4E648261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  <w:r w:rsidRPr="00006A85"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  <w:t>1.</w:t>
            </w:r>
          </w:p>
        </w:tc>
        <w:tc>
          <w:tcPr>
            <w:tcW w:w="7926" w:type="dxa"/>
          </w:tcPr>
          <w:p w14:paraId="3F3A1C11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33539C95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5B7B3EBD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29AAC2E4" w14:textId="77777777" w:rsidR="006B7637" w:rsidRPr="00006A85" w:rsidRDefault="006B7637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</w:tc>
      </w:tr>
      <w:tr w:rsidR="002B3A9B" w:rsidRPr="00006A85" w14:paraId="4659AB7E" w14:textId="77777777" w:rsidTr="00772688">
        <w:tc>
          <w:tcPr>
            <w:tcW w:w="704" w:type="dxa"/>
          </w:tcPr>
          <w:p w14:paraId="7B366244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  <w:r w:rsidRPr="00006A85"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  <w:t>2.</w:t>
            </w:r>
          </w:p>
        </w:tc>
        <w:tc>
          <w:tcPr>
            <w:tcW w:w="7926" w:type="dxa"/>
          </w:tcPr>
          <w:p w14:paraId="577F81C3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51A1F479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2C98F6F6" w14:textId="77777777" w:rsidR="006B7637" w:rsidRPr="00006A85" w:rsidRDefault="006B7637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4D2CAF9B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</w:tc>
      </w:tr>
      <w:tr w:rsidR="002B3A9B" w:rsidRPr="00006A85" w14:paraId="551D4681" w14:textId="77777777" w:rsidTr="00772688">
        <w:tc>
          <w:tcPr>
            <w:tcW w:w="704" w:type="dxa"/>
          </w:tcPr>
          <w:p w14:paraId="7914E6F9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  <w:r w:rsidRPr="00006A85"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  <w:t>3.</w:t>
            </w:r>
          </w:p>
        </w:tc>
        <w:tc>
          <w:tcPr>
            <w:tcW w:w="7926" w:type="dxa"/>
          </w:tcPr>
          <w:p w14:paraId="4649878F" w14:textId="77777777" w:rsidR="002B3A9B" w:rsidRDefault="002B3A9B" w:rsidP="00585F5B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3E16267D" w14:textId="77777777" w:rsidR="00585F5B" w:rsidRDefault="00585F5B" w:rsidP="00585F5B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55DAC865" w14:textId="77777777" w:rsidR="006B7637" w:rsidRDefault="006B7637" w:rsidP="00585F5B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7B0DA26E" w14:textId="77777777" w:rsidR="00585F5B" w:rsidRPr="00006A85" w:rsidRDefault="00585F5B" w:rsidP="00585F5B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</w:tc>
      </w:tr>
    </w:tbl>
    <w:p w14:paraId="18BBAF54" w14:textId="77777777" w:rsidR="006B7637" w:rsidRDefault="006B7637" w:rsidP="006B7637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cy-GB"/>
        </w:rPr>
      </w:pPr>
    </w:p>
    <w:p w14:paraId="43C0CB75" w14:textId="77777777" w:rsidR="006B7637" w:rsidRDefault="006B7637" w:rsidP="006B7637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cy-GB"/>
        </w:rPr>
      </w:pPr>
    </w:p>
    <w:p w14:paraId="66598271" w14:textId="4546AF53" w:rsidR="002B3A9B" w:rsidRPr="006B7637" w:rsidRDefault="002B3A9B" w:rsidP="006B7637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cy-GB"/>
        </w:rPr>
      </w:pPr>
      <w:r w:rsidRPr="00006A85">
        <w:rPr>
          <w:rFonts w:ascii="Arial" w:eastAsiaTheme="majorEastAsia" w:hAnsi="Arial" w:cs="Arial"/>
          <w:spacing w:val="5"/>
          <w:kern w:val="28"/>
          <w:sz w:val="44"/>
          <w:szCs w:val="44"/>
          <w:lang w:val="cy-GB"/>
        </w:rPr>
        <w:lastRenderedPageBreak/>
        <w:t>F</w:t>
      </w:r>
      <w:r>
        <w:rPr>
          <w:rFonts w:ascii="Arial" w:eastAsiaTheme="majorEastAsia" w:hAnsi="Arial" w:cs="Arial"/>
          <w:spacing w:val="5"/>
          <w:kern w:val="28"/>
          <w:sz w:val="44"/>
          <w:szCs w:val="44"/>
          <w:lang w:val="cy-GB"/>
        </w:rPr>
        <w:t>f</w:t>
      </w:r>
      <w:r w:rsidRPr="00006A85">
        <w:rPr>
          <w:rFonts w:ascii="Arial" w:eastAsiaTheme="majorEastAsia" w:hAnsi="Arial" w:cs="Arial"/>
          <w:spacing w:val="5"/>
          <w:kern w:val="28"/>
          <w:sz w:val="44"/>
          <w:szCs w:val="44"/>
          <w:lang w:val="cy-GB"/>
        </w:rPr>
        <w:t>ri</w:t>
      </w:r>
      <w:r>
        <w:rPr>
          <w:rFonts w:ascii="Arial" w:eastAsiaTheme="majorEastAsia" w:hAnsi="Arial" w:cs="Arial"/>
          <w:spacing w:val="5"/>
          <w:kern w:val="28"/>
          <w:sz w:val="44"/>
          <w:szCs w:val="44"/>
          <w:lang w:val="cy-GB"/>
        </w:rPr>
        <w:t>ndiau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7501"/>
      </w:tblGrid>
      <w:tr w:rsidR="002B3A9B" w14:paraId="4030336B" w14:textId="77777777" w:rsidTr="00772688">
        <w:tc>
          <w:tcPr>
            <w:tcW w:w="1129" w:type="dxa"/>
          </w:tcPr>
          <w:p w14:paraId="12EE13D4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1.</w:t>
            </w:r>
          </w:p>
        </w:tc>
        <w:tc>
          <w:tcPr>
            <w:tcW w:w="7501" w:type="dxa"/>
          </w:tcPr>
          <w:p w14:paraId="527B5946" w14:textId="78E29379" w:rsidR="002B3A9B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en-GB"/>
              </w:rPr>
            </w:pPr>
          </w:p>
          <w:p w14:paraId="611CA12D" w14:textId="77777777" w:rsidR="002B3A9B" w:rsidRDefault="002B3A9B" w:rsidP="00772688">
            <w:pPr>
              <w:ind w:firstLine="720"/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69D6163A" w14:textId="77777777" w:rsidR="006B7637" w:rsidRDefault="006B7637" w:rsidP="006B7637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604C883B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731322F0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  <w:tr w:rsidR="002B3A9B" w14:paraId="6F9B4585" w14:textId="77777777" w:rsidTr="00772688">
        <w:tc>
          <w:tcPr>
            <w:tcW w:w="1129" w:type="dxa"/>
          </w:tcPr>
          <w:p w14:paraId="14316ECF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2.</w:t>
            </w:r>
          </w:p>
        </w:tc>
        <w:tc>
          <w:tcPr>
            <w:tcW w:w="7501" w:type="dxa"/>
          </w:tcPr>
          <w:p w14:paraId="632A0B56" w14:textId="5E2DC5F6" w:rsidR="002B3A9B" w:rsidRPr="00585F5B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en-GB"/>
              </w:rPr>
            </w:pPr>
          </w:p>
          <w:p w14:paraId="62AD0B60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38B9C2F3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239A4023" w14:textId="77777777" w:rsidR="006B7637" w:rsidRDefault="006B7637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  <w:tr w:rsidR="002B3A9B" w14:paraId="7D74B095" w14:textId="77777777" w:rsidTr="00772688">
        <w:tc>
          <w:tcPr>
            <w:tcW w:w="1129" w:type="dxa"/>
          </w:tcPr>
          <w:p w14:paraId="32C6F21C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3.</w:t>
            </w:r>
          </w:p>
        </w:tc>
        <w:tc>
          <w:tcPr>
            <w:tcW w:w="7501" w:type="dxa"/>
          </w:tcPr>
          <w:p w14:paraId="1542DA24" w14:textId="30899CE5" w:rsidR="002B3A9B" w:rsidRPr="007409CF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en-GB"/>
              </w:rPr>
            </w:pPr>
          </w:p>
          <w:p w14:paraId="40B752DF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2E42D63B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552166E1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</w:tbl>
    <w:p w14:paraId="00A74516" w14:textId="77777777" w:rsidR="002B3A9B" w:rsidRDefault="002B3A9B" w:rsidP="002B3A9B">
      <w:pPr>
        <w:rPr>
          <w:rFonts w:ascii="Arial" w:eastAsiaTheme="majorEastAsia" w:hAnsi="Arial" w:cs="Arial"/>
          <w:color w:val="17365D" w:themeColor="text2" w:themeShade="BF"/>
          <w:spacing w:val="5"/>
          <w:kern w:val="28"/>
          <w:sz w:val="24"/>
          <w:szCs w:val="24"/>
        </w:rPr>
      </w:pPr>
    </w:p>
    <w:p w14:paraId="2C120155" w14:textId="77777777" w:rsidR="002B3A9B" w:rsidRPr="00C55344" w:rsidRDefault="002B3A9B" w:rsidP="002B3A9B">
      <w:pPr>
        <w:rPr>
          <w:rFonts w:ascii="Arial" w:eastAsiaTheme="majorEastAsia" w:hAnsi="Arial" w:cs="Arial"/>
          <w:color w:val="17365D" w:themeColor="text2" w:themeShade="BF"/>
          <w:spacing w:val="5"/>
          <w:kern w:val="28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15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7642"/>
      </w:tblGrid>
      <w:tr w:rsidR="002B3A9B" w:rsidRPr="00006A85" w14:paraId="5CDB660B" w14:textId="77777777" w:rsidTr="00772688">
        <w:tc>
          <w:tcPr>
            <w:tcW w:w="988" w:type="dxa"/>
          </w:tcPr>
          <w:p w14:paraId="49C9F764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  <w:r w:rsidRPr="00006A85"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  <w:t>1.</w:t>
            </w:r>
          </w:p>
        </w:tc>
        <w:tc>
          <w:tcPr>
            <w:tcW w:w="7642" w:type="dxa"/>
          </w:tcPr>
          <w:p w14:paraId="6871D511" w14:textId="77777777" w:rsidR="002B3A9B" w:rsidRPr="00006A85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7207D001" w14:textId="77777777" w:rsidR="002B3A9B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00F80BDA" w14:textId="77777777" w:rsidR="006B7637" w:rsidRPr="00006A85" w:rsidRDefault="006B7637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30C3A69B" w14:textId="77777777" w:rsidR="002B3A9B" w:rsidRPr="00006A85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</w:tc>
      </w:tr>
      <w:tr w:rsidR="002B3A9B" w:rsidRPr="00006A85" w14:paraId="77751B0D" w14:textId="77777777" w:rsidTr="00772688">
        <w:tc>
          <w:tcPr>
            <w:tcW w:w="988" w:type="dxa"/>
          </w:tcPr>
          <w:p w14:paraId="67E696C0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  <w:r w:rsidRPr="00006A85"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  <w:t>2.</w:t>
            </w:r>
          </w:p>
        </w:tc>
        <w:tc>
          <w:tcPr>
            <w:tcW w:w="7642" w:type="dxa"/>
          </w:tcPr>
          <w:p w14:paraId="58300AAC" w14:textId="77777777" w:rsidR="002B3A9B" w:rsidRDefault="002B3A9B" w:rsidP="006B7637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6256B527" w14:textId="77777777" w:rsidR="006B7637" w:rsidRDefault="006B7637" w:rsidP="006B7637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4F8674DF" w14:textId="77777777" w:rsidR="006B7637" w:rsidRDefault="006B7637" w:rsidP="006B7637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136DD445" w14:textId="77777777" w:rsidR="006B7637" w:rsidRPr="00006A85" w:rsidRDefault="006B7637" w:rsidP="006B7637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</w:tc>
      </w:tr>
      <w:tr w:rsidR="002B3A9B" w:rsidRPr="00006A85" w14:paraId="0E2754E0" w14:textId="77777777" w:rsidTr="00772688">
        <w:tc>
          <w:tcPr>
            <w:tcW w:w="988" w:type="dxa"/>
          </w:tcPr>
          <w:p w14:paraId="629BC692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  <w:r w:rsidRPr="00006A85"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  <w:t>3.</w:t>
            </w:r>
          </w:p>
        </w:tc>
        <w:tc>
          <w:tcPr>
            <w:tcW w:w="7642" w:type="dxa"/>
          </w:tcPr>
          <w:p w14:paraId="462F4E0C" w14:textId="77777777" w:rsidR="002B3A9B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6D51742B" w14:textId="77777777" w:rsidR="006B7637" w:rsidRPr="00006A85" w:rsidRDefault="006B7637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1FD203B2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56E47544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157394FC" w14:textId="77777777" w:rsidR="002B3A9B" w:rsidRPr="00006A85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  <w:lang w:val="cy-GB"/>
              </w:rPr>
            </w:pPr>
          </w:p>
        </w:tc>
      </w:tr>
    </w:tbl>
    <w:p w14:paraId="15EFDA3D" w14:textId="77777777" w:rsidR="002B3A9B" w:rsidRDefault="002B3A9B" w:rsidP="002B3A9B">
      <w:pPr>
        <w:jc w:val="center"/>
        <w:rPr>
          <w:rFonts w:ascii="Arial" w:eastAsiaTheme="majorEastAsia" w:hAnsi="Arial" w:cs="Arial"/>
          <w:spacing w:val="5"/>
          <w:kern w:val="28"/>
          <w:sz w:val="52"/>
          <w:szCs w:val="52"/>
          <w:lang w:val="en-GB"/>
        </w:rPr>
      </w:pPr>
      <w:r>
        <w:rPr>
          <w:rFonts w:ascii="Arial" w:eastAsiaTheme="majorEastAsia" w:hAnsi="Arial" w:cs="Arial"/>
          <w:spacing w:val="5"/>
          <w:kern w:val="28"/>
          <w:sz w:val="44"/>
          <w:szCs w:val="44"/>
          <w:lang w:val="cy-GB"/>
        </w:rPr>
        <w:t>Ysgol neu goleg</w:t>
      </w:r>
    </w:p>
    <w:p w14:paraId="2D9406DD" w14:textId="77777777" w:rsidR="002B3A9B" w:rsidRDefault="002B3A9B" w:rsidP="002B3A9B">
      <w:pPr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</w:pPr>
    </w:p>
    <w:p w14:paraId="22D828AD" w14:textId="77777777" w:rsidR="002B3A9B" w:rsidRDefault="002B3A9B" w:rsidP="002B3A9B">
      <w:pPr>
        <w:jc w:val="center"/>
      </w:pPr>
      <w:r>
        <w:rPr>
          <w:rFonts w:ascii="Arial" w:eastAsiaTheme="majorEastAsia" w:hAnsi="Arial" w:cs="Arial"/>
          <w:spacing w:val="5"/>
          <w:kern w:val="28"/>
          <w:sz w:val="44"/>
          <w:szCs w:val="44"/>
          <w:lang w:val="cy-GB"/>
        </w:rPr>
        <w:t>Gweithwyr proffesiynol eraill sy’n fy nghefnogi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501"/>
      </w:tblGrid>
      <w:tr w:rsidR="002B3A9B" w14:paraId="181CC5D4" w14:textId="77777777" w:rsidTr="00772688">
        <w:tc>
          <w:tcPr>
            <w:tcW w:w="1129" w:type="dxa"/>
          </w:tcPr>
          <w:p w14:paraId="599D26E6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1.</w:t>
            </w:r>
          </w:p>
        </w:tc>
        <w:tc>
          <w:tcPr>
            <w:tcW w:w="7501" w:type="dxa"/>
          </w:tcPr>
          <w:p w14:paraId="322F9952" w14:textId="77777777" w:rsidR="002B3A9B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610C0750" w14:textId="77777777" w:rsidR="006B7637" w:rsidRDefault="006B7637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732D8334" w14:textId="77777777" w:rsidR="006B7637" w:rsidRDefault="006B7637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35D71A68" w14:textId="77777777" w:rsidR="006B7637" w:rsidRPr="00006A85" w:rsidRDefault="006B7637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</w:tc>
      </w:tr>
      <w:tr w:rsidR="002B3A9B" w14:paraId="56999565" w14:textId="77777777" w:rsidTr="00772688">
        <w:tc>
          <w:tcPr>
            <w:tcW w:w="1129" w:type="dxa"/>
          </w:tcPr>
          <w:p w14:paraId="22DE096B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lastRenderedPageBreak/>
              <w:t>2.</w:t>
            </w:r>
          </w:p>
        </w:tc>
        <w:tc>
          <w:tcPr>
            <w:tcW w:w="7501" w:type="dxa"/>
          </w:tcPr>
          <w:p w14:paraId="3FE79CEA" w14:textId="3E2B5F8C" w:rsidR="002B3A9B" w:rsidRPr="00006A85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337B8ADC" w14:textId="77777777" w:rsidR="002B3A9B" w:rsidRPr="00006A85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258AE933" w14:textId="77777777" w:rsidR="002B3A9B" w:rsidRPr="00006A85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317946F1" w14:textId="77777777" w:rsidR="002B3A9B" w:rsidRDefault="002B3A9B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  <w:p w14:paraId="5D2103BF" w14:textId="77777777" w:rsidR="006B7637" w:rsidRPr="00006A85" w:rsidRDefault="006B7637" w:rsidP="0077268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  <w:lang w:val="cy-GB"/>
              </w:rPr>
            </w:pPr>
          </w:p>
        </w:tc>
      </w:tr>
      <w:tr w:rsidR="002B3A9B" w14:paraId="7A4763BA" w14:textId="77777777" w:rsidTr="00772688">
        <w:tc>
          <w:tcPr>
            <w:tcW w:w="1129" w:type="dxa"/>
          </w:tcPr>
          <w:p w14:paraId="5D0529D1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3.</w:t>
            </w:r>
          </w:p>
        </w:tc>
        <w:tc>
          <w:tcPr>
            <w:tcW w:w="7501" w:type="dxa"/>
          </w:tcPr>
          <w:p w14:paraId="7B39FAB8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7A547082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146D1B3F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38BB08A5" w14:textId="77777777" w:rsidR="002B3A9B" w:rsidRDefault="002B3A9B" w:rsidP="0077268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</w:tbl>
    <w:p w14:paraId="55D304ED" w14:textId="77777777" w:rsidR="00696E9D" w:rsidRPr="00BD2D6D" w:rsidRDefault="00696E9D" w:rsidP="002B3A9B"/>
    <w:sectPr w:rsidR="00696E9D" w:rsidRPr="00BD2D6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96C33"/>
    <w:multiLevelType w:val="hybridMultilevel"/>
    <w:tmpl w:val="79344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D3106C"/>
    <w:multiLevelType w:val="hybridMultilevel"/>
    <w:tmpl w:val="67686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44160"/>
    <w:multiLevelType w:val="hybridMultilevel"/>
    <w:tmpl w:val="981E4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253E9"/>
    <w:multiLevelType w:val="hybridMultilevel"/>
    <w:tmpl w:val="8CD8A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E5ABE"/>
    <w:multiLevelType w:val="hybridMultilevel"/>
    <w:tmpl w:val="F11E9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1156E"/>
    <w:multiLevelType w:val="hybridMultilevel"/>
    <w:tmpl w:val="9F6A4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33D35"/>
    <w:multiLevelType w:val="hybridMultilevel"/>
    <w:tmpl w:val="95963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4167A"/>
    <w:multiLevelType w:val="hybridMultilevel"/>
    <w:tmpl w:val="17D0D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01AFF"/>
    <w:multiLevelType w:val="hybridMultilevel"/>
    <w:tmpl w:val="A45027E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CE24600"/>
    <w:multiLevelType w:val="hybridMultilevel"/>
    <w:tmpl w:val="3D2C52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1272264">
    <w:abstractNumId w:val="3"/>
  </w:num>
  <w:num w:numId="2" w16cid:durableId="115802474">
    <w:abstractNumId w:val="8"/>
  </w:num>
  <w:num w:numId="3" w16cid:durableId="116679085">
    <w:abstractNumId w:val="9"/>
  </w:num>
  <w:num w:numId="4" w16cid:durableId="1272010184">
    <w:abstractNumId w:val="0"/>
  </w:num>
  <w:num w:numId="5" w16cid:durableId="1302534560">
    <w:abstractNumId w:val="1"/>
  </w:num>
  <w:num w:numId="6" w16cid:durableId="1413695350">
    <w:abstractNumId w:val="5"/>
  </w:num>
  <w:num w:numId="7" w16cid:durableId="1453089109">
    <w:abstractNumId w:val="14"/>
  </w:num>
  <w:num w:numId="8" w16cid:durableId="1455443213">
    <w:abstractNumId w:val="12"/>
  </w:num>
  <w:num w:numId="9" w16cid:durableId="1575511708">
    <w:abstractNumId w:val="17"/>
  </w:num>
  <w:num w:numId="10" w16cid:durableId="1581400706">
    <w:abstractNumId w:val="15"/>
  </w:num>
  <w:num w:numId="11" w16cid:durableId="1633099210">
    <w:abstractNumId w:val="2"/>
  </w:num>
  <w:num w:numId="12" w16cid:durableId="1668287891">
    <w:abstractNumId w:val="4"/>
  </w:num>
  <w:num w:numId="13" w16cid:durableId="1787697201">
    <w:abstractNumId w:val="16"/>
  </w:num>
  <w:num w:numId="14" w16cid:durableId="1884824559">
    <w:abstractNumId w:val="18"/>
  </w:num>
  <w:num w:numId="15" w16cid:durableId="2139566622">
    <w:abstractNumId w:val="7"/>
  </w:num>
  <w:num w:numId="16" w16cid:durableId="821892868">
    <w:abstractNumId w:val="6"/>
  </w:num>
  <w:num w:numId="17" w16cid:durableId="488207665">
    <w:abstractNumId w:val="13"/>
  </w:num>
  <w:num w:numId="18" w16cid:durableId="841312636">
    <w:abstractNumId w:val="10"/>
  </w:num>
  <w:num w:numId="19" w16cid:durableId="8616699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826"/>
    <w:rsid w:val="00052E00"/>
    <w:rsid w:val="0006063C"/>
    <w:rsid w:val="00076665"/>
    <w:rsid w:val="000C7FA5"/>
    <w:rsid w:val="000E3CE6"/>
    <w:rsid w:val="001208BC"/>
    <w:rsid w:val="00143FA3"/>
    <w:rsid w:val="0015074B"/>
    <w:rsid w:val="0016035D"/>
    <w:rsid w:val="00182108"/>
    <w:rsid w:val="001F4B3D"/>
    <w:rsid w:val="0022768F"/>
    <w:rsid w:val="002332BF"/>
    <w:rsid w:val="002537B7"/>
    <w:rsid w:val="00294A26"/>
    <w:rsid w:val="0029639D"/>
    <w:rsid w:val="002B3A9B"/>
    <w:rsid w:val="002D6FC7"/>
    <w:rsid w:val="002F6420"/>
    <w:rsid w:val="003075C8"/>
    <w:rsid w:val="00326F90"/>
    <w:rsid w:val="0032760F"/>
    <w:rsid w:val="00334508"/>
    <w:rsid w:val="004054D8"/>
    <w:rsid w:val="004358E8"/>
    <w:rsid w:val="0044493C"/>
    <w:rsid w:val="00456ED0"/>
    <w:rsid w:val="00495314"/>
    <w:rsid w:val="00496470"/>
    <w:rsid w:val="004D75E7"/>
    <w:rsid w:val="00520DE1"/>
    <w:rsid w:val="00545527"/>
    <w:rsid w:val="00546A93"/>
    <w:rsid w:val="00554139"/>
    <w:rsid w:val="005734FE"/>
    <w:rsid w:val="00580E50"/>
    <w:rsid w:val="00585F5B"/>
    <w:rsid w:val="005A62F0"/>
    <w:rsid w:val="005B579A"/>
    <w:rsid w:val="005C4924"/>
    <w:rsid w:val="005F4266"/>
    <w:rsid w:val="00605605"/>
    <w:rsid w:val="006241BF"/>
    <w:rsid w:val="00687E6D"/>
    <w:rsid w:val="00696E9D"/>
    <w:rsid w:val="006B7637"/>
    <w:rsid w:val="00702272"/>
    <w:rsid w:val="00741936"/>
    <w:rsid w:val="007760FF"/>
    <w:rsid w:val="00787E8F"/>
    <w:rsid w:val="007962B7"/>
    <w:rsid w:val="007A6ED7"/>
    <w:rsid w:val="007E410E"/>
    <w:rsid w:val="00811889"/>
    <w:rsid w:val="00867934"/>
    <w:rsid w:val="008869F0"/>
    <w:rsid w:val="00890554"/>
    <w:rsid w:val="0089165A"/>
    <w:rsid w:val="008C4294"/>
    <w:rsid w:val="008D3538"/>
    <w:rsid w:val="008E4F48"/>
    <w:rsid w:val="009277AD"/>
    <w:rsid w:val="0095041F"/>
    <w:rsid w:val="00974BE3"/>
    <w:rsid w:val="00A23D4B"/>
    <w:rsid w:val="00A246C0"/>
    <w:rsid w:val="00A45531"/>
    <w:rsid w:val="00A6211B"/>
    <w:rsid w:val="00AA0E63"/>
    <w:rsid w:val="00AA1D8D"/>
    <w:rsid w:val="00AD0AE0"/>
    <w:rsid w:val="00B050F2"/>
    <w:rsid w:val="00B47730"/>
    <w:rsid w:val="00B72D92"/>
    <w:rsid w:val="00B856C1"/>
    <w:rsid w:val="00BC046C"/>
    <w:rsid w:val="00BD2D6D"/>
    <w:rsid w:val="00BD510F"/>
    <w:rsid w:val="00C177A9"/>
    <w:rsid w:val="00C229A9"/>
    <w:rsid w:val="00C45E15"/>
    <w:rsid w:val="00C55344"/>
    <w:rsid w:val="00C64DAD"/>
    <w:rsid w:val="00CB0664"/>
    <w:rsid w:val="00CD0180"/>
    <w:rsid w:val="00CD4248"/>
    <w:rsid w:val="00D05E11"/>
    <w:rsid w:val="00D15C46"/>
    <w:rsid w:val="00DD10A4"/>
    <w:rsid w:val="00DD3B72"/>
    <w:rsid w:val="00DD780D"/>
    <w:rsid w:val="00E06AC0"/>
    <w:rsid w:val="00E41971"/>
    <w:rsid w:val="00E75910"/>
    <w:rsid w:val="00EC368A"/>
    <w:rsid w:val="00F0284B"/>
    <w:rsid w:val="00F34D6A"/>
    <w:rsid w:val="00F355C1"/>
    <w:rsid w:val="00F35FBD"/>
    <w:rsid w:val="00F4324C"/>
    <w:rsid w:val="00F4337A"/>
    <w:rsid w:val="00F435EF"/>
    <w:rsid w:val="00F50971"/>
    <w:rsid w:val="00FC693F"/>
    <w:rsid w:val="00FE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9562C183-88CA-443B-8B08-42355290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546A9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56E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E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E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E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E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A64468526</value>
    </field>
    <field name="Objective-Title">
      <value order="0">4. Relationship circle_Template_Cymraeg</value>
    </field>
    <field name="Objective-Description">
      <value order="0"/>
    </field>
    <field name="Objective-CreationStamp">
      <value order="0">2026-09-08T11:43:51Z</value>
    </field>
    <field name="Objective-IsApproved">
      <value order="0">false</value>
    </field>
    <field name="Objective-IsPublished">
      <value order="0">true</value>
    </field>
    <field name="Objective-DatePublished">
      <value order="0">2026-10-06T09:29:32Z</value>
    </field>
    <field name="Objective-ModificationStamp">
      <value order="0">2026-10-06T09:29:32Z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Published</value>
    </field>
    <field name="Objective-VersionId">
      <value order="0">vA116048830</value>
    </field>
    <field name="Objective-Version">
      <value order="0">4.0</value>
    </field>
    <field name="Objective-VersionNumber">
      <value order="0">5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</Words>
  <Characters>211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cp:lastPrinted>2026-06-11T15:21:00Z</cp:lastPrinted>
  <dcterms:created xsi:type="dcterms:W3CDTF">2026-10-20T13:41:00Z</dcterms:created>
  <dcterms:modified xsi:type="dcterms:W3CDTF">2026-10-20T13:41:00Z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A64468526</vt:lpwstr>
  </property>
  <property fmtid="{D5CDD505-2E9C-101B-9397-08002B2CF9AE}" pid="5" name="Objective-Title">
    <vt:lpwstr>4. Relationship circle_Template_Cymraeg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2026-09-08T11:43:51Z</vt:filetime>
  </property>
  <property fmtid="{D5CDD505-2E9C-101B-9397-08002B2CF9AE}" pid="8" name="Objective-IsApproved">
    <vt:bool>false</vt:bool>
  </property>
  <property fmtid="{D5CDD505-2E9C-101B-9397-08002B2CF9AE}" pid="9" name="Objective-IsPublished">
    <vt:bool>true</vt:bool>
  </property>
  <property fmtid="{D5CDD505-2E9C-101B-9397-08002B2CF9AE}" pid="10" name="Objective-DatePublished">
    <vt:filetime>2026-10-06T09:29:32Z</vt:filetime>
  </property>
  <property fmtid="{D5CDD505-2E9C-101B-9397-08002B2CF9AE}" pid="11" name="Objective-ModificationStamp">
    <vt:filetime>2026-10-06T09:29:32Z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Published</vt:lpwstr>
  </property>
  <property fmtid="{D5CDD505-2E9C-101B-9397-08002B2CF9AE}" pid="16" name="Objective-VersionId">
    <vt:lpwstr>vA116048830</vt:lpwstr>
  </property>
  <property fmtid="{D5CDD505-2E9C-101B-9397-08002B2CF9AE}" pid="17" name="Objective-Version">
    <vt:lpwstr>4.0</vt:lpwstr>
  </property>
  <property fmtid="{D5CDD505-2E9C-101B-9397-08002B2CF9AE}" pid="18" name="Objective-VersionNumber">
    <vt:r8>5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