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A2304" w14:textId="77777777" w:rsidR="003663D5" w:rsidRPr="002F6447" w:rsidRDefault="003663D5" w:rsidP="003663D5">
      <w:pPr>
        <w:pStyle w:val="Title"/>
        <w:rPr>
          <w:rFonts w:ascii="Arial" w:hAnsi="Arial" w:cs="Arial"/>
          <w:lang w:val="cy-GB"/>
        </w:rPr>
      </w:pPr>
      <w:r>
        <w:rPr>
          <w:rFonts w:ascii="Arial" w:hAnsi="Arial" w:cs="Arial"/>
          <w:lang w:val="cy-GB"/>
        </w:rPr>
        <w:t>Offeryn dyheadau</w:t>
      </w:r>
    </w:p>
    <w:p w14:paraId="2A764798" w14:textId="466E0D74" w:rsidR="00D55984" w:rsidRPr="00D55984" w:rsidRDefault="00D55984" w:rsidP="00D55984">
      <w:pPr>
        <w:rPr>
          <w:rFonts w:ascii="Arial" w:hAnsi="Arial" w:cs="Arial"/>
          <w:lang w:val="cy-GB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315"/>
        <w:gridCol w:w="4315"/>
      </w:tblGrid>
      <w:tr w:rsidR="00D55984" w:rsidRPr="002F6447" w14:paraId="27FD45C8" w14:textId="77777777" w:rsidTr="00772688">
        <w:tc>
          <w:tcPr>
            <w:tcW w:w="4315" w:type="dxa"/>
          </w:tcPr>
          <w:p w14:paraId="16A55AE7" w14:textId="77777777" w:rsidR="00D55984" w:rsidRPr="002F6447" w:rsidRDefault="00D55984" w:rsidP="00772688">
            <w:pPr>
              <w:jc w:val="center"/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lang w:val="cy-GB"/>
              </w:rPr>
              <w:t>Cynllun gweithredu</w:t>
            </w:r>
            <w:r w:rsidRPr="002F6447">
              <w:rPr>
                <w:rFonts w:ascii="Arial" w:hAnsi="Arial" w:cs="Arial"/>
                <w:lang w:val="cy-GB"/>
              </w:rPr>
              <w:t xml:space="preserve"> (</w:t>
            </w:r>
            <w:r>
              <w:rPr>
                <w:rFonts w:ascii="Arial" w:hAnsi="Arial" w:cs="Arial"/>
                <w:lang w:val="cy-GB"/>
              </w:rPr>
              <w:t>camau cyntaf</w:t>
            </w:r>
            <w:r w:rsidRPr="002F6447">
              <w:rPr>
                <w:rFonts w:ascii="Arial" w:hAnsi="Arial" w:cs="Arial"/>
                <w:lang w:val="cy-GB"/>
              </w:rPr>
              <w:t>):</w:t>
            </w:r>
          </w:p>
          <w:p w14:paraId="609D0ABC" w14:textId="77777777" w:rsidR="00D55984" w:rsidRPr="002F6447" w:rsidRDefault="00D55984" w:rsidP="00772688">
            <w:pPr>
              <w:jc w:val="center"/>
              <w:rPr>
                <w:rFonts w:ascii="Arial" w:hAnsi="Arial" w:cs="Arial"/>
                <w:lang w:val="cy-GB"/>
              </w:rPr>
            </w:pPr>
          </w:p>
          <w:p w14:paraId="03B1BEB1" w14:textId="77777777" w:rsidR="00D55984" w:rsidRPr="002F6447" w:rsidRDefault="00D55984" w:rsidP="00772688">
            <w:pPr>
              <w:rPr>
                <w:rFonts w:ascii="Arial" w:hAnsi="Arial" w:cs="Arial"/>
                <w:lang w:val="cy-GB"/>
              </w:rPr>
            </w:pPr>
          </w:p>
          <w:p w14:paraId="54ED5175" w14:textId="77777777" w:rsidR="00D55984" w:rsidRPr="002F6447" w:rsidRDefault="00D55984" w:rsidP="00772688">
            <w:pPr>
              <w:ind w:left="720"/>
              <w:rPr>
                <w:rFonts w:ascii="Arial" w:hAnsi="Arial" w:cs="Arial"/>
                <w:lang w:val="cy-GB"/>
              </w:rPr>
            </w:pPr>
          </w:p>
          <w:p w14:paraId="2F5AE872" w14:textId="77777777" w:rsidR="00D55984" w:rsidRPr="002F6447" w:rsidRDefault="00D55984" w:rsidP="00772688">
            <w:pPr>
              <w:ind w:left="720"/>
              <w:rPr>
                <w:rFonts w:ascii="Arial" w:hAnsi="Arial" w:cs="Arial"/>
                <w:lang w:val="cy-GB"/>
              </w:rPr>
            </w:pPr>
          </w:p>
          <w:p w14:paraId="4D942951" w14:textId="77777777" w:rsidR="00D55984" w:rsidRPr="002F6447" w:rsidRDefault="00D55984" w:rsidP="00772688">
            <w:pPr>
              <w:ind w:left="720"/>
              <w:rPr>
                <w:rFonts w:ascii="Arial" w:hAnsi="Arial" w:cs="Arial"/>
                <w:lang w:val="cy-GB"/>
              </w:rPr>
            </w:pPr>
          </w:p>
          <w:p w14:paraId="4801E257" w14:textId="77777777" w:rsidR="00D55984" w:rsidRPr="002F6447" w:rsidRDefault="00D55984" w:rsidP="00772688">
            <w:pPr>
              <w:ind w:left="720"/>
              <w:rPr>
                <w:rFonts w:ascii="Arial" w:hAnsi="Arial" w:cs="Arial"/>
                <w:lang w:val="cy-GB"/>
              </w:rPr>
            </w:pPr>
          </w:p>
        </w:tc>
        <w:tc>
          <w:tcPr>
            <w:tcW w:w="4315" w:type="dxa"/>
          </w:tcPr>
          <w:p w14:paraId="0B54FC40" w14:textId="77777777" w:rsidR="00D55984" w:rsidRPr="002F6447" w:rsidRDefault="00D55984" w:rsidP="00772688">
            <w:pPr>
              <w:jc w:val="center"/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lang w:val="cy-GB"/>
              </w:rPr>
              <w:t>Deilliannau</w:t>
            </w:r>
            <w:r w:rsidRPr="002F6447">
              <w:rPr>
                <w:rFonts w:ascii="Arial" w:hAnsi="Arial" w:cs="Arial"/>
                <w:lang w:val="cy-GB"/>
              </w:rPr>
              <w:t xml:space="preserve"> (</w:t>
            </w:r>
            <w:r>
              <w:rPr>
                <w:rFonts w:ascii="Arial" w:hAnsi="Arial" w:cs="Arial"/>
                <w:lang w:val="cy-GB"/>
              </w:rPr>
              <w:t>ymhen blwyddyn</w:t>
            </w:r>
            <w:r w:rsidRPr="002F6447">
              <w:rPr>
                <w:rFonts w:ascii="Arial" w:hAnsi="Arial" w:cs="Arial"/>
                <w:lang w:val="cy-GB"/>
              </w:rPr>
              <w:t>):</w:t>
            </w:r>
          </w:p>
          <w:p w14:paraId="565DD227" w14:textId="77777777" w:rsidR="00D55984" w:rsidRPr="002F6447" w:rsidRDefault="00D55984" w:rsidP="00772688">
            <w:pPr>
              <w:jc w:val="center"/>
              <w:rPr>
                <w:rFonts w:ascii="Arial" w:hAnsi="Arial" w:cs="Arial"/>
                <w:lang w:val="cy-GB"/>
              </w:rPr>
            </w:pPr>
          </w:p>
          <w:p w14:paraId="68541721" w14:textId="77777777" w:rsidR="00D55984" w:rsidRPr="002F6447" w:rsidRDefault="00D55984" w:rsidP="00772688">
            <w:pPr>
              <w:ind w:left="720"/>
              <w:rPr>
                <w:rFonts w:ascii="Arial" w:hAnsi="Arial" w:cs="Arial"/>
                <w:lang w:val="cy-GB"/>
              </w:rPr>
            </w:pPr>
          </w:p>
          <w:p w14:paraId="7D083B94" w14:textId="77777777" w:rsidR="00D55984" w:rsidRPr="002F6447" w:rsidRDefault="00D55984" w:rsidP="00772688">
            <w:pPr>
              <w:ind w:left="720"/>
              <w:rPr>
                <w:rFonts w:ascii="Arial" w:hAnsi="Arial" w:cs="Arial"/>
                <w:lang w:val="cy-GB"/>
              </w:rPr>
            </w:pPr>
          </w:p>
          <w:p w14:paraId="3FE2A0DD" w14:textId="77777777" w:rsidR="00D55984" w:rsidRPr="002F6447" w:rsidRDefault="00D55984" w:rsidP="00772688">
            <w:pPr>
              <w:ind w:left="720"/>
              <w:rPr>
                <w:rFonts w:ascii="Arial" w:hAnsi="Arial" w:cs="Arial"/>
                <w:lang w:val="cy-GB"/>
              </w:rPr>
            </w:pPr>
          </w:p>
          <w:p w14:paraId="7442211D" w14:textId="77777777" w:rsidR="00D55984" w:rsidRPr="002F6447" w:rsidRDefault="00D55984" w:rsidP="00772688">
            <w:pPr>
              <w:ind w:left="720"/>
              <w:rPr>
                <w:lang w:val="cy-GB"/>
              </w:rPr>
            </w:pPr>
          </w:p>
        </w:tc>
      </w:tr>
    </w:tbl>
    <w:p w14:paraId="3A6AC107" w14:textId="77777777" w:rsidR="00D55984" w:rsidRPr="002F6447" w:rsidRDefault="00D55984" w:rsidP="00D55984">
      <w:pPr>
        <w:rPr>
          <w:lang w:val="cy-GB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315"/>
        <w:gridCol w:w="4315"/>
      </w:tblGrid>
      <w:tr w:rsidR="00D55984" w:rsidRPr="002F6447" w14:paraId="1B729105" w14:textId="77777777" w:rsidTr="00772688">
        <w:tc>
          <w:tcPr>
            <w:tcW w:w="4315" w:type="dxa"/>
          </w:tcPr>
          <w:p w14:paraId="2C7C0C4D" w14:textId="77777777" w:rsidR="00D55984" w:rsidRPr="002F6447" w:rsidRDefault="00D55984" w:rsidP="00772688">
            <w:pPr>
              <w:jc w:val="center"/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lang w:val="cy-GB"/>
              </w:rPr>
              <w:t>Pa fath o berson ydw i eisiau bod yn y dyfodol</w:t>
            </w:r>
            <w:r w:rsidRPr="002F6447">
              <w:rPr>
                <w:rFonts w:ascii="Arial" w:hAnsi="Arial" w:cs="Arial"/>
                <w:lang w:val="cy-GB"/>
              </w:rPr>
              <w:t>?</w:t>
            </w:r>
          </w:p>
          <w:p w14:paraId="2DF0A8E3" w14:textId="77777777" w:rsidR="00D55984" w:rsidRPr="002F6447" w:rsidRDefault="00D55984" w:rsidP="00772688">
            <w:pPr>
              <w:jc w:val="center"/>
              <w:rPr>
                <w:rFonts w:ascii="Arial" w:hAnsi="Arial" w:cs="Arial"/>
                <w:lang w:val="cy-GB"/>
              </w:rPr>
            </w:pPr>
          </w:p>
          <w:p w14:paraId="048BC7D0" w14:textId="77777777" w:rsidR="00D55984" w:rsidRPr="002F6447" w:rsidRDefault="00D55984" w:rsidP="00772688">
            <w:pPr>
              <w:ind w:left="720"/>
              <w:rPr>
                <w:rFonts w:ascii="Arial" w:hAnsi="Arial" w:cs="Arial"/>
                <w:lang w:val="cy-GB"/>
              </w:rPr>
            </w:pPr>
          </w:p>
          <w:p w14:paraId="017D24A6" w14:textId="77777777" w:rsidR="00D55984" w:rsidRPr="002F6447" w:rsidRDefault="00D55984" w:rsidP="00772688">
            <w:pPr>
              <w:rPr>
                <w:rFonts w:ascii="Arial" w:hAnsi="Arial" w:cs="Arial"/>
                <w:lang w:val="cy-GB"/>
              </w:rPr>
            </w:pPr>
          </w:p>
          <w:p w14:paraId="38F39C9E" w14:textId="77777777" w:rsidR="00D55984" w:rsidRPr="002F6447" w:rsidRDefault="00D55984" w:rsidP="00772688">
            <w:pPr>
              <w:ind w:left="720"/>
              <w:rPr>
                <w:rFonts w:ascii="Arial" w:hAnsi="Arial" w:cs="Arial"/>
                <w:lang w:val="cy-GB"/>
              </w:rPr>
            </w:pPr>
          </w:p>
          <w:p w14:paraId="74CC2899" w14:textId="77777777" w:rsidR="00D55984" w:rsidRPr="002F6447" w:rsidRDefault="00D55984" w:rsidP="00772688">
            <w:pPr>
              <w:ind w:left="720"/>
              <w:rPr>
                <w:rFonts w:ascii="Arial" w:hAnsi="Arial" w:cs="Arial"/>
                <w:lang w:val="cy-GB"/>
              </w:rPr>
            </w:pPr>
          </w:p>
        </w:tc>
        <w:tc>
          <w:tcPr>
            <w:tcW w:w="4315" w:type="dxa"/>
          </w:tcPr>
          <w:p w14:paraId="573E5AA9" w14:textId="77777777" w:rsidR="00D55984" w:rsidRPr="002F6447" w:rsidRDefault="00D55984" w:rsidP="00772688">
            <w:pPr>
              <w:jc w:val="center"/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lang w:val="cy-GB"/>
              </w:rPr>
              <w:t>Beth ydw i eisiau ei wneud yn y dyfodol</w:t>
            </w:r>
            <w:r w:rsidRPr="002F6447">
              <w:rPr>
                <w:rFonts w:ascii="Arial" w:hAnsi="Arial" w:cs="Arial"/>
                <w:lang w:val="cy-GB"/>
              </w:rPr>
              <w:t>?</w:t>
            </w:r>
          </w:p>
          <w:p w14:paraId="0E28E096" w14:textId="77777777" w:rsidR="00D55984" w:rsidRPr="002F6447" w:rsidRDefault="00D55984" w:rsidP="00772688">
            <w:pPr>
              <w:jc w:val="center"/>
              <w:rPr>
                <w:rFonts w:ascii="Arial" w:hAnsi="Arial" w:cs="Arial"/>
                <w:lang w:val="cy-GB"/>
              </w:rPr>
            </w:pPr>
          </w:p>
          <w:p w14:paraId="513C9024" w14:textId="77777777" w:rsidR="00D55984" w:rsidRPr="002F6447" w:rsidRDefault="00D55984" w:rsidP="00772688">
            <w:pPr>
              <w:ind w:left="720"/>
              <w:rPr>
                <w:rFonts w:ascii="Arial" w:hAnsi="Arial" w:cs="Arial"/>
                <w:lang w:val="cy-GB"/>
              </w:rPr>
            </w:pPr>
          </w:p>
        </w:tc>
      </w:tr>
    </w:tbl>
    <w:p w14:paraId="15321B6D" w14:textId="77777777" w:rsidR="00D55984" w:rsidRPr="002F6447" w:rsidRDefault="00D55984" w:rsidP="00D55984">
      <w:pPr>
        <w:rPr>
          <w:lang w:val="cy-GB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630"/>
      </w:tblGrid>
      <w:tr w:rsidR="00D55984" w:rsidRPr="002F6447" w14:paraId="67FE7991" w14:textId="77777777" w:rsidTr="00772688">
        <w:tc>
          <w:tcPr>
            <w:tcW w:w="8630" w:type="dxa"/>
          </w:tcPr>
          <w:p w14:paraId="3E52D753" w14:textId="77777777" w:rsidR="00D55984" w:rsidRPr="002F6447" w:rsidRDefault="00D55984" w:rsidP="00772688">
            <w:pPr>
              <w:jc w:val="center"/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lang w:val="cy-GB"/>
              </w:rPr>
              <w:t>Beth mae pobl yn ei hoffi a’i edmygu amdanaf i</w:t>
            </w:r>
            <w:r w:rsidRPr="002F6447">
              <w:rPr>
                <w:rFonts w:ascii="Arial" w:hAnsi="Arial" w:cs="Arial"/>
                <w:lang w:val="cy-GB"/>
              </w:rPr>
              <w:t xml:space="preserve">: </w:t>
            </w:r>
            <w:r>
              <w:rPr>
                <w:rFonts w:ascii="Arial" w:hAnsi="Arial" w:cs="Arial"/>
                <w:lang w:val="cy-GB"/>
              </w:rPr>
              <w:t>fy sgiliau</w:t>
            </w:r>
            <w:r w:rsidRPr="002F6447">
              <w:rPr>
                <w:rFonts w:ascii="Arial" w:hAnsi="Arial" w:cs="Arial"/>
                <w:lang w:val="cy-GB"/>
              </w:rPr>
              <w:t xml:space="preserve">, </w:t>
            </w:r>
            <w:r>
              <w:rPr>
                <w:rFonts w:ascii="Arial" w:hAnsi="Arial" w:cs="Arial"/>
                <w:lang w:val="cy-GB"/>
              </w:rPr>
              <w:t>doniau</w:t>
            </w:r>
            <w:r w:rsidRPr="002F6447">
              <w:rPr>
                <w:rFonts w:ascii="Arial" w:hAnsi="Arial" w:cs="Arial"/>
                <w:lang w:val="cy-GB"/>
              </w:rPr>
              <w:t xml:space="preserve"> a t</w:t>
            </w:r>
            <w:r>
              <w:rPr>
                <w:rFonts w:ascii="Arial" w:hAnsi="Arial" w:cs="Arial"/>
                <w:lang w:val="cy-GB"/>
              </w:rPr>
              <w:t>h</w:t>
            </w:r>
            <w:r w:rsidRPr="002F6447">
              <w:rPr>
                <w:rFonts w:ascii="Arial" w:hAnsi="Arial" w:cs="Arial"/>
                <w:lang w:val="cy-GB"/>
              </w:rPr>
              <w:t>alent</w:t>
            </w:r>
            <w:r>
              <w:rPr>
                <w:rFonts w:ascii="Arial" w:hAnsi="Arial" w:cs="Arial"/>
                <w:lang w:val="cy-GB"/>
              </w:rPr>
              <w:t>au</w:t>
            </w:r>
          </w:p>
          <w:p w14:paraId="0B1B63DF" w14:textId="77777777" w:rsidR="00D55984" w:rsidRPr="002F6447" w:rsidRDefault="00D55984" w:rsidP="00772688">
            <w:pPr>
              <w:jc w:val="center"/>
              <w:rPr>
                <w:rFonts w:ascii="Arial" w:hAnsi="Arial" w:cs="Arial"/>
                <w:lang w:val="cy-GB"/>
              </w:rPr>
            </w:pPr>
          </w:p>
          <w:p w14:paraId="34D317E3" w14:textId="77777777" w:rsidR="00D55984" w:rsidRPr="002F6447" w:rsidRDefault="00D55984" w:rsidP="00772688">
            <w:pPr>
              <w:ind w:left="720"/>
              <w:rPr>
                <w:rFonts w:ascii="Arial" w:hAnsi="Arial" w:cs="Arial"/>
                <w:lang w:val="cy-GB"/>
              </w:rPr>
            </w:pPr>
          </w:p>
          <w:p w14:paraId="214829F2" w14:textId="77777777" w:rsidR="00D55984" w:rsidRPr="002F6447" w:rsidRDefault="00D55984" w:rsidP="00772688">
            <w:pPr>
              <w:ind w:left="720"/>
              <w:rPr>
                <w:rFonts w:ascii="Arial" w:hAnsi="Arial" w:cs="Arial"/>
                <w:lang w:val="cy-GB"/>
              </w:rPr>
            </w:pPr>
          </w:p>
          <w:p w14:paraId="687DF184" w14:textId="77777777" w:rsidR="00D55984" w:rsidRPr="002F6447" w:rsidRDefault="00D55984" w:rsidP="00772688">
            <w:pPr>
              <w:ind w:left="720"/>
              <w:rPr>
                <w:rFonts w:ascii="Arial" w:hAnsi="Arial" w:cs="Arial"/>
                <w:lang w:val="cy-GB"/>
              </w:rPr>
            </w:pPr>
          </w:p>
          <w:p w14:paraId="42A75588" w14:textId="77777777" w:rsidR="00D55984" w:rsidRPr="002F6447" w:rsidRDefault="00D55984" w:rsidP="00772688">
            <w:pPr>
              <w:ind w:left="720"/>
              <w:rPr>
                <w:rFonts w:ascii="Arial" w:hAnsi="Arial" w:cs="Arial"/>
                <w:lang w:val="cy-GB"/>
              </w:rPr>
            </w:pPr>
          </w:p>
          <w:p w14:paraId="2889108F" w14:textId="77777777" w:rsidR="00D55984" w:rsidRPr="002F6447" w:rsidRDefault="00D55984" w:rsidP="00772688">
            <w:pPr>
              <w:ind w:left="720"/>
              <w:rPr>
                <w:rFonts w:ascii="Arial" w:hAnsi="Arial" w:cs="Arial"/>
                <w:lang w:val="cy-GB"/>
              </w:rPr>
            </w:pPr>
          </w:p>
          <w:p w14:paraId="2D4D02BC" w14:textId="77777777" w:rsidR="00D55984" w:rsidRPr="002F6447" w:rsidRDefault="00D55984" w:rsidP="00772688">
            <w:pPr>
              <w:rPr>
                <w:rFonts w:ascii="Arial" w:hAnsi="Arial" w:cs="Arial"/>
                <w:lang w:val="cy-GB"/>
              </w:rPr>
            </w:pPr>
          </w:p>
          <w:p w14:paraId="7E6EB664" w14:textId="77777777" w:rsidR="00D55984" w:rsidRPr="002F6447" w:rsidRDefault="00D55984" w:rsidP="00772688">
            <w:pPr>
              <w:ind w:left="720"/>
              <w:rPr>
                <w:rFonts w:ascii="Arial" w:hAnsi="Arial" w:cs="Arial"/>
                <w:lang w:val="cy-GB"/>
              </w:rPr>
            </w:pPr>
          </w:p>
          <w:p w14:paraId="78582132" w14:textId="77777777" w:rsidR="00D55984" w:rsidRPr="002F6447" w:rsidRDefault="00D55984" w:rsidP="00772688">
            <w:pPr>
              <w:ind w:left="720"/>
              <w:rPr>
                <w:lang w:val="cy-GB"/>
              </w:rPr>
            </w:pPr>
          </w:p>
        </w:tc>
      </w:tr>
    </w:tbl>
    <w:p w14:paraId="288A9A00" w14:textId="77777777" w:rsidR="00D55984" w:rsidRPr="002F6447" w:rsidRDefault="00D55984" w:rsidP="00D55984">
      <w:pPr>
        <w:rPr>
          <w:lang w:val="cy-GB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630"/>
      </w:tblGrid>
      <w:tr w:rsidR="00D55984" w:rsidRPr="002F6447" w14:paraId="101AA70C" w14:textId="77777777" w:rsidTr="00772688">
        <w:tc>
          <w:tcPr>
            <w:tcW w:w="8630" w:type="dxa"/>
          </w:tcPr>
          <w:p w14:paraId="6842C22C" w14:textId="77777777" w:rsidR="00D55984" w:rsidRPr="002F6447" w:rsidRDefault="00D55984" w:rsidP="00772688">
            <w:pPr>
              <w:jc w:val="center"/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lang w:val="cy-GB"/>
              </w:rPr>
              <w:t>Beth sy’n bwysig i mi</w:t>
            </w:r>
            <w:r w:rsidRPr="002F6447">
              <w:rPr>
                <w:rFonts w:ascii="Arial" w:hAnsi="Arial" w:cs="Arial"/>
                <w:lang w:val="cy-GB"/>
              </w:rPr>
              <w:t>:</w:t>
            </w:r>
          </w:p>
          <w:p w14:paraId="641FF975" w14:textId="77777777" w:rsidR="00D55984" w:rsidRPr="002F6447" w:rsidRDefault="00D55984" w:rsidP="00772688">
            <w:pPr>
              <w:jc w:val="center"/>
              <w:rPr>
                <w:rFonts w:ascii="Arial" w:hAnsi="Arial" w:cs="Arial"/>
                <w:lang w:val="cy-GB"/>
              </w:rPr>
            </w:pPr>
          </w:p>
          <w:p w14:paraId="39B1F7CA" w14:textId="77777777" w:rsidR="00D55984" w:rsidRPr="002F6447" w:rsidRDefault="00D55984" w:rsidP="00772688">
            <w:pPr>
              <w:rPr>
                <w:rFonts w:ascii="Arial" w:hAnsi="Arial" w:cs="Arial"/>
                <w:lang w:val="cy-GB"/>
              </w:rPr>
            </w:pPr>
          </w:p>
          <w:p w14:paraId="7B7BC4A4" w14:textId="77777777" w:rsidR="00D55984" w:rsidRPr="002F6447" w:rsidRDefault="00D55984" w:rsidP="00772688">
            <w:pPr>
              <w:rPr>
                <w:rFonts w:ascii="Arial" w:hAnsi="Arial" w:cs="Arial"/>
                <w:lang w:val="cy-GB"/>
              </w:rPr>
            </w:pPr>
          </w:p>
          <w:p w14:paraId="5633B3A0" w14:textId="77777777" w:rsidR="00D55984" w:rsidRPr="002F6447" w:rsidRDefault="00D55984" w:rsidP="00772688">
            <w:pPr>
              <w:rPr>
                <w:rFonts w:ascii="Arial" w:hAnsi="Arial" w:cs="Arial"/>
                <w:lang w:val="cy-GB"/>
              </w:rPr>
            </w:pPr>
          </w:p>
          <w:p w14:paraId="187ED845" w14:textId="77777777" w:rsidR="00D55984" w:rsidRPr="002F6447" w:rsidRDefault="00D55984" w:rsidP="00772688">
            <w:pPr>
              <w:rPr>
                <w:rFonts w:ascii="Arial" w:hAnsi="Arial" w:cs="Arial"/>
                <w:lang w:val="cy-GB"/>
              </w:rPr>
            </w:pPr>
          </w:p>
          <w:p w14:paraId="553B8C0F" w14:textId="77777777" w:rsidR="00D55984" w:rsidRPr="002F6447" w:rsidRDefault="00D55984" w:rsidP="00772688">
            <w:pPr>
              <w:rPr>
                <w:rFonts w:ascii="Arial" w:hAnsi="Arial" w:cs="Arial"/>
                <w:lang w:val="cy-GB"/>
              </w:rPr>
            </w:pPr>
          </w:p>
          <w:p w14:paraId="6878EFBE" w14:textId="77777777" w:rsidR="00D55984" w:rsidRPr="002F6447" w:rsidRDefault="00D55984" w:rsidP="00772688">
            <w:pPr>
              <w:rPr>
                <w:rFonts w:ascii="Arial" w:hAnsi="Arial" w:cs="Arial"/>
                <w:lang w:val="cy-GB"/>
              </w:rPr>
            </w:pPr>
          </w:p>
          <w:p w14:paraId="02923321" w14:textId="77777777" w:rsidR="00D55984" w:rsidRPr="002F6447" w:rsidRDefault="00D55984" w:rsidP="00772688">
            <w:pPr>
              <w:rPr>
                <w:rFonts w:ascii="Arial" w:hAnsi="Arial" w:cs="Arial"/>
                <w:lang w:val="cy-GB"/>
              </w:rPr>
            </w:pPr>
          </w:p>
          <w:p w14:paraId="3DC02A11" w14:textId="77777777" w:rsidR="00D55984" w:rsidRPr="002F6447" w:rsidRDefault="00D55984" w:rsidP="00772688">
            <w:pPr>
              <w:rPr>
                <w:lang w:val="cy-GB"/>
              </w:rPr>
            </w:pPr>
          </w:p>
        </w:tc>
      </w:tr>
    </w:tbl>
    <w:p w14:paraId="69872BCF" w14:textId="77777777" w:rsidR="00D55984" w:rsidRPr="002F6447" w:rsidRDefault="00D55984" w:rsidP="00D55984">
      <w:pPr>
        <w:rPr>
          <w:lang w:val="cy-GB"/>
        </w:rPr>
      </w:pPr>
    </w:p>
    <w:p w14:paraId="3B452A59" w14:textId="77777777" w:rsidR="001C2E43" w:rsidRDefault="001C2E43" w:rsidP="005C71D1"/>
    <w:sectPr w:rsidR="001C2E43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F96C33"/>
    <w:multiLevelType w:val="hybridMultilevel"/>
    <w:tmpl w:val="793444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1F5835"/>
    <w:multiLevelType w:val="multilevel"/>
    <w:tmpl w:val="897C0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4C253E9"/>
    <w:multiLevelType w:val="hybridMultilevel"/>
    <w:tmpl w:val="8CD8A4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DB5129"/>
    <w:multiLevelType w:val="multilevel"/>
    <w:tmpl w:val="96C6B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011156E"/>
    <w:multiLevelType w:val="hybridMultilevel"/>
    <w:tmpl w:val="9F6A43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433D35"/>
    <w:multiLevelType w:val="hybridMultilevel"/>
    <w:tmpl w:val="95963A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14167A"/>
    <w:multiLevelType w:val="hybridMultilevel"/>
    <w:tmpl w:val="17D0DD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F01AFF"/>
    <w:multiLevelType w:val="hybridMultilevel"/>
    <w:tmpl w:val="A45027EC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4CE24600"/>
    <w:multiLevelType w:val="hybridMultilevel"/>
    <w:tmpl w:val="3D2C52F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965486B"/>
    <w:multiLevelType w:val="multilevel"/>
    <w:tmpl w:val="FF74C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EE37CB9"/>
    <w:multiLevelType w:val="multilevel"/>
    <w:tmpl w:val="2682B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A927EDA"/>
    <w:multiLevelType w:val="multilevel"/>
    <w:tmpl w:val="6694C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1272264">
    <w:abstractNumId w:val="3"/>
  </w:num>
  <w:num w:numId="2" w16cid:durableId="115802474">
    <w:abstractNumId w:val="8"/>
  </w:num>
  <w:num w:numId="3" w16cid:durableId="116679085">
    <w:abstractNumId w:val="9"/>
  </w:num>
  <w:num w:numId="4" w16cid:durableId="1272010184">
    <w:abstractNumId w:val="0"/>
  </w:num>
  <w:num w:numId="5" w16cid:durableId="1302534560">
    <w:abstractNumId w:val="1"/>
  </w:num>
  <w:num w:numId="6" w16cid:durableId="1413695350">
    <w:abstractNumId w:val="5"/>
  </w:num>
  <w:num w:numId="7" w16cid:durableId="1453089109">
    <w:abstractNumId w:val="13"/>
  </w:num>
  <w:num w:numId="8" w16cid:durableId="1455443213">
    <w:abstractNumId w:val="11"/>
  </w:num>
  <w:num w:numId="9" w16cid:durableId="1575511708">
    <w:abstractNumId w:val="16"/>
  </w:num>
  <w:num w:numId="10" w16cid:durableId="1581400706">
    <w:abstractNumId w:val="14"/>
  </w:num>
  <w:num w:numId="11" w16cid:durableId="1633099210">
    <w:abstractNumId w:val="2"/>
  </w:num>
  <w:num w:numId="12" w16cid:durableId="1668287891">
    <w:abstractNumId w:val="4"/>
  </w:num>
  <w:num w:numId="13" w16cid:durableId="1787697201">
    <w:abstractNumId w:val="15"/>
  </w:num>
  <w:num w:numId="14" w16cid:durableId="1884824559">
    <w:abstractNumId w:val="17"/>
  </w:num>
  <w:num w:numId="15" w16cid:durableId="2139566622">
    <w:abstractNumId w:val="7"/>
  </w:num>
  <w:num w:numId="16" w16cid:durableId="821892868">
    <w:abstractNumId w:val="6"/>
  </w:num>
  <w:num w:numId="17" w16cid:durableId="212936309">
    <w:abstractNumId w:val="20"/>
  </w:num>
  <w:num w:numId="18" w16cid:durableId="646514263">
    <w:abstractNumId w:val="10"/>
  </w:num>
  <w:num w:numId="19" w16cid:durableId="1141851855">
    <w:abstractNumId w:val="12"/>
  </w:num>
  <w:num w:numId="20" w16cid:durableId="301422111">
    <w:abstractNumId w:val="19"/>
  </w:num>
  <w:num w:numId="21" w16cid:durableId="111439685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2E00"/>
    <w:rsid w:val="0006063C"/>
    <w:rsid w:val="000B3B43"/>
    <w:rsid w:val="001208BC"/>
    <w:rsid w:val="0015074B"/>
    <w:rsid w:val="00151D8B"/>
    <w:rsid w:val="001A6763"/>
    <w:rsid w:val="001C2E43"/>
    <w:rsid w:val="001C6ED9"/>
    <w:rsid w:val="001F4B3D"/>
    <w:rsid w:val="00210CD0"/>
    <w:rsid w:val="0022768F"/>
    <w:rsid w:val="0029639D"/>
    <w:rsid w:val="002C7BCF"/>
    <w:rsid w:val="002D4A2F"/>
    <w:rsid w:val="002D6FC7"/>
    <w:rsid w:val="003075C8"/>
    <w:rsid w:val="00326F90"/>
    <w:rsid w:val="0032760F"/>
    <w:rsid w:val="00341835"/>
    <w:rsid w:val="003663D5"/>
    <w:rsid w:val="00392BE9"/>
    <w:rsid w:val="003C343B"/>
    <w:rsid w:val="003E0C2B"/>
    <w:rsid w:val="0040343A"/>
    <w:rsid w:val="004054D8"/>
    <w:rsid w:val="0041452A"/>
    <w:rsid w:val="0047744A"/>
    <w:rsid w:val="00495102"/>
    <w:rsid w:val="004D75E7"/>
    <w:rsid w:val="00545527"/>
    <w:rsid w:val="00554139"/>
    <w:rsid w:val="005734FE"/>
    <w:rsid w:val="005B4DE6"/>
    <w:rsid w:val="005C71D1"/>
    <w:rsid w:val="005F4266"/>
    <w:rsid w:val="00605605"/>
    <w:rsid w:val="00640324"/>
    <w:rsid w:val="00702272"/>
    <w:rsid w:val="0078228F"/>
    <w:rsid w:val="00787E8F"/>
    <w:rsid w:val="00797E19"/>
    <w:rsid w:val="007A6ED7"/>
    <w:rsid w:val="00810F51"/>
    <w:rsid w:val="00811889"/>
    <w:rsid w:val="00841E6A"/>
    <w:rsid w:val="0089165A"/>
    <w:rsid w:val="008F3E41"/>
    <w:rsid w:val="00912A86"/>
    <w:rsid w:val="009277AD"/>
    <w:rsid w:val="00A041DD"/>
    <w:rsid w:val="00A246C0"/>
    <w:rsid w:val="00A45531"/>
    <w:rsid w:val="00AA1D8D"/>
    <w:rsid w:val="00AE03B0"/>
    <w:rsid w:val="00B050F2"/>
    <w:rsid w:val="00B11B85"/>
    <w:rsid w:val="00B47730"/>
    <w:rsid w:val="00B51C6E"/>
    <w:rsid w:val="00B6602A"/>
    <w:rsid w:val="00B72D92"/>
    <w:rsid w:val="00B95573"/>
    <w:rsid w:val="00C60F00"/>
    <w:rsid w:val="00C64DAD"/>
    <w:rsid w:val="00C7243E"/>
    <w:rsid w:val="00C96D76"/>
    <w:rsid w:val="00CB0664"/>
    <w:rsid w:val="00CB2062"/>
    <w:rsid w:val="00CD0180"/>
    <w:rsid w:val="00D17629"/>
    <w:rsid w:val="00D55984"/>
    <w:rsid w:val="00E339C4"/>
    <w:rsid w:val="00E342F3"/>
    <w:rsid w:val="00E6268F"/>
    <w:rsid w:val="00EB06DD"/>
    <w:rsid w:val="00EC368A"/>
    <w:rsid w:val="00F0284B"/>
    <w:rsid w:val="00F164AB"/>
    <w:rsid w:val="00F24BC5"/>
    <w:rsid w:val="00F35FBD"/>
    <w:rsid w:val="00F50971"/>
    <w:rsid w:val="00F74EFB"/>
    <w:rsid w:val="00FA7D68"/>
    <w:rsid w:val="00FC693F"/>
    <w:rsid w:val="00FD5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F87B12E"/>
  <w14:defaultImageDpi w14:val="300"/>
  <w15:docId w15:val="{9562C183-88CA-443B-8B08-42355290E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16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6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1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1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11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C96D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96D7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96D7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6D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6D7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12A8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data xmlns="http://www.objective.com/ecm/document/metadata/FF3C5B18883D4E21973B57C2EEED7FD1" version="1.0.0">
  <systemFields>
    <field name="Objective-Id">
      <value order="0">A64468758</value>
    </field>
    <field name="Objective-Title">
      <value order="0">5. Aspirations_Template_Cymraeg</value>
    </field>
    <field name="Objective-Description">
      <value order="0"/>
    </field>
    <field name="Objective-CreationStamp">
      <value order="0">2026-09-08T11:53:14Z</value>
    </field>
    <field name="Objective-IsApproved">
      <value order="0">false</value>
    </field>
    <field name="Objective-IsPublished">
      <value order="0">false</value>
    </field>
    <field name="Objective-DatePublished">
      <value order="0"/>
    </field>
    <field name="Objective-ModificationStamp">
      <value order="0">2026-10-05T11:06:21Z</value>
    </field>
    <field name="Objective-Owner">
      <value order="0">Harris, Bronwen (LCC - Support for Learners Division)</value>
    </field>
    <field name="Objective-Path">
      <value order="0">Objective Global Folder:#Business File Plan:WG Organisational Groups:Learning, Communities and Culture Group (LCCG):Education:Learning, Communities and Culture Group (LCCG) - Education - Support for Learners:1 - Save:Additional Learning Needs Branch:ALN Resources:ALN - Resources - Transitional File - 2026:RESOURCES: 2026 - Person Centred Practice Tools</value>
    </field>
    <field name="Objective-Parent">
      <value order="0">RESOURCES: 2026 - Person Centred Practice Tools</value>
    </field>
    <field name="Objective-State">
      <value order="0">Being Drafted</value>
    </field>
    <field name="Objective-VersionId">
      <value order="0">vA116025014</value>
    </field>
    <field name="Objective-Version">
      <value order="0">0.2</value>
    </field>
    <field name="Objective-VersionNumber">
      <value order="0">2</value>
    </field>
    <field name="Objective-VersionComment">
      <value order="0"/>
    </field>
    <field name="Objective-FileNumber">
      <value order="0">qA2452009</value>
    </field>
    <field name="Objective-Classification">
      <value order="0">Official - Sensitive</value>
    </field>
    <field name="Objective-Caveats">
      <value order="0"/>
    </field>
  </systemFields>
  <catalogues>
    <catalogue name="Document Type Catalogue" type="type" ori="id:cA14">
      <field name="Objective-Date Acquired">
        <value order="0"/>
      </field>
      <field name="Objective-Official Translation">
        <value order="0"/>
      </field>
      <field name="Objective-Connect Creator">
        <value order="0"/>
      </field>
    </catalogue>
  </catalogues>
</metadata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FF3C5B18883D4E21973B57C2EEED7F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272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Williams, Aimee (LCC - Schools Digital Services Division)</cp:lastModifiedBy>
  <cp:revision>2</cp:revision>
  <dcterms:created xsi:type="dcterms:W3CDTF">2026-10-20T13:43:00Z</dcterms:created>
  <dcterms:modified xsi:type="dcterms:W3CDTF">2026-10-20T13:43:00Z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bjective-Comment">
    <vt:lpwstr/>
  </property>
  <property fmtid="{D5CDD505-2E9C-101B-9397-08002B2CF9AE}" pid="3" name="Customer-Id">
    <vt:lpwstr>FF3C5B18883D4E21973B57C2EEED7FD1</vt:lpwstr>
  </property>
  <property fmtid="{D5CDD505-2E9C-101B-9397-08002B2CF9AE}" pid="4" name="Objective-Id">
    <vt:lpwstr>A64468758</vt:lpwstr>
  </property>
  <property fmtid="{D5CDD505-2E9C-101B-9397-08002B2CF9AE}" pid="5" name="Objective-Title">
    <vt:lpwstr>5. Aspirations_Template_Cymraeg</vt:lpwstr>
  </property>
  <property fmtid="{D5CDD505-2E9C-101B-9397-08002B2CF9AE}" pid="6" name="Objective-Description">
    <vt:lpwstr/>
  </property>
  <property fmtid="{D5CDD505-2E9C-101B-9397-08002B2CF9AE}" pid="7" name="Objective-CreationStamp">
    <vt:filetime>2026-09-08T11:53:14Z</vt:filetime>
  </property>
  <property fmtid="{D5CDD505-2E9C-101B-9397-08002B2CF9AE}" pid="8" name="Objective-IsApproved">
    <vt:bool>false</vt:bool>
  </property>
  <property fmtid="{D5CDD505-2E9C-101B-9397-08002B2CF9AE}" pid="9" name="Objective-IsPublished">
    <vt:bool>false</vt:bool>
  </property>
  <property fmtid="{D5CDD505-2E9C-101B-9397-08002B2CF9AE}" pid="10" name="Objective-DatePublished">
    <vt:lpwstr/>
  </property>
  <property fmtid="{D5CDD505-2E9C-101B-9397-08002B2CF9AE}" pid="11" name="Objective-ModificationStamp">
    <vt:filetime>2026-10-05T11:06:21Z</vt:filetime>
  </property>
  <property fmtid="{D5CDD505-2E9C-101B-9397-08002B2CF9AE}" pid="12" name="Objective-Owner">
    <vt:lpwstr>Harris, Bronwen (LCC - Support for Learners Division)</vt:lpwstr>
  </property>
  <property fmtid="{D5CDD505-2E9C-101B-9397-08002B2CF9AE}" pid="13" name="Objective-Path">
    <vt:lpwstr>Objective Global Folder:#Business File Plan:WG Organisational Groups:Learning, Communities and Culture Group (LCCG):Education:Learning, Communities and Culture Group (LCCG) - Education - Support for Learners:1 - Save:Additional Learning Needs Branch:ALN Resources:ALN - Resources - Transitional File - 2026:RESOURCES: 2026 - Person Centred Practice Tools:</vt:lpwstr>
  </property>
  <property fmtid="{D5CDD505-2E9C-101B-9397-08002B2CF9AE}" pid="14" name="Objective-Parent">
    <vt:lpwstr>RESOURCES: 2026 - Person Centred Practice Tools</vt:lpwstr>
  </property>
  <property fmtid="{D5CDD505-2E9C-101B-9397-08002B2CF9AE}" pid="15" name="Objective-State">
    <vt:lpwstr>Being Drafted</vt:lpwstr>
  </property>
  <property fmtid="{D5CDD505-2E9C-101B-9397-08002B2CF9AE}" pid="16" name="Objective-VersionId">
    <vt:lpwstr>vA116025014</vt:lpwstr>
  </property>
  <property fmtid="{D5CDD505-2E9C-101B-9397-08002B2CF9AE}" pid="17" name="Objective-Version">
    <vt:lpwstr>0.2</vt:lpwstr>
  </property>
  <property fmtid="{D5CDD505-2E9C-101B-9397-08002B2CF9AE}" pid="18" name="Objective-VersionNumber">
    <vt:r8>2</vt:r8>
  </property>
  <property fmtid="{D5CDD505-2E9C-101B-9397-08002B2CF9AE}" pid="19" name="Objective-VersionComment">
    <vt:lpwstr/>
  </property>
  <property fmtid="{D5CDD505-2E9C-101B-9397-08002B2CF9AE}" pid="20" name="Objective-FileNumber">
    <vt:lpwstr/>
  </property>
  <property fmtid="{D5CDD505-2E9C-101B-9397-08002B2CF9AE}" pid="21" name="Objective-Classification">
    <vt:lpwstr>[Inherited - Official - Sensitive]</vt:lpwstr>
  </property>
  <property fmtid="{D5CDD505-2E9C-101B-9397-08002B2CF9AE}" pid="22" name="Objective-Caveats">
    <vt:lpwstr/>
  </property>
  <property fmtid="{D5CDD505-2E9C-101B-9397-08002B2CF9AE}" pid="23" name="Objective-Date Acquired">
    <vt:lpwstr/>
  </property>
  <property fmtid="{D5CDD505-2E9C-101B-9397-08002B2CF9AE}" pid="24" name="Objective-Official Translation">
    <vt:lpwstr/>
  </property>
  <property fmtid="{D5CDD505-2E9C-101B-9397-08002B2CF9AE}" pid="25" name="Objective-Connect Creator">
    <vt:lpwstr/>
  </property>
</Properties>
</file>