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7A3E9" w14:textId="77777777" w:rsidR="0023502D" w:rsidRPr="002F6447" w:rsidRDefault="0023502D" w:rsidP="0023502D">
      <w:pPr>
        <w:pStyle w:val="Title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Diwrnod da, diwrnod gwael</w:t>
      </w:r>
    </w:p>
    <w:tbl>
      <w:tblPr>
        <w:tblStyle w:val="TableGrid"/>
        <w:tblpPr w:leftFromText="180" w:rightFromText="180" w:vertAnchor="page" w:horzAnchor="margin" w:tblpY="3494"/>
        <w:tblW w:w="0" w:type="auto"/>
        <w:tblLayout w:type="fixed"/>
        <w:tblLook w:val="04A0" w:firstRow="1" w:lastRow="0" w:firstColumn="1" w:lastColumn="0" w:noHBand="0" w:noVBand="1"/>
      </w:tblPr>
      <w:tblGrid>
        <w:gridCol w:w="4315"/>
        <w:gridCol w:w="4315"/>
      </w:tblGrid>
      <w:tr w:rsidR="0042302F" w:rsidRPr="008B2212" w14:paraId="654C4CF4" w14:textId="77777777" w:rsidTr="00772688">
        <w:trPr>
          <w:trHeight w:val="8132"/>
        </w:trPr>
        <w:tc>
          <w:tcPr>
            <w:tcW w:w="4315" w:type="dxa"/>
          </w:tcPr>
          <w:p w14:paraId="716BA9C4" w14:textId="77777777" w:rsidR="0042302F" w:rsidRPr="008B2212" w:rsidRDefault="0042302F" w:rsidP="0042302F">
            <w:pPr>
              <w:jc w:val="center"/>
              <w:rPr>
                <w:rFonts w:ascii="Arial" w:hAnsi="Arial" w:cs="Arial"/>
                <w:lang w:val="cy-GB"/>
              </w:rPr>
            </w:pPr>
            <w:r w:rsidRPr="008B2212">
              <w:rPr>
                <w:rFonts w:ascii="Arial" w:hAnsi="Arial" w:cs="Arial"/>
                <w:noProof/>
                <w:lang w:val="cy-GB"/>
              </w:rPr>
              <w:drawing>
                <wp:inline distT="0" distB="0" distL="0" distR="0" wp14:anchorId="02DA4E61" wp14:editId="0BFDA3A7">
                  <wp:extent cx="1047750" cy="914400"/>
                  <wp:effectExtent l="0" t="0" r="0" b="0"/>
                  <wp:docPr id="1823484478" name="Graphic 3" descr="Su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47878" name="Graphic 35747878" descr="Sun with solid fill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5CB5DE" w14:textId="77777777" w:rsidR="0042302F" w:rsidRPr="008B2212" w:rsidRDefault="0042302F" w:rsidP="0042302F">
            <w:pPr>
              <w:jc w:val="center"/>
              <w:rPr>
                <w:rFonts w:ascii="Arial" w:hAnsi="Arial" w:cs="Arial"/>
                <w:sz w:val="40"/>
                <w:szCs w:val="40"/>
                <w:lang w:val="cy-GB"/>
              </w:rPr>
            </w:pPr>
            <w:r>
              <w:rPr>
                <w:rFonts w:ascii="Arial" w:hAnsi="Arial" w:cs="Arial"/>
                <w:sz w:val="40"/>
                <w:szCs w:val="40"/>
                <w:lang w:val="cy-GB"/>
              </w:rPr>
              <w:t>Diwrnod da</w:t>
            </w:r>
          </w:p>
          <w:p w14:paraId="61B9F49E" w14:textId="77777777" w:rsidR="0042302F" w:rsidRPr="008B2212" w:rsidRDefault="0042302F" w:rsidP="0042302F">
            <w:pPr>
              <w:jc w:val="both"/>
              <w:rPr>
                <w:rFonts w:ascii="Arial" w:hAnsi="Arial" w:cs="Arial"/>
                <w:sz w:val="40"/>
                <w:szCs w:val="40"/>
                <w:lang w:val="cy-GB"/>
              </w:rPr>
            </w:pPr>
          </w:p>
        </w:tc>
        <w:tc>
          <w:tcPr>
            <w:tcW w:w="4315" w:type="dxa"/>
          </w:tcPr>
          <w:p w14:paraId="35EA2B9D" w14:textId="77777777" w:rsidR="0042302F" w:rsidRPr="008B2212" w:rsidRDefault="0042302F" w:rsidP="0042302F">
            <w:pPr>
              <w:jc w:val="center"/>
              <w:rPr>
                <w:rFonts w:ascii="Arial" w:hAnsi="Arial" w:cs="Arial"/>
                <w:lang w:val="cy-GB"/>
              </w:rPr>
            </w:pPr>
            <w:r w:rsidRPr="008B2212">
              <w:rPr>
                <w:rFonts w:ascii="Arial" w:hAnsi="Arial" w:cs="Arial"/>
                <w:noProof/>
                <w:lang w:val="cy-GB"/>
              </w:rPr>
              <w:drawing>
                <wp:inline distT="0" distB="0" distL="0" distR="0" wp14:anchorId="1C7BEAEE" wp14:editId="58F06BD7">
                  <wp:extent cx="914400" cy="914400"/>
                  <wp:effectExtent l="0" t="0" r="0" b="0"/>
                  <wp:docPr id="1347894999" name="Graphic 4" descr="Rai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122820" name="Graphic 1191122820" descr="Rain with solid fill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97F42F" w14:textId="77777777" w:rsidR="0042302F" w:rsidRPr="008B2212" w:rsidRDefault="0042302F" w:rsidP="0042302F">
            <w:pPr>
              <w:jc w:val="center"/>
              <w:rPr>
                <w:rFonts w:ascii="Arial" w:hAnsi="Arial" w:cs="Arial"/>
                <w:sz w:val="40"/>
                <w:szCs w:val="40"/>
                <w:lang w:val="cy-GB"/>
              </w:rPr>
            </w:pPr>
            <w:r>
              <w:rPr>
                <w:rFonts w:ascii="Arial" w:hAnsi="Arial" w:cs="Arial"/>
                <w:sz w:val="40"/>
                <w:szCs w:val="40"/>
                <w:lang w:val="cy-GB"/>
              </w:rPr>
              <w:t>Diwrnod gwael</w:t>
            </w:r>
          </w:p>
          <w:p w14:paraId="277F9A39" w14:textId="77777777" w:rsidR="0042302F" w:rsidRPr="008B2212" w:rsidRDefault="0042302F" w:rsidP="0042302F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</w:tbl>
    <w:p w14:paraId="3B311B16" w14:textId="77777777" w:rsidR="0042302F" w:rsidRPr="002F6447" w:rsidRDefault="0042302F" w:rsidP="0042302F">
      <w:pPr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>Beth sy’n digwydd ar ddiwrnod da</w:t>
      </w:r>
      <w:r w:rsidRPr="002F6447">
        <w:rPr>
          <w:rFonts w:ascii="Arial" w:hAnsi="Arial" w:cs="Arial"/>
          <w:sz w:val="24"/>
          <w:szCs w:val="24"/>
          <w:lang w:val="cy-GB"/>
        </w:rPr>
        <w:t xml:space="preserve">? </w:t>
      </w:r>
      <w:r>
        <w:rPr>
          <w:rFonts w:ascii="Arial" w:hAnsi="Arial" w:cs="Arial"/>
          <w:sz w:val="24"/>
          <w:szCs w:val="24"/>
          <w:lang w:val="cy-GB"/>
        </w:rPr>
        <w:t>Beth sy’n digwydd ar ddiwrnod gwael</w:t>
      </w:r>
      <w:r w:rsidRPr="002F6447">
        <w:rPr>
          <w:rFonts w:ascii="Arial" w:hAnsi="Arial" w:cs="Arial"/>
          <w:sz w:val="24"/>
          <w:szCs w:val="24"/>
          <w:lang w:val="cy-GB"/>
        </w:rPr>
        <w:t xml:space="preserve">? </w:t>
      </w:r>
      <w:r>
        <w:rPr>
          <w:rFonts w:ascii="Arial" w:hAnsi="Arial" w:cs="Arial"/>
          <w:sz w:val="24"/>
          <w:szCs w:val="24"/>
          <w:lang w:val="cy-GB"/>
        </w:rPr>
        <w:t>Beth fyddai’n helpu i wneud diwrnod gwael yn well</w:t>
      </w:r>
      <w:r w:rsidRPr="002F6447">
        <w:rPr>
          <w:rFonts w:ascii="Arial" w:hAnsi="Arial" w:cs="Arial"/>
          <w:sz w:val="24"/>
          <w:szCs w:val="24"/>
          <w:lang w:val="cy-GB"/>
        </w:rPr>
        <w:t xml:space="preserve">? </w:t>
      </w:r>
    </w:p>
    <w:p w14:paraId="65E8EACA" w14:textId="77777777" w:rsidR="0042302F" w:rsidRPr="008B2212" w:rsidRDefault="0042302F" w:rsidP="0042302F">
      <w:pPr>
        <w:rPr>
          <w:rFonts w:ascii="Arial" w:hAnsi="Arial" w:cs="Arial"/>
          <w:sz w:val="24"/>
          <w:szCs w:val="24"/>
          <w:lang w:val="cy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630"/>
      </w:tblGrid>
      <w:tr w:rsidR="0042302F" w:rsidRPr="008B2212" w14:paraId="49CEDC36" w14:textId="77777777" w:rsidTr="00772688">
        <w:tc>
          <w:tcPr>
            <w:tcW w:w="8630" w:type="dxa"/>
          </w:tcPr>
          <w:p w14:paraId="33843262" w14:textId="77777777" w:rsidR="0042302F" w:rsidRPr="002F6447" w:rsidRDefault="0042302F" w:rsidP="0042302F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Beth fyddai’n helpu i wneud diwrnod gwael yn well</w:t>
            </w:r>
            <w:r w:rsidRPr="002F6447">
              <w:rPr>
                <w:rFonts w:ascii="Arial" w:hAnsi="Arial" w:cs="Arial"/>
                <w:sz w:val="24"/>
                <w:szCs w:val="24"/>
                <w:lang w:val="cy-GB"/>
              </w:rPr>
              <w:t xml:space="preserve">? </w:t>
            </w:r>
          </w:p>
          <w:p w14:paraId="718D9BC3" w14:textId="77777777" w:rsidR="0042302F" w:rsidRPr="008B2212" w:rsidRDefault="0042302F" w:rsidP="0042302F">
            <w:pPr>
              <w:rPr>
                <w:lang w:val="cy-GB"/>
              </w:rPr>
            </w:pPr>
          </w:p>
          <w:p w14:paraId="609D7097" w14:textId="77777777" w:rsidR="0042302F" w:rsidRPr="008B2212" w:rsidRDefault="0042302F" w:rsidP="0042302F">
            <w:pPr>
              <w:rPr>
                <w:lang w:val="cy-GB"/>
              </w:rPr>
            </w:pPr>
          </w:p>
          <w:p w14:paraId="12F5284D" w14:textId="77777777" w:rsidR="0042302F" w:rsidRPr="008B2212" w:rsidRDefault="0042302F" w:rsidP="0042302F">
            <w:pPr>
              <w:rPr>
                <w:lang w:val="cy-GB"/>
              </w:rPr>
            </w:pPr>
          </w:p>
          <w:p w14:paraId="6217C479" w14:textId="77777777" w:rsidR="0042302F" w:rsidRPr="008B2212" w:rsidRDefault="0042302F" w:rsidP="0042302F">
            <w:pPr>
              <w:rPr>
                <w:lang w:val="cy-GB"/>
              </w:rPr>
            </w:pPr>
          </w:p>
          <w:p w14:paraId="44D94021" w14:textId="77777777" w:rsidR="0042302F" w:rsidRPr="008B2212" w:rsidRDefault="0042302F" w:rsidP="0042302F">
            <w:pPr>
              <w:rPr>
                <w:lang w:val="cy-GB"/>
              </w:rPr>
            </w:pPr>
          </w:p>
          <w:p w14:paraId="5D7E1A96" w14:textId="77777777" w:rsidR="0042302F" w:rsidRPr="008B2212" w:rsidRDefault="0042302F" w:rsidP="0042302F">
            <w:pPr>
              <w:rPr>
                <w:lang w:val="cy-GB"/>
              </w:rPr>
            </w:pPr>
          </w:p>
        </w:tc>
      </w:tr>
    </w:tbl>
    <w:p w14:paraId="1E27DA23" w14:textId="77777777" w:rsidR="00E9714B" w:rsidRPr="00662EB0" w:rsidRDefault="00E9714B" w:rsidP="00662EB0"/>
    <w:sectPr w:rsidR="00E9714B" w:rsidRPr="00662EB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96C33"/>
    <w:multiLevelType w:val="hybridMultilevel"/>
    <w:tmpl w:val="79344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F0416"/>
    <w:multiLevelType w:val="multilevel"/>
    <w:tmpl w:val="E138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F3281"/>
    <w:multiLevelType w:val="multilevel"/>
    <w:tmpl w:val="874A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253E9"/>
    <w:multiLevelType w:val="hybridMultilevel"/>
    <w:tmpl w:val="8CD8A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C512D"/>
    <w:multiLevelType w:val="hybridMultilevel"/>
    <w:tmpl w:val="C1FA2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1156E"/>
    <w:multiLevelType w:val="hybridMultilevel"/>
    <w:tmpl w:val="9F6A4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33D35"/>
    <w:multiLevelType w:val="hybridMultilevel"/>
    <w:tmpl w:val="95963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4167A"/>
    <w:multiLevelType w:val="hybridMultilevel"/>
    <w:tmpl w:val="17D0D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01AFF"/>
    <w:multiLevelType w:val="hybridMultilevel"/>
    <w:tmpl w:val="A45027E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CE24600"/>
    <w:multiLevelType w:val="hybridMultilevel"/>
    <w:tmpl w:val="3D2C52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1272264">
    <w:abstractNumId w:val="3"/>
  </w:num>
  <w:num w:numId="2" w16cid:durableId="115802474">
    <w:abstractNumId w:val="8"/>
  </w:num>
  <w:num w:numId="3" w16cid:durableId="116679085">
    <w:abstractNumId w:val="9"/>
  </w:num>
  <w:num w:numId="4" w16cid:durableId="1272010184">
    <w:abstractNumId w:val="0"/>
  </w:num>
  <w:num w:numId="5" w16cid:durableId="1302534560">
    <w:abstractNumId w:val="1"/>
  </w:num>
  <w:num w:numId="6" w16cid:durableId="1413695350">
    <w:abstractNumId w:val="5"/>
  </w:num>
  <w:num w:numId="7" w16cid:durableId="1453089109">
    <w:abstractNumId w:val="14"/>
  </w:num>
  <w:num w:numId="8" w16cid:durableId="1455443213">
    <w:abstractNumId w:val="12"/>
  </w:num>
  <w:num w:numId="9" w16cid:durableId="1575511708">
    <w:abstractNumId w:val="17"/>
  </w:num>
  <w:num w:numId="10" w16cid:durableId="1581400706">
    <w:abstractNumId w:val="15"/>
  </w:num>
  <w:num w:numId="11" w16cid:durableId="1633099210">
    <w:abstractNumId w:val="2"/>
  </w:num>
  <w:num w:numId="12" w16cid:durableId="1668287891">
    <w:abstractNumId w:val="4"/>
  </w:num>
  <w:num w:numId="13" w16cid:durableId="1787697201">
    <w:abstractNumId w:val="16"/>
  </w:num>
  <w:num w:numId="14" w16cid:durableId="1884824559">
    <w:abstractNumId w:val="18"/>
  </w:num>
  <w:num w:numId="15" w16cid:durableId="2139566622">
    <w:abstractNumId w:val="7"/>
  </w:num>
  <w:num w:numId="16" w16cid:durableId="821892868">
    <w:abstractNumId w:val="6"/>
  </w:num>
  <w:num w:numId="17" w16cid:durableId="571504035">
    <w:abstractNumId w:val="11"/>
  </w:num>
  <w:num w:numId="18" w16cid:durableId="382558173">
    <w:abstractNumId w:val="10"/>
  </w:num>
  <w:num w:numId="19" w16cid:durableId="339663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DA0"/>
    <w:rsid w:val="0006063C"/>
    <w:rsid w:val="0006430E"/>
    <w:rsid w:val="000A2CF0"/>
    <w:rsid w:val="000E10C9"/>
    <w:rsid w:val="0015074B"/>
    <w:rsid w:val="001C2946"/>
    <w:rsid w:val="001F4B3D"/>
    <w:rsid w:val="0022768F"/>
    <w:rsid w:val="0023502D"/>
    <w:rsid w:val="00243A58"/>
    <w:rsid w:val="0029639D"/>
    <w:rsid w:val="002D6FC7"/>
    <w:rsid w:val="003075C8"/>
    <w:rsid w:val="0032515D"/>
    <w:rsid w:val="00325164"/>
    <w:rsid w:val="00326F90"/>
    <w:rsid w:val="0032760F"/>
    <w:rsid w:val="00351608"/>
    <w:rsid w:val="003624C8"/>
    <w:rsid w:val="003C1000"/>
    <w:rsid w:val="004054D8"/>
    <w:rsid w:val="0042302F"/>
    <w:rsid w:val="00427D14"/>
    <w:rsid w:val="004D75E7"/>
    <w:rsid w:val="00545527"/>
    <w:rsid w:val="00546600"/>
    <w:rsid w:val="00553284"/>
    <w:rsid w:val="00554139"/>
    <w:rsid w:val="00557484"/>
    <w:rsid w:val="005732CB"/>
    <w:rsid w:val="005734FE"/>
    <w:rsid w:val="005F4266"/>
    <w:rsid w:val="006019A6"/>
    <w:rsid w:val="00605605"/>
    <w:rsid w:val="0062182D"/>
    <w:rsid w:val="00662EB0"/>
    <w:rsid w:val="006E6D7F"/>
    <w:rsid w:val="00702272"/>
    <w:rsid w:val="00787E8F"/>
    <w:rsid w:val="007A6ED7"/>
    <w:rsid w:val="007E6625"/>
    <w:rsid w:val="00811889"/>
    <w:rsid w:val="00824D65"/>
    <w:rsid w:val="008371C3"/>
    <w:rsid w:val="0089165A"/>
    <w:rsid w:val="008C53B8"/>
    <w:rsid w:val="009277AD"/>
    <w:rsid w:val="00950BB2"/>
    <w:rsid w:val="00A246C0"/>
    <w:rsid w:val="00A45531"/>
    <w:rsid w:val="00A76F37"/>
    <w:rsid w:val="00AA1D8D"/>
    <w:rsid w:val="00AB5DA4"/>
    <w:rsid w:val="00B24175"/>
    <w:rsid w:val="00B47730"/>
    <w:rsid w:val="00B5495F"/>
    <w:rsid w:val="00C210BE"/>
    <w:rsid w:val="00C27AD2"/>
    <w:rsid w:val="00C60A6A"/>
    <w:rsid w:val="00C64DAD"/>
    <w:rsid w:val="00CB0664"/>
    <w:rsid w:val="00CD0180"/>
    <w:rsid w:val="00D160E2"/>
    <w:rsid w:val="00D32784"/>
    <w:rsid w:val="00D370CA"/>
    <w:rsid w:val="00D44F4F"/>
    <w:rsid w:val="00D62853"/>
    <w:rsid w:val="00DB0C43"/>
    <w:rsid w:val="00E339C4"/>
    <w:rsid w:val="00E34615"/>
    <w:rsid w:val="00E9714B"/>
    <w:rsid w:val="00EA51C0"/>
    <w:rsid w:val="00EC368A"/>
    <w:rsid w:val="00F0284B"/>
    <w:rsid w:val="00F35FBD"/>
    <w:rsid w:val="00F50971"/>
    <w:rsid w:val="00F739D0"/>
    <w:rsid w:val="00F87F43"/>
    <w:rsid w:val="00FC693F"/>
    <w:rsid w:val="00FC7C3A"/>
    <w:rsid w:val="00FF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9562C183-88CA-443B-8B08-42355290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F5 List Paragraph,List Paragraph1,Dot pt,No Spacing1,List Paragraph Char Char Char,Indicator Text,Numbered Para 1,Bullet 1,Bullet Points,MAIN CONTENT,OBC Bullet,List Paragraph12,List Paragraph11,Colorful List - Accent 11,Normal numbered"/>
    <w:basedOn w:val="Normal"/>
    <w:link w:val="ListParagraphChar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427D14"/>
    <w:pPr>
      <w:spacing w:after="0" w:line="240" w:lineRule="auto"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Bullet 1 Char,Bullet Points Char,MAIN CONTENT Char,OBC Bullet Char"/>
    <w:basedOn w:val="DefaultParagraphFont"/>
    <w:link w:val="ListParagraph"/>
    <w:qFormat/>
    <w:locked/>
    <w:rsid w:val="00B24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A64469075</value>
    </field>
    <field name="Objective-Title">
      <value order="0">6. Good day, bad day_Template_Cymraeg</value>
    </field>
    <field name="Objective-Description">
      <value order="0"/>
    </field>
    <field name="Objective-CreationStamp">
      <value order="0">2026-09-08T12:04:10Z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2026-09-08T12:04:12Z</value>
    </field>
    <field name="Objective-Owner">
      <value order="0">Harris, Bronwen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vA115490987</value>
    </field>
    <field name="Objective-Version">
      <value order="0">0.1</value>
    </field>
    <field name="Objective-VersionNumber">
      <value order="0">1</value>
    </field>
    <field name="Objective-VersionComment">
      <value order="0">First version</value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dcterms:created xsi:type="dcterms:W3CDTF">2026-10-20T13:44:00Z</dcterms:created>
  <dcterms:modified xsi:type="dcterms:W3CDTF">2026-10-20T13:44:00Z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A64469075</vt:lpwstr>
  </property>
  <property fmtid="{D5CDD505-2E9C-101B-9397-08002B2CF9AE}" pid="5" name="Objective-Title">
    <vt:lpwstr>6. Good day, bad day_Template_Cymraeg</vt:lpwstr>
  </property>
  <property fmtid="{D5CDD505-2E9C-101B-9397-08002B2CF9AE}" pid="6" name="Objective-Description">
    <vt:lpwstr/>
  </property>
  <property fmtid="{D5CDD505-2E9C-101B-9397-08002B2CF9AE}" pid="7" name="Objective-CreationStamp">
    <vt:filetime>2026-09-08T12:04:10Z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2026-09-08T12:04:12Z</vt:filetime>
  </property>
  <property fmtid="{D5CDD505-2E9C-101B-9397-08002B2CF9AE}" pid="12" name="Objective-Owner">
    <vt:lpwstr>Harris, Bronwen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vA115490987</vt:lpwstr>
  </property>
  <property fmtid="{D5CDD505-2E9C-101B-9397-08002B2CF9AE}" pid="17" name="Objective-Version">
    <vt:lpwstr>0.1</vt:lpwstr>
  </property>
  <property fmtid="{D5CDD505-2E9C-101B-9397-08002B2CF9AE}" pid="18" name="Objective-VersionNumber">
    <vt:r8>1</vt:r8>
  </property>
  <property fmtid="{D5CDD505-2E9C-101B-9397-08002B2CF9AE}" pid="19" name="Objective-VersionComment">
    <vt:lpwstr>First version</vt:lpwstr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