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2745" w14:textId="77777777" w:rsidR="00DF7D51" w:rsidRPr="008B2212" w:rsidRDefault="00DF7D51" w:rsidP="00DF7D51">
      <w:pPr>
        <w:pStyle w:val="Title"/>
        <w:rPr>
          <w:lang w:val="cy-GB"/>
        </w:rPr>
      </w:pPr>
      <w:r>
        <w:rPr>
          <w:rFonts w:ascii="Arial" w:hAnsi="Arial" w:cs="Arial"/>
          <w:lang w:val="cy-GB"/>
        </w:rPr>
        <w:t xml:space="preserve">Offeryn </w:t>
      </w:r>
      <w:r w:rsidRPr="008B2212">
        <w:rPr>
          <w:rFonts w:ascii="Arial" w:hAnsi="Arial" w:cs="Arial"/>
          <w:lang w:val="cy-GB"/>
        </w:rPr>
        <w:t>4 plws 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830C8E" w:rsidRPr="008B2212" w14:paraId="146BDE7C" w14:textId="77777777" w:rsidTr="00772688">
        <w:tc>
          <w:tcPr>
            <w:tcW w:w="4315" w:type="dxa"/>
          </w:tcPr>
          <w:p w14:paraId="7225F8A4" w14:textId="77777777" w:rsidR="00830C8E" w:rsidRPr="008B2212" w:rsidRDefault="00830C8E" w:rsidP="00772688">
            <w:pPr>
              <w:rPr>
                <w:rFonts w:ascii="Arial" w:hAnsi="Arial" w:cs="Arial"/>
                <w:b/>
                <w:lang w:val="cy-GB"/>
              </w:rPr>
            </w:pPr>
            <w:r w:rsidRPr="008B2212">
              <w:rPr>
                <w:rFonts w:ascii="Arial" w:hAnsi="Arial" w:cs="Arial"/>
                <w:b/>
                <w:bCs/>
                <w:lang w:val="cy-GB"/>
              </w:rPr>
              <w:t>Beth rydy</w:t>
            </w:r>
            <w:r>
              <w:rPr>
                <w:rFonts w:ascii="Arial" w:hAnsi="Arial" w:cs="Arial"/>
                <w:b/>
                <w:bCs/>
                <w:lang w:val="cy-GB"/>
              </w:rPr>
              <w:t>n</w:t>
            </w:r>
            <w:r w:rsidRPr="008B2212">
              <w:rPr>
                <w:rFonts w:ascii="Arial" w:hAnsi="Arial" w:cs="Arial"/>
                <w:b/>
                <w:bCs/>
                <w:lang w:val="cy-GB"/>
              </w:rPr>
              <w:t xml:space="preserve"> ni wedi rhoi cynnig arno?</w:t>
            </w:r>
          </w:p>
          <w:p w14:paraId="35C0A6FC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AD2F1AE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98E7BC6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A2F336B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FD47D90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5E1FA85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95487E0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AED61C2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991C986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53B8782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6816421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01F4A7EB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8940470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2C01D4DC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FCC30F5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315" w:type="dxa"/>
          </w:tcPr>
          <w:p w14:paraId="377F0CE8" w14:textId="77777777" w:rsidR="00830C8E" w:rsidRPr="008B2212" w:rsidRDefault="00830C8E" w:rsidP="00772688">
            <w:pPr>
              <w:rPr>
                <w:rFonts w:ascii="Arial" w:hAnsi="Arial" w:cs="Arial"/>
                <w:b/>
                <w:lang w:val="cy-GB"/>
              </w:rPr>
            </w:pPr>
            <w:r w:rsidRPr="008B2212">
              <w:rPr>
                <w:rFonts w:ascii="Arial" w:hAnsi="Arial" w:cs="Arial"/>
                <w:b/>
                <w:bCs/>
                <w:lang w:val="cy-GB"/>
              </w:rPr>
              <w:t>Beth rydy</w:t>
            </w:r>
            <w:r>
              <w:rPr>
                <w:rFonts w:ascii="Arial" w:hAnsi="Arial" w:cs="Arial"/>
                <w:b/>
                <w:bCs/>
                <w:lang w:val="cy-GB"/>
              </w:rPr>
              <w:t>n</w:t>
            </w:r>
            <w:r w:rsidRPr="008B2212">
              <w:rPr>
                <w:rFonts w:ascii="Arial" w:hAnsi="Arial" w:cs="Arial"/>
                <w:b/>
                <w:bCs/>
                <w:lang w:val="cy-GB"/>
              </w:rPr>
              <w:t xml:space="preserve"> ni wedi'i ddysgu?</w:t>
            </w:r>
          </w:p>
          <w:p w14:paraId="201EFB52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F9C46DD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09577078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A825972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5AE70E8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02E7648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17C87B0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16E5B7B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1B850C7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6FFCCFE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E67F8EC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5C56EF8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23EF5E4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</w:tc>
      </w:tr>
      <w:tr w:rsidR="00830C8E" w:rsidRPr="008B2212" w14:paraId="3C2365BF" w14:textId="77777777" w:rsidTr="00772688">
        <w:trPr>
          <w:trHeight w:val="3152"/>
        </w:trPr>
        <w:tc>
          <w:tcPr>
            <w:tcW w:w="4315" w:type="dxa"/>
          </w:tcPr>
          <w:p w14:paraId="0942E66F" w14:textId="77777777" w:rsidR="00830C8E" w:rsidRPr="008B2212" w:rsidRDefault="00830C8E" w:rsidP="00772688">
            <w:pPr>
              <w:rPr>
                <w:rFonts w:ascii="Arial" w:hAnsi="Arial" w:cs="Arial"/>
                <w:b/>
                <w:lang w:val="cy-GB"/>
              </w:rPr>
            </w:pPr>
            <w:r w:rsidRPr="008B2212">
              <w:rPr>
                <w:rFonts w:ascii="Arial" w:hAnsi="Arial" w:cs="Arial"/>
                <w:b/>
                <w:bCs/>
                <w:lang w:val="cy-GB"/>
              </w:rPr>
              <w:t>Beth sydd wedi ein plesio?</w:t>
            </w:r>
          </w:p>
          <w:p w14:paraId="668EEA51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3C015E5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B14BE51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5D6183E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16CF52A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C0622CD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271E472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655B850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18CB92A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EA873E0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31F1F2C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2F5F196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DEF2334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F721644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6CD09E5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53014BD7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315" w:type="dxa"/>
          </w:tcPr>
          <w:p w14:paraId="73C7530A" w14:textId="77777777" w:rsidR="00830C8E" w:rsidRPr="008B2212" w:rsidRDefault="00830C8E" w:rsidP="00772688">
            <w:pPr>
              <w:rPr>
                <w:rFonts w:ascii="Arial" w:hAnsi="Arial" w:cs="Arial"/>
                <w:b/>
                <w:lang w:val="cy-GB"/>
              </w:rPr>
            </w:pPr>
            <w:r w:rsidRPr="008B2212">
              <w:rPr>
                <w:rFonts w:ascii="Arial" w:hAnsi="Arial" w:cs="Arial"/>
                <w:b/>
                <w:bCs/>
                <w:lang w:val="cy-GB"/>
              </w:rPr>
              <w:t>Beth sydd yn ein poeni?</w:t>
            </w:r>
          </w:p>
          <w:p w14:paraId="40C9A1F7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25759F9" w14:textId="77777777" w:rsidR="00830C8E" w:rsidRPr="008B2212" w:rsidRDefault="00830C8E" w:rsidP="00772688">
            <w:pPr>
              <w:ind w:left="720"/>
              <w:rPr>
                <w:rFonts w:ascii="Arial" w:hAnsi="Arial" w:cs="Arial"/>
                <w:lang w:val="cy-GB"/>
              </w:rPr>
            </w:pPr>
          </w:p>
        </w:tc>
      </w:tr>
    </w:tbl>
    <w:p w14:paraId="35032462" w14:textId="77777777" w:rsidR="00830C8E" w:rsidRPr="008B2212" w:rsidRDefault="00830C8E" w:rsidP="00830C8E">
      <w:pPr>
        <w:rPr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30C8E" w:rsidRPr="008B2212" w14:paraId="6AC215E9" w14:textId="77777777" w:rsidTr="00772688">
        <w:tc>
          <w:tcPr>
            <w:tcW w:w="8630" w:type="dxa"/>
          </w:tcPr>
          <w:p w14:paraId="54978ED4" w14:textId="77777777" w:rsidR="00830C8E" w:rsidRPr="008B2212" w:rsidRDefault="00830C8E" w:rsidP="00772688">
            <w:pPr>
              <w:rPr>
                <w:rFonts w:ascii="Arial" w:hAnsi="Arial" w:cs="Arial"/>
                <w:b/>
                <w:lang w:val="cy-GB"/>
              </w:rPr>
            </w:pPr>
            <w:r w:rsidRPr="008B2212">
              <w:rPr>
                <w:rFonts w:ascii="Arial" w:hAnsi="Arial" w:cs="Arial"/>
                <w:b/>
                <w:bCs/>
                <w:lang w:val="cy-GB"/>
              </w:rPr>
              <w:t>Beth sydd angen i ni ei wneud nesaf?</w:t>
            </w:r>
          </w:p>
          <w:p w14:paraId="554F42F1" w14:textId="77777777" w:rsidR="00830C8E" w:rsidRPr="008B2212" w:rsidRDefault="00830C8E" w:rsidP="00772688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5CC7EEEA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7D257F44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22904200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340BBDD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469EB8C3" w14:textId="77777777" w:rsidR="00830C8E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1FB770B7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573DA2A" w14:textId="77777777" w:rsidR="00830C8E" w:rsidRPr="008B2212" w:rsidRDefault="00830C8E" w:rsidP="00772688">
            <w:pPr>
              <w:rPr>
                <w:rFonts w:ascii="Arial" w:hAnsi="Arial" w:cs="Arial"/>
                <w:lang w:val="cy-GB"/>
              </w:rPr>
            </w:pPr>
          </w:p>
          <w:p w14:paraId="38853EAC" w14:textId="77777777" w:rsidR="00830C8E" w:rsidRPr="008B2212" w:rsidRDefault="00830C8E" w:rsidP="00772688">
            <w:pPr>
              <w:rPr>
                <w:lang w:val="cy-GB"/>
              </w:rPr>
            </w:pPr>
          </w:p>
        </w:tc>
      </w:tr>
    </w:tbl>
    <w:p w14:paraId="58061E73" w14:textId="77777777" w:rsidR="00C9268D" w:rsidRDefault="00C9268D"/>
    <w:sectPr w:rsidR="00C926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A4A8A"/>
    <w:multiLevelType w:val="multilevel"/>
    <w:tmpl w:val="C884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BF35DA"/>
    <w:multiLevelType w:val="multilevel"/>
    <w:tmpl w:val="3352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351FE3"/>
    <w:multiLevelType w:val="hybridMultilevel"/>
    <w:tmpl w:val="0C58F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5040A7"/>
    <w:multiLevelType w:val="hybridMultilevel"/>
    <w:tmpl w:val="F24AB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71960"/>
    <w:multiLevelType w:val="hybridMultilevel"/>
    <w:tmpl w:val="6F082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6F72B1"/>
    <w:multiLevelType w:val="multilevel"/>
    <w:tmpl w:val="5E7C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4A1BB1"/>
    <w:multiLevelType w:val="multilevel"/>
    <w:tmpl w:val="1F20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2045F8"/>
    <w:multiLevelType w:val="hybridMultilevel"/>
    <w:tmpl w:val="E004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C7EFA"/>
    <w:multiLevelType w:val="multilevel"/>
    <w:tmpl w:val="35D4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D27CC"/>
    <w:multiLevelType w:val="hybridMultilevel"/>
    <w:tmpl w:val="E638B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0024A"/>
    <w:multiLevelType w:val="hybridMultilevel"/>
    <w:tmpl w:val="1854D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6"/>
  </w:num>
  <w:num w:numId="8" w16cid:durableId="1455443213">
    <w:abstractNumId w:val="14"/>
  </w:num>
  <w:num w:numId="9" w16cid:durableId="1575511708">
    <w:abstractNumId w:val="19"/>
  </w:num>
  <w:num w:numId="10" w16cid:durableId="1581400706">
    <w:abstractNumId w:val="17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8"/>
  </w:num>
  <w:num w:numId="14" w16cid:durableId="1884824559">
    <w:abstractNumId w:val="21"/>
  </w:num>
  <w:num w:numId="15" w16cid:durableId="2139566622">
    <w:abstractNumId w:val="7"/>
  </w:num>
  <w:num w:numId="16" w16cid:durableId="821892868">
    <w:abstractNumId w:val="6"/>
  </w:num>
  <w:num w:numId="17" w16cid:durableId="662466241">
    <w:abstractNumId w:val="11"/>
  </w:num>
  <w:num w:numId="18" w16cid:durableId="1337685062">
    <w:abstractNumId w:val="23"/>
  </w:num>
  <w:num w:numId="19" w16cid:durableId="1794521888">
    <w:abstractNumId w:val="20"/>
  </w:num>
  <w:num w:numId="20" w16cid:durableId="1277635709">
    <w:abstractNumId w:val="24"/>
  </w:num>
  <w:num w:numId="21" w16cid:durableId="502621768">
    <w:abstractNumId w:val="22"/>
  </w:num>
  <w:num w:numId="22" w16cid:durableId="731854088">
    <w:abstractNumId w:val="10"/>
  </w:num>
  <w:num w:numId="23" w16cid:durableId="573509906">
    <w:abstractNumId w:val="12"/>
  </w:num>
  <w:num w:numId="24" w16cid:durableId="1612783325">
    <w:abstractNumId w:val="15"/>
  </w:num>
  <w:num w:numId="25" w16cid:durableId="1718043575">
    <w:abstractNumId w:val="13"/>
  </w:num>
  <w:num w:numId="26" w16cid:durableId="1608585443">
    <w:abstractNumId w:val="26"/>
  </w:num>
  <w:num w:numId="27" w16cid:durableId="12294181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DA3"/>
    <w:rsid w:val="00092A4E"/>
    <w:rsid w:val="00093E06"/>
    <w:rsid w:val="000A6F52"/>
    <w:rsid w:val="001208BC"/>
    <w:rsid w:val="00143FBA"/>
    <w:rsid w:val="0015060E"/>
    <w:rsid w:val="0015074B"/>
    <w:rsid w:val="001F4B3D"/>
    <w:rsid w:val="0022768F"/>
    <w:rsid w:val="00253C0E"/>
    <w:rsid w:val="0029639D"/>
    <w:rsid w:val="002A50AA"/>
    <w:rsid w:val="002D6FC7"/>
    <w:rsid w:val="003075C8"/>
    <w:rsid w:val="00326F90"/>
    <w:rsid w:val="0032760F"/>
    <w:rsid w:val="00351D1E"/>
    <w:rsid w:val="00392644"/>
    <w:rsid w:val="00392D6A"/>
    <w:rsid w:val="004054D8"/>
    <w:rsid w:val="00451737"/>
    <w:rsid w:val="004B1189"/>
    <w:rsid w:val="004C66BA"/>
    <w:rsid w:val="004D75E7"/>
    <w:rsid w:val="00545527"/>
    <w:rsid w:val="00554139"/>
    <w:rsid w:val="005734FE"/>
    <w:rsid w:val="005948A0"/>
    <w:rsid w:val="005F4266"/>
    <w:rsid w:val="00605605"/>
    <w:rsid w:val="006317B4"/>
    <w:rsid w:val="00634F43"/>
    <w:rsid w:val="00687892"/>
    <w:rsid w:val="00695E71"/>
    <w:rsid w:val="00702272"/>
    <w:rsid w:val="00782BFF"/>
    <w:rsid w:val="007861A1"/>
    <w:rsid w:val="00787E8F"/>
    <w:rsid w:val="007A6ED7"/>
    <w:rsid w:val="00811889"/>
    <w:rsid w:val="00830C8E"/>
    <w:rsid w:val="008649B0"/>
    <w:rsid w:val="0089165A"/>
    <w:rsid w:val="00891F2D"/>
    <w:rsid w:val="00897308"/>
    <w:rsid w:val="008C1F52"/>
    <w:rsid w:val="008E11F0"/>
    <w:rsid w:val="00917155"/>
    <w:rsid w:val="00924354"/>
    <w:rsid w:val="009277AD"/>
    <w:rsid w:val="009346CA"/>
    <w:rsid w:val="00977007"/>
    <w:rsid w:val="009F1CD6"/>
    <w:rsid w:val="00A246C0"/>
    <w:rsid w:val="00A45531"/>
    <w:rsid w:val="00AA1D8D"/>
    <w:rsid w:val="00AC1767"/>
    <w:rsid w:val="00AC1C39"/>
    <w:rsid w:val="00AC4D12"/>
    <w:rsid w:val="00AE3DE7"/>
    <w:rsid w:val="00AE502A"/>
    <w:rsid w:val="00AF754D"/>
    <w:rsid w:val="00B46620"/>
    <w:rsid w:val="00B47730"/>
    <w:rsid w:val="00B67981"/>
    <w:rsid w:val="00B745D7"/>
    <w:rsid w:val="00BA74D5"/>
    <w:rsid w:val="00BC40AD"/>
    <w:rsid w:val="00BE3D2C"/>
    <w:rsid w:val="00C05F6B"/>
    <w:rsid w:val="00C4091F"/>
    <w:rsid w:val="00C64DAD"/>
    <w:rsid w:val="00C9268D"/>
    <w:rsid w:val="00CA04FD"/>
    <w:rsid w:val="00CB0664"/>
    <w:rsid w:val="00CD0180"/>
    <w:rsid w:val="00D44F4F"/>
    <w:rsid w:val="00D46C11"/>
    <w:rsid w:val="00D83845"/>
    <w:rsid w:val="00DB50BD"/>
    <w:rsid w:val="00DB7310"/>
    <w:rsid w:val="00DF7D51"/>
    <w:rsid w:val="00EC368A"/>
    <w:rsid w:val="00F0284B"/>
    <w:rsid w:val="00F22852"/>
    <w:rsid w:val="00F35FBD"/>
    <w:rsid w:val="00F41FBB"/>
    <w:rsid w:val="00F509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73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D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D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D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66BA"/>
    <w:pPr>
      <w:spacing w:after="0" w:line="240" w:lineRule="auto"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DF7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A64471521</value>
    </field>
    <field name="Objective-Title">
      <value order="0">7. 4 plus 1 tool_Template_Cymraeg</value>
    </field>
    <field name="Objective-Description">
      <value order="0"/>
    </field>
    <field name="Objective-CreationStamp">
      <value order="0">2026-09-08T13:29:37Z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2026-10-05T11:18:16Z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vA116025609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2026-10-20T13:45:00Z</dcterms:created>
  <dcterms:modified xsi:type="dcterms:W3CDTF">2026-10-20T13:45:00Z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A64471521</vt:lpwstr>
  </property>
  <property fmtid="{D5CDD505-2E9C-101B-9397-08002B2CF9AE}" pid="5" name="Objective-Title">
    <vt:lpwstr>7. 4 plus 1 tool_Template_Cymraeg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2026-09-08T13:29:37Z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2026-10-05T11:18:16Z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vA116025609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