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607D1" w14:textId="4A6353F1" w:rsidR="00E23D20" w:rsidRPr="000160E0" w:rsidRDefault="0050288A" w:rsidP="004812A6">
      <w:pPr>
        <w:jc w:val="center"/>
        <w:rPr>
          <w:rFonts w:ascii="Arial" w:hAnsi="Arial" w:cs="Arial"/>
          <w:b/>
          <w:bCs/>
          <w:sz w:val="40"/>
          <w:szCs w:val="40"/>
          <w:lang w:val="cy-GB"/>
        </w:rPr>
      </w:pPr>
      <w:r w:rsidRPr="000160E0">
        <w:rPr>
          <w:rFonts w:ascii="Arial" w:hAnsi="Arial" w:cs="Arial"/>
          <w:b/>
          <w:bCs/>
          <w:sz w:val="40"/>
          <w:szCs w:val="40"/>
          <w:lang w:val="cy-GB"/>
        </w:rPr>
        <w:t xml:space="preserve">Cynlluniau Digonolrwydd Blynyddol: </w:t>
      </w:r>
      <w:r w:rsidR="004812A6" w:rsidRPr="000160E0">
        <w:rPr>
          <w:rFonts w:ascii="Arial" w:hAnsi="Arial" w:cs="Arial"/>
          <w:b/>
          <w:bCs/>
          <w:sz w:val="40"/>
          <w:szCs w:val="40"/>
          <w:lang w:val="cy-GB"/>
        </w:rPr>
        <w:br/>
      </w:r>
      <w:r w:rsidRPr="000160E0">
        <w:rPr>
          <w:rFonts w:ascii="Arial" w:hAnsi="Arial" w:cs="Arial"/>
          <w:b/>
          <w:bCs/>
          <w:sz w:val="40"/>
          <w:szCs w:val="40"/>
          <w:lang w:val="cy-GB"/>
        </w:rPr>
        <w:t>Canllaw a Thempled i Awdurdodau Lleol</w:t>
      </w:r>
    </w:p>
    <w:p w14:paraId="5B672D67" w14:textId="538910A4" w:rsidR="001D001B" w:rsidRPr="004C4328" w:rsidRDefault="0050288A" w:rsidP="004C4328">
      <w:pPr>
        <w:pStyle w:val="Heading1"/>
        <w:rPr>
          <w:rFonts w:ascii="Arial" w:hAnsi="Arial" w:cs="Arial"/>
          <w:color w:val="000000" w:themeColor="text1"/>
          <w:lang w:val="cy-GB"/>
        </w:rPr>
      </w:pPr>
      <w:r w:rsidRPr="004C4328">
        <w:rPr>
          <w:rFonts w:ascii="Arial" w:hAnsi="Arial" w:cs="Arial"/>
          <w:color w:val="000000" w:themeColor="text1"/>
          <w:lang w:val="cy-GB"/>
        </w:rPr>
        <w:t xml:space="preserve">1. Diben </w:t>
      </w:r>
    </w:p>
    <w:p w14:paraId="5915B41A" w14:textId="6E7B7C5C" w:rsidR="00ED5087" w:rsidRPr="0032387A" w:rsidRDefault="0050288A" w:rsidP="00E27377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Bwriad y canllaw hwn yw cefnogi awdurdodau lleol i baratoi cynlluniau digonolrwydd blynyddol fel rhan 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u dyletswydd i sicrhau llety digonol i blant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derbyn gofal, fel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ofynnol gan adran 75A o Ddeddf Gwasanaethau Cymdeithasol a Llesiant (Cymru) 2014 (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“</w:t>
      </w:r>
      <w:r w:rsidRPr="000160E0">
        <w:rPr>
          <w:rFonts w:ascii="Arial" w:hAnsi="Arial" w:cs="Arial"/>
          <w:sz w:val="24"/>
          <w:szCs w:val="24"/>
          <w:lang w:val="cy-GB"/>
        </w:rPr>
        <w:t>Deddf 2014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”</w:t>
      </w:r>
      <w:r w:rsidRPr="000160E0">
        <w:rPr>
          <w:rFonts w:ascii="Arial" w:hAnsi="Arial" w:cs="Arial"/>
          <w:sz w:val="24"/>
          <w:szCs w:val="24"/>
          <w:lang w:val="cy-GB"/>
        </w:rPr>
        <w:t>), fel 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i diwygiwyd gan Ddeddf Iechyd a Gofal Cymdeithasol (Cymru) 2025 (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“</w:t>
      </w:r>
      <w:r w:rsidRPr="000160E0">
        <w:rPr>
          <w:rFonts w:ascii="Arial" w:hAnsi="Arial" w:cs="Arial"/>
          <w:sz w:val="24"/>
          <w:szCs w:val="24"/>
          <w:lang w:val="cy-GB"/>
        </w:rPr>
        <w:t>Deddf 2025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”</w:t>
      </w:r>
      <w:r w:rsidRPr="000160E0">
        <w:rPr>
          <w:rFonts w:ascii="Arial" w:hAnsi="Arial" w:cs="Arial"/>
          <w:sz w:val="24"/>
          <w:szCs w:val="24"/>
          <w:lang w:val="cy-GB"/>
        </w:rPr>
        <w:t>).</w:t>
      </w:r>
    </w:p>
    <w:p w14:paraId="6568D84E" w14:textId="221B9D4D" w:rsidR="006E05E2" w:rsidRPr="0032387A" w:rsidRDefault="006E05E2" w:rsidP="00E27377">
      <w:pPr>
        <w:spacing w:after="0"/>
        <w:rPr>
          <w:rFonts w:ascii="Arial" w:hAnsi="Arial" w:cs="Arial"/>
          <w:sz w:val="24"/>
          <w:szCs w:val="24"/>
          <w:lang w:val="cy-GB"/>
        </w:rPr>
      </w:pPr>
    </w:p>
    <w:p w14:paraId="510F3D9C" w14:textId="66EB4438" w:rsidR="00E5623B" w:rsidRPr="0032387A" w:rsidRDefault="0050288A" w:rsidP="00E27377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Fe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i cyd-gynhyrchwyd trwy drafodaethau rhwng Llywodraeth Cymru a llywodraeth leol, ac mae wedi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i gynllunio i gefnogi awdurdodau lleol i fodloni eu gofynion statudol trwy: </w:t>
      </w:r>
    </w:p>
    <w:p w14:paraId="4157210C" w14:textId="77777777" w:rsidR="00E5623B" w:rsidRPr="0032387A" w:rsidRDefault="00E5623B" w:rsidP="00E27377">
      <w:pPr>
        <w:spacing w:after="0"/>
        <w:rPr>
          <w:rFonts w:ascii="Arial" w:hAnsi="Arial" w:cs="Arial"/>
          <w:sz w:val="24"/>
          <w:szCs w:val="24"/>
          <w:lang w:val="cy-GB"/>
        </w:rPr>
      </w:pPr>
    </w:p>
    <w:p w14:paraId="5B0D35FE" w14:textId="66E50F54" w:rsidR="00E5623B" w:rsidRPr="0032387A" w:rsidRDefault="0050288A" w:rsidP="00E5623B">
      <w:pPr>
        <w:pStyle w:val="ListParagraph"/>
        <w:numPr>
          <w:ilvl w:val="0"/>
          <w:numId w:val="45"/>
        </w:num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D</w:t>
      </w:r>
      <w:r w:rsidR="00397310" w:rsidRPr="000160E0">
        <w:rPr>
          <w:rFonts w:ascii="Arial" w:hAnsi="Arial" w:cs="Arial"/>
          <w:sz w:val="24"/>
          <w:szCs w:val="24"/>
          <w:lang w:val="cy-GB"/>
        </w:rPr>
        <w:t>d</w:t>
      </w:r>
      <w:r w:rsidRPr="000160E0">
        <w:rPr>
          <w:rFonts w:ascii="Arial" w:hAnsi="Arial" w:cs="Arial"/>
          <w:sz w:val="24"/>
          <w:szCs w:val="24"/>
          <w:lang w:val="cy-GB"/>
        </w:rPr>
        <w:t>arparu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cyd-destun deddfwriaethol a pholisi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sail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gofynion hynny</w:t>
      </w:r>
      <w:r w:rsidR="006A1867">
        <w:rPr>
          <w:rFonts w:ascii="Arial" w:hAnsi="Arial" w:cs="Arial"/>
          <w:sz w:val="24"/>
          <w:szCs w:val="24"/>
          <w:lang w:val="cy-GB"/>
        </w:rPr>
        <w:t>.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</w:t>
      </w:r>
    </w:p>
    <w:p w14:paraId="659EB97D" w14:textId="5ECFD9D8" w:rsidR="00E5623B" w:rsidRPr="0032387A" w:rsidRDefault="0050288A" w:rsidP="00AB1BEA">
      <w:pPr>
        <w:pStyle w:val="ListParagraph"/>
        <w:numPr>
          <w:ilvl w:val="0"/>
          <w:numId w:val="45"/>
        </w:num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Disgrifio goblygiadau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gofynion hynny i awdurdodau lleol wrth iddynt baratoi eu cynlluniau, yn benodol mewn perthynas â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cynlluniau cyntaf, y mae angen cyflwyno drafftiau ohonynt erbyn 1 Rhagfyr 2026 (bydd angen cyflwyno cynlluniau drafft dilynol heb fod yn hwyrach na 2 fis cyn dechrau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flwyddyn ariannol maen nhw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ymwneud â hi)</w:t>
      </w:r>
      <w:r w:rsidR="006A1867">
        <w:rPr>
          <w:rFonts w:ascii="Arial" w:hAnsi="Arial" w:cs="Arial"/>
          <w:sz w:val="24"/>
          <w:szCs w:val="24"/>
          <w:lang w:val="cy-GB"/>
        </w:rPr>
        <w:t>.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</w:t>
      </w:r>
    </w:p>
    <w:p w14:paraId="455CA6D3" w14:textId="186CDC86" w:rsidR="00E5623B" w:rsidRPr="0032387A" w:rsidRDefault="0050288A" w:rsidP="00596D60">
      <w:pPr>
        <w:pStyle w:val="ListParagraph"/>
        <w:numPr>
          <w:ilvl w:val="0"/>
          <w:numId w:val="45"/>
        </w:num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Disgrifio sut y dylid cyflwyno gwybodaeth o fewn y cynlluniau hynny </w:t>
      </w:r>
    </w:p>
    <w:p w14:paraId="663A6A53" w14:textId="5856A567" w:rsidR="00E5623B" w:rsidRPr="0032387A" w:rsidRDefault="0050288A" w:rsidP="00E5623B">
      <w:pPr>
        <w:pStyle w:val="ListParagraph"/>
        <w:numPr>
          <w:ilvl w:val="0"/>
          <w:numId w:val="45"/>
        </w:num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Egluro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amserlenni a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broses ar gyfer cymeradwyo mewnol gan awdurdodau lleol cyn eu cyflwyno i Lywodraeth Cymru a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u cyhoeddi maes o law. </w:t>
      </w:r>
    </w:p>
    <w:p w14:paraId="55B5EC9F" w14:textId="3A56E0EC" w:rsidR="00357F40" w:rsidRPr="0032387A" w:rsidRDefault="0050288A" w:rsidP="00E5623B">
      <w:pPr>
        <w:pStyle w:val="ListParagraph"/>
        <w:numPr>
          <w:ilvl w:val="0"/>
          <w:numId w:val="45"/>
        </w:num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Darparu templed electronig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n nodi adrannau gofynnol y </w:t>
      </w:r>
      <w:r w:rsidR="00B74CED" w:rsidRPr="000160E0">
        <w:rPr>
          <w:rFonts w:ascii="Arial" w:hAnsi="Arial" w:cs="Arial"/>
          <w:sz w:val="24"/>
          <w:szCs w:val="24"/>
          <w:lang w:val="cy-GB"/>
        </w:rPr>
        <w:t>c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ynlluniau, </w:t>
      </w:r>
      <w:r w:rsidR="000E1D6B" w:rsidRPr="000160E0">
        <w:rPr>
          <w:rFonts w:ascii="Arial" w:hAnsi="Arial" w:cs="Arial"/>
          <w:sz w:val="24"/>
          <w:szCs w:val="24"/>
          <w:lang w:val="cy-GB"/>
        </w:rPr>
        <w:t>a ddarperir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yn Atodiad A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canllaw</w:t>
      </w:r>
      <w:r w:rsidR="000E1D6B" w:rsidRPr="000160E0">
        <w:rPr>
          <w:rFonts w:ascii="Arial" w:hAnsi="Arial" w:cs="Arial"/>
          <w:sz w:val="24"/>
          <w:szCs w:val="24"/>
          <w:lang w:val="cy-GB"/>
        </w:rPr>
        <w:t xml:space="preserve"> hwn</w:t>
      </w:r>
      <w:r w:rsidRPr="000160E0">
        <w:rPr>
          <w:rFonts w:ascii="Arial" w:hAnsi="Arial" w:cs="Arial"/>
          <w:sz w:val="24"/>
          <w:szCs w:val="24"/>
          <w:lang w:val="cy-GB"/>
        </w:rPr>
        <w:t>.</w:t>
      </w:r>
    </w:p>
    <w:p w14:paraId="5ADE363E" w14:textId="397F68AC" w:rsidR="00E5623B" w:rsidRPr="0032387A" w:rsidRDefault="00E5623B" w:rsidP="00E5623B">
      <w:pPr>
        <w:spacing w:after="0"/>
        <w:rPr>
          <w:rFonts w:ascii="Arial" w:hAnsi="Arial" w:cs="Arial"/>
          <w:sz w:val="24"/>
          <w:szCs w:val="24"/>
          <w:lang w:val="cy-GB"/>
        </w:rPr>
      </w:pPr>
    </w:p>
    <w:p w14:paraId="32C79C42" w14:textId="465A7215" w:rsidR="009B31C9" w:rsidRPr="0032387A" w:rsidRDefault="0050288A" w:rsidP="00E5623B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Y bwriad yw creu cysondeb a chymhariaeth ar draws cynlluniau digonolrwydd mewn perthynas â data a gwybodaeth graidd, </w:t>
      </w:r>
      <w:r w:rsidR="00C773BF" w:rsidRPr="000160E0">
        <w:rPr>
          <w:rFonts w:ascii="Arial" w:hAnsi="Arial" w:cs="Arial"/>
          <w:sz w:val="24"/>
          <w:szCs w:val="24"/>
          <w:lang w:val="cy-GB"/>
        </w:rPr>
        <w:t>gan g</w:t>
      </w:r>
      <w:r w:rsidRPr="000160E0">
        <w:rPr>
          <w:rFonts w:ascii="Arial" w:hAnsi="Arial" w:cs="Arial"/>
          <w:sz w:val="24"/>
          <w:szCs w:val="24"/>
          <w:lang w:val="cy-GB"/>
        </w:rPr>
        <w:t>aniatáu cynnwys gwybodaeth gyd-destunol leol a fydd yn sefydlu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r amgylchedd polisi a gweithredu </w:t>
      </w:r>
      <w:r w:rsidR="00CF03E8" w:rsidRPr="000160E0">
        <w:rPr>
          <w:rFonts w:ascii="Arial" w:hAnsi="Arial" w:cs="Arial"/>
          <w:sz w:val="24"/>
          <w:szCs w:val="24"/>
          <w:lang w:val="cy-GB"/>
        </w:rPr>
        <w:t>y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bydd cynlluniau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cael eu cyflawni</w:t>
      </w:r>
      <w:r w:rsidR="00CF03E8" w:rsidRPr="000160E0">
        <w:rPr>
          <w:rFonts w:ascii="Arial" w:hAnsi="Arial" w:cs="Arial"/>
          <w:sz w:val="24"/>
          <w:szCs w:val="24"/>
          <w:lang w:val="cy-GB"/>
        </w:rPr>
        <w:t xml:space="preserve"> ynddo</w:t>
      </w:r>
      <w:r w:rsidRPr="000160E0">
        <w:rPr>
          <w:rFonts w:ascii="Arial" w:hAnsi="Arial" w:cs="Arial"/>
          <w:sz w:val="24"/>
          <w:szCs w:val="24"/>
          <w:lang w:val="cy-GB"/>
        </w:rPr>
        <w:t>.</w:t>
      </w:r>
    </w:p>
    <w:p w14:paraId="7F369AE4" w14:textId="1E5B61E7" w:rsidR="0080411C" w:rsidRPr="0032387A" w:rsidRDefault="0050288A" w:rsidP="00E5623B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 </w:t>
      </w:r>
    </w:p>
    <w:p w14:paraId="4E180FC0" w14:textId="34015F72" w:rsidR="00EF3260" w:rsidRPr="0027439D" w:rsidRDefault="0050288A" w:rsidP="0027439D">
      <w:pPr>
        <w:pStyle w:val="Heading1"/>
        <w:rPr>
          <w:rFonts w:ascii="Arial" w:hAnsi="Arial" w:cs="Arial"/>
        </w:rPr>
      </w:pPr>
      <w:r w:rsidRPr="004C4328">
        <w:rPr>
          <w:rFonts w:ascii="Arial" w:hAnsi="Arial" w:cs="Arial"/>
          <w:color w:val="000000" w:themeColor="text1"/>
          <w:lang w:val="cy-GB"/>
        </w:rPr>
        <w:t>2. Cyd-destun deddfwriaethol a pholisi</w:t>
      </w:r>
    </w:p>
    <w:p w14:paraId="79EB1BB0" w14:textId="33DFB7D9" w:rsidR="001D001B" w:rsidRPr="004C4328" w:rsidRDefault="0050288A" w:rsidP="004C4328">
      <w:pPr>
        <w:pStyle w:val="Heading2"/>
        <w:rPr>
          <w:rFonts w:ascii="Arial" w:hAnsi="Arial" w:cs="Arial"/>
          <w:color w:val="000000" w:themeColor="text1"/>
        </w:rPr>
      </w:pPr>
      <w:r w:rsidRPr="004C4328">
        <w:rPr>
          <w:rFonts w:ascii="Arial" w:hAnsi="Arial" w:cs="Arial"/>
          <w:color w:val="000000" w:themeColor="text1"/>
          <w:lang w:val="cy-GB"/>
        </w:rPr>
        <w:t>2.1 Dileu elw o ofal plant sy</w:t>
      </w:r>
      <w:r w:rsidR="004812A6" w:rsidRPr="004C4328">
        <w:rPr>
          <w:rFonts w:ascii="Arial" w:hAnsi="Arial" w:cs="Arial"/>
          <w:color w:val="000000" w:themeColor="text1"/>
          <w:lang w:val="cy-GB"/>
        </w:rPr>
        <w:t>’</w:t>
      </w:r>
      <w:r w:rsidRPr="004C4328">
        <w:rPr>
          <w:rFonts w:ascii="Arial" w:hAnsi="Arial" w:cs="Arial"/>
          <w:color w:val="000000" w:themeColor="text1"/>
          <w:lang w:val="cy-GB"/>
        </w:rPr>
        <w:t>n derbyn gofal</w:t>
      </w:r>
    </w:p>
    <w:p w14:paraId="4B9229AB" w14:textId="22B69FE9" w:rsidR="001D001B" w:rsidRPr="000160E0" w:rsidRDefault="0050288A" w:rsidP="001D001B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Mae Deddf 2025 yn cynnwys darpariaethau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cyfyngu ar wneud elw o:</w:t>
      </w:r>
    </w:p>
    <w:p w14:paraId="24BAEB4D" w14:textId="77777777" w:rsidR="001D001B" w:rsidRPr="000160E0" w:rsidRDefault="001D001B" w:rsidP="001D001B">
      <w:pPr>
        <w:spacing w:after="0"/>
        <w:rPr>
          <w:rFonts w:ascii="Arial" w:hAnsi="Arial" w:cs="Arial"/>
          <w:sz w:val="24"/>
          <w:szCs w:val="24"/>
        </w:rPr>
      </w:pPr>
    </w:p>
    <w:p w14:paraId="41557357" w14:textId="73263451" w:rsidR="001D001B" w:rsidRPr="000160E0" w:rsidRDefault="0050288A" w:rsidP="001D001B">
      <w:pPr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lastRenderedPageBreak/>
        <w:t>wasanaethau cartrefi plant.</w:t>
      </w:r>
    </w:p>
    <w:p w14:paraId="0636B1DE" w14:textId="77777777" w:rsidR="001D001B" w:rsidRPr="000160E0" w:rsidRDefault="0050288A" w:rsidP="001D001B">
      <w:pPr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gwasanaethau llety diogel; a</w:t>
      </w:r>
    </w:p>
    <w:p w14:paraId="7B523C48" w14:textId="601FF929" w:rsidR="001D001B" w:rsidRPr="000160E0" w:rsidRDefault="0050288A" w:rsidP="001D001B">
      <w:pPr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gwasanaethau maethu.</w:t>
      </w:r>
    </w:p>
    <w:p w14:paraId="3E4883B8" w14:textId="77777777" w:rsidR="001D001B" w:rsidRPr="000160E0" w:rsidRDefault="001D001B" w:rsidP="001D001B">
      <w:pPr>
        <w:spacing w:after="0"/>
        <w:ind w:left="720"/>
        <w:rPr>
          <w:rFonts w:ascii="Arial" w:hAnsi="Arial" w:cs="Arial"/>
          <w:sz w:val="24"/>
          <w:szCs w:val="24"/>
        </w:rPr>
      </w:pPr>
    </w:p>
    <w:p w14:paraId="1CDF7D8F" w14:textId="42801788" w:rsidR="001D001B" w:rsidRPr="000160E0" w:rsidRDefault="0050288A" w:rsidP="001D001B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Gyda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i gilydd, 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rhain yn cael eu galw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n 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‘</w:t>
      </w:r>
      <w:r w:rsidRPr="000160E0">
        <w:rPr>
          <w:rFonts w:ascii="Arial" w:hAnsi="Arial" w:cs="Arial"/>
          <w:sz w:val="24"/>
          <w:szCs w:val="24"/>
          <w:lang w:val="cy-GB"/>
        </w:rPr>
        <w:t>wasanaethau plant o dan gyfyngiad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.</w:t>
      </w:r>
    </w:p>
    <w:p w14:paraId="0BCCEA9F" w14:textId="77777777" w:rsidR="00941C6D" w:rsidRPr="000160E0" w:rsidRDefault="00941C6D" w:rsidP="001D001B">
      <w:pPr>
        <w:spacing w:after="0"/>
        <w:rPr>
          <w:rFonts w:ascii="Arial" w:hAnsi="Arial" w:cs="Arial"/>
          <w:sz w:val="24"/>
          <w:szCs w:val="24"/>
        </w:rPr>
      </w:pPr>
    </w:p>
    <w:p w14:paraId="42199691" w14:textId="26D4459A" w:rsidR="001D001B" w:rsidRPr="000160E0" w:rsidRDefault="0050288A" w:rsidP="001D001B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Mae Deddf 2025 yn sefydlu cyfres o drefniadau pontio, </w:t>
      </w:r>
      <w:r w:rsidR="00045DBE" w:rsidRPr="000160E0">
        <w:rPr>
          <w:rFonts w:ascii="Arial" w:hAnsi="Arial" w:cs="Arial"/>
          <w:sz w:val="24"/>
          <w:szCs w:val="24"/>
          <w:lang w:val="cy-GB"/>
        </w:rPr>
        <w:t xml:space="preserve">gyda </w:t>
      </w:r>
      <w:r w:rsidRPr="000160E0">
        <w:rPr>
          <w:rFonts w:ascii="Arial" w:hAnsi="Arial" w:cs="Arial"/>
          <w:sz w:val="24"/>
          <w:szCs w:val="24"/>
          <w:lang w:val="cy-GB"/>
        </w:rPr>
        <w:t>rhai wedi dod i rym o 1 Ebrill 2026, gan arwain yn y pen draw at sefyllfa lle mai dim ond endidau nid-er-elw sydd wedi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u cofrestru gydag Arolygiaeth Gofal Cymru (AGC) fydd </w:t>
      </w:r>
      <w:r w:rsidR="0039572C" w:rsidRPr="000160E0">
        <w:rPr>
          <w:rFonts w:ascii="Arial" w:hAnsi="Arial" w:cs="Arial"/>
          <w:sz w:val="24"/>
          <w:szCs w:val="24"/>
          <w:lang w:val="cy-GB"/>
        </w:rPr>
        <w:t xml:space="preserve">yn cael </w:t>
      </w:r>
      <w:r w:rsidRPr="000160E0">
        <w:rPr>
          <w:rFonts w:ascii="Arial" w:hAnsi="Arial" w:cs="Arial"/>
          <w:sz w:val="24"/>
          <w:szCs w:val="24"/>
          <w:lang w:val="cy-GB"/>
        </w:rPr>
        <w:t>darparu gwasanaethau plant o dan gyfyngiad (ac eithrio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rhai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cael eu darparu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uniongyrchol gan awdurdodau lleol).</w:t>
      </w:r>
    </w:p>
    <w:p w14:paraId="7ED47FFE" w14:textId="3255C00C" w:rsidR="00CC004F" w:rsidRPr="0027439D" w:rsidRDefault="0050288A" w:rsidP="0027439D">
      <w:pPr>
        <w:pStyle w:val="Heading2"/>
        <w:spacing w:after="120"/>
        <w:rPr>
          <w:rFonts w:ascii="Arial" w:hAnsi="Arial" w:cs="Arial"/>
          <w:color w:val="000000" w:themeColor="text1"/>
        </w:rPr>
      </w:pPr>
      <w:r w:rsidRPr="004C4328">
        <w:rPr>
          <w:rFonts w:ascii="Arial" w:hAnsi="Arial" w:cs="Arial"/>
          <w:color w:val="000000" w:themeColor="text1"/>
          <w:lang w:val="cy-GB"/>
        </w:rPr>
        <w:t>2.2 Adran 75A i 75D newydd a newidiadau i ddyletswydd ddigonolrwydd adran 75(1)</w:t>
      </w:r>
    </w:p>
    <w:p w14:paraId="08C9538B" w14:textId="4C33B78C" w:rsidR="00E27377" w:rsidRPr="000160E0" w:rsidRDefault="0050288A" w:rsidP="00E27377">
      <w:pPr>
        <w:tabs>
          <w:tab w:val="left" w:pos="4820"/>
        </w:tabs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Mae Deddf 2025 yn mewnosod adran 75A newydd yn Neddf 2014 ac yn diwygio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ddyletswydd ddigonolrwydd bresennol yn adran 75(1).</w:t>
      </w:r>
      <w:r w:rsidR="004812A6" w:rsidRPr="000160E0">
        <w:rPr>
          <w:rFonts w:ascii="Arial" w:hAnsi="Arial" w:cs="Arial"/>
          <w:sz w:val="24"/>
          <w:szCs w:val="24"/>
          <w:lang w:val="cy-GB"/>
        </w:rPr>
        <w:t xml:space="preserve"> </w:t>
      </w:r>
    </w:p>
    <w:p w14:paraId="49F97D3B" w14:textId="77777777" w:rsidR="00E27377" w:rsidRPr="000160E0" w:rsidRDefault="00E27377" w:rsidP="001D001B">
      <w:pPr>
        <w:spacing w:after="0"/>
        <w:rPr>
          <w:rFonts w:ascii="Arial" w:hAnsi="Arial" w:cs="Arial"/>
          <w:sz w:val="24"/>
          <w:szCs w:val="24"/>
        </w:rPr>
      </w:pPr>
    </w:p>
    <w:p w14:paraId="136DA219" w14:textId="509F73D6" w:rsidR="00E27377" w:rsidRPr="000160E0" w:rsidRDefault="0050288A" w:rsidP="001D001B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Mae </w:t>
      </w: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adran 75A </w:t>
      </w:r>
      <w:r w:rsidRPr="000160E0">
        <w:rPr>
          <w:rFonts w:ascii="Arial" w:hAnsi="Arial" w:cs="Arial"/>
          <w:sz w:val="24"/>
          <w:szCs w:val="24"/>
          <w:lang w:val="cy-GB"/>
        </w:rPr>
        <w:t>yn ei gwneud yn ofynnol i awdurdodau lleol baratoi a chyhoeddi cynllun (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‘</w:t>
      </w:r>
      <w:r w:rsidRPr="000160E0">
        <w:rPr>
          <w:rFonts w:ascii="Arial" w:hAnsi="Arial" w:cs="Arial"/>
          <w:sz w:val="24"/>
          <w:szCs w:val="24"/>
          <w:lang w:val="cy-GB"/>
        </w:rPr>
        <w:t>cynllun digonolrwydd blynyddol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) </w:t>
      </w:r>
      <w:r w:rsidR="002D7CB3" w:rsidRPr="000160E0">
        <w:rPr>
          <w:rFonts w:ascii="Arial" w:hAnsi="Arial" w:cs="Arial"/>
          <w:sz w:val="24"/>
          <w:szCs w:val="24"/>
          <w:lang w:val="cy-GB"/>
        </w:rPr>
        <w:t>ynghylch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eu dyletswydd adran 75(1). </w:t>
      </w:r>
    </w:p>
    <w:p w14:paraId="1705B36A" w14:textId="77777777" w:rsidR="00E27377" w:rsidRPr="000160E0" w:rsidRDefault="00E27377" w:rsidP="001D001B">
      <w:pPr>
        <w:spacing w:after="0"/>
        <w:rPr>
          <w:rFonts w:ascii="Arial" w:hAnsi="Arial" w:cs="Arial"/>
          <w:sz w:val="24"/>
          <w:szCs w:val="24"/>
        </w:rPr>
      </w:pPr>
    </w:p>
    <w:p w14:paraId="7DBC432A" w14:textId="768C7A06" w:rsidR="00E27377" w:rsidRPr="000160E0" w:rsidRDefault="0050288A" w:rsidP="00E27377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Mae adran 75A hefyd yn cynnwys pwerau gwneud rheol</w:t>
      </w:r>
      <w:r w:rsidR="00ED5F5E" w:rsidRPr="000160E0">
        <w:rPr>
          <w:rFonts w:ascii="Arial" w:hAnsi="Arial" w:cs="Arial"/>
          <w:sz w:val="24"/>
          <w:szCs w:val="24"/>
          <w:lang w:val="cy-GB"/>
        </w:rPr>
        <w:t>iadau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ymwneud â:</w:t>
      </w:r>
    </w:p>
    <w:p w14:paraId="3A698FBB" w14:textId="77777777" w:rsidR="00E27377" w:rsidRPr="000160E0" w:rsidRDefault="00E27377" w:rsidP="00E27377">
      <w:pPr>
        <w:spacing w:after="0"/>
        <w:rPr>
          <w:rFonts w:ascii="Arial" w:hAnsi="Arial" w:cs="Arial"/>
          <w:sz w:val="24"/>
          <w:szCs w:val="24"/>
        </w:rPr>
      </w:pPr>
    </w:p>
    <w:p w14:paraId="7EBBBAF1" w14:textId="257CE70C" w:rsidR="00E27377" w:rsidRPr="000160E0" w:rsidRDefault="0050288A" w:rsidP="00E27377">
      <w:pPr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ffurf cynlluniau digonolrwydd blynyddol (75A(2)(a));</w:t>
      </w:r>
    </w:p>
    <w:p w14:paraId="02FFB0BB" w14:textId="7C577646" w:rsidR="00E27377" w:rsidRPr="000160E0" w:rsidRDefault="0050288A" w:rsidP="00E27377">
      <w:pPr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gwybodaeth ragnodedig am ddarparwyr er-elw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gweithredu yng Nghymru a Lloegr (75A(3)(d)(iii) a (iv)); a</w:t>
      </w:r>
    </w:p>
    <w:p w14:paraId="262BAF1B" w14:textId="2CD13E7E" w:rsidR="00E27377" w:rsidRPr="000160E0" w:rsidRDefault="0050288A" w:rsidP="00E27377">
      <w:pPr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gwybodaeth ychwanegol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w chynnwys mewn cynlluniau (75A(3)(f)).</w:t>
      </w:r>
    </w:p>
    <w:p w14:paraId="50879DC4" w14:textId="77777777" w:rsidR="00E27377" w:rsidRPr="000160E0" w:rsidRDefault="00E27377" w:rsidP="001D001B">
      <w:pPr>
        <w:spacing w:after="0"/>
        <w:rPr>
          <w:rFonts w:ascii="Arial" w:hAnsi="Arial" w:cs="Arial"/>
          <w:sz w:val="24"/>
          <w:szCs w:val="24"/>
        </w:rPr>
      </w:pPr>
    </w:p>
    <w:p w14:paraId="3AD73155" w14:textId="6281B913" w:rsidR="001D001B" w:rsidRPr="000160E0" w:rsidRDefault="00AF32AA" w:rsidP="001D001B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Erbyn hyn, </w:t>
      </w:r>
      <w:r w:rsidR="0050288A" w:rsidRPr="000160E0">
        <w:rPr>
          <w:rFonts w:ascii="Arial" w:hAnsi="Arial" w:cs="Arial"/>
          <w:sz w:val="24"/>
          <w:szCs w:val="24"/>
          <w:lang w:val="cy-GB"/>
        </w:rPr>
        <w:t xml:space="preserve">mae </w:t>
      </w:r>
      <w:r w:rsidR="0050288A" w:rsidRPr="000160E0">
        <w:rPr>
          <w:rFonts w:ascii="Arial" w:hAnsi="Arial" w:cs="Arial"/>
          <w:b/>
          <w:bCs/>
          <w:sz w:val="24"/>
          <w:szCs w:val="24"/>
          <w:lang w:val="cy-GB"/>
        </w:rPr>
        <w:t>adran 75(1)</w:t>
      </w:r>
      <w:r w:rsidR="0050288A" w:rsidRPr="000160E0">
        <w:rPr>
          <w:rFonts w:ascii="Arial" w:hAnsi="Arial" w:cs="Arial"/>
          <w:sz w:val="24"/>
          <w:szCs w:val="24"/>
          <w:lang w:val="cy-GB"/>
        </w:rPr>
        <w:t xml:space="preserve"> yn ei gwneud yn ofynnol i awdurdodau lleol</w:t>
      </w:r>
      <w:r w:rsidR="00205488">
        <w:rPr>
          <w:rFonts w:ascii="Arial" w:hAnsi="Arial" w:cs="Arial"/>
          <w:sz w:val="24"/>
          <w:szCs w:val="24"/>
          <w:lang w:val="cy-GB"/>
        </w:rPr>
        <w:t xml:space="preserve"> gymryd pob cam rhesymol i</w:t>
      </w:r>
      <w:r w:rsidR="0050288A" w:rsidRPr="000160E0">
        <w:rPr>
          <w:rFonts w:ascii="Arial" w:hAnsi="Arial" w:cs="Arial"/>
          <w:sz w:val="24"/>
          <w:szCs w:val="24"/>
          <w:lang w:val="cy-GB"/>
        </w:rPr>
        <w:t>:</w:t>
      </w:r>
    </w:p>
    <w:p w14:paraId="3B06AD92" w14:textId="77777777" w:rsidR="00CC004F" w:rsidRPr="000160E0" w:rsidRDefault="00CC004F" w:rsidP="001D001B">
      <w:pPr>
        <w:spacing w:after="0"/>
        <w:rPr>
          <w:rFonts w:ascii="Arial" w:hAnsi="Arial" w:cs="Arial"/>
          <w:sz w:val="24"/>
          <w:szCs w:val="24"/>
        </w:rPr>
      </w:pPr>
    </w:p>
    <w:p w14:paraId="6C8C5661" w14:textId="0EEFF569" w:rsidR="001D001B" w:rsidRPr="000160E0" w:rsidRDefault="0050288A" w:rsidP="001D001B">
      <w:pPr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sicrhau llety i blant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derbyn gofal ganddynt;</w:t>
      </w:r>
    </w:p>
    <w:p w14:paraId="5EDAB289" w14:textId="7CCCF1FB" w:rsidR="001D001B" w:rsidRPr="000160E0" w:rsidRDefault="0050288A" w:rsidP="001D001B">
      <w:pPr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sicrhau llety yn ardal yr awdurdod</w:t>
      </w:r>
      <w:r w:rsidR="002E7637" w:rsidRPr="000160E0">
        <w:rPr>
          <w:rFonts w:ascii="Arial" w:hAnsi="Arial" w:cs="Arial"/>
          <w:sz w:val="24"/>
          <w:szCs w:val="24"/>
          <w:lang w:val="cy-GB"/>
        </w:rPr>
        <w:t>,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neu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agos at ardal yr awdurdod, gan gydnabod y gall lleoliad y tu allan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sir fod yn nes at gymuned gartref y plentyn o dan rai amgylchiadau;</w:t>
      </w:r>
    </w:p>
    <w:p w14:paraId="07000FCF" w14:textId="592DA43A" w:rsidR="001D001B" w:rsidRPr="000160E0" w:rsidRDefault="0050288A" w:rsidP="001D001B">
      <w:pPr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sicrhau llety gydag awdurdodau lleol neu ddarparwyr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bodloni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gofynion nid-er-elw yn unig; ac</w:t>
      </w:r>
    </w:p>
    <w:p w14:paraId="286B2A1A" w14:textId="05F9A743" w:rsidR="001D001B" w:rsidRPr="000160E0" w:rsidRDefault="0050288A" w:rsidP="001D001B">
      <w:pPr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ystyried y budd o gael </w:t>
      </w:r>
      <w:r w:rsidR="00DF500C" w:rsidRPr="000160E0">
        <w:rPr>
          <w:rFonts w:ascii="Arial" w:hAnsi="Arial" w:cs="Arial"/>
          <w:sz w:val="24"/>
          <w:szCs w:val="24"/>
          <w:lang w:val="cy-GB"/>
        </w:rPr>
        <w:t xml:space="preserve">gwahanol fathau o </w:t>
      </w:r>
      <w:r w:rsidRPr="000160E0">
        <w:rPr>
          <w:rFonts w:ascii="Arial" w:hAnsi="Arial" w:cs="Arial"/>
          <w:sz w:val="24"/>
          <w:szCs w:val="24"/>
          <w:lang w:val="cy-GB"/>
        </w:rPr>
        <w:t>lety o fewn eu hardal</w:t>
      </w:r>
      <w:r w:rsidR="00DF500C" w:rsidRPr="000160E0">
        <w:rPr>
          <w:rFonts w:ascii="Arial" w:hAnsi="Arial" w:cs="Arial"/>
          <w:sz w:val="24"/>
          <w:szCs w:val="24"/>
          <w:lang w:val="cy-GB"/>
        </w:rPr>
        <w:t>,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neu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agos ati</w:t>
      </w:r>
      <w:r w:rsidR="00DF500C" w:rsidRPr="000160E0">
        <w:rPr>
          <w:rFonts w:ascii="Arial" w:hAnsi="Arial" w:cs="Arial"/>
          <w:sz w:val="24"/>
          <w:szCs w:val="24"/>
          <w:lang w:val="cy-GB"/>
        </w:rPr>
        <w:t>,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diwallu anghenion gwahanol y plant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derbyn gofal ganddynt.</w:t>
      </w:r>
    </w:p>
    <w:p w14:paraId="4DE8E623" w14:textId="77777777" w:rsidR="001D001B" w:rsidRPr="000160E0" w:rsidRDefault="001D001B" w:rsidP="001D001B">
      <w:pPr>
        <w:spacing w:after="0"/>
        <w:rPr>
          <w:rFonts w:ascii="Arial" w:hAnsi="Arial" w:cs="Arial"/>
          <w:sz w:val="24"/>
          <w:szCs w:val="24"/>
        </w:rPr>
      </w:pPr>
    </w:p>
    <w:p w14:paraId="36183B75" w14:textId="689BE3A5" w:rsidR="00E27377" w:rsidRPr="0032387A" w:rsidRDefault="0050288A" w:rsidP="001D001B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lastRenderedPageBreak/>
        <w:t>Mae hyn yn cynrychioli newid 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r ddyletswydd flaenorol, a oedd yn canolbwyntio ar sicrhau llety 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“</w:t>
      </w:r>
      <w:r w:rsidRPr="000160E0">
        <w:rPr>
          <w:rFonts w:ascii="Arial" w:hAnsi="Arial" w:cs="Arial"/>
          <w:sz w:val="24"/>
          <w:szCs w:val="24"/>
          <w:lang w:val="cy-GB"/>
        </w:rPr>
        <w:t>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graddau y 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rhesymol ymarferol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”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ac yn pwysleisio darpariaeth o fewn ardal yr awdurdod a nifer y darparwyr. 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r ddyletswydd ddiwygiedig yn caniatáu i ddigonolrwydd gael ei gyflawni hyd yn oed pan fo llety yn cael ei ddarparu gan un darparwr (gan gynnwys yr awdurdod lleol ei hun), ar yr amod bod y llety sydd ar gael yn diwallu anghenion gwahanol </w:t>
      </w:r>
      <w:r w:rsidR="00F01B60" w:rsidRPr="000160E0">
        <w:rPr>
          <w:rFonts w:ascii="Arial" w:hAnsi="Arial" w:cs="Arial"/>
          <w:sz w:val="24"/>
          <w:szCs w:val="24"/>
          <w:lang w:val="cy-GB"/>
        </w:rPr>
        <w:t xml:space="preserve">y </w:t>
      </w:r>
      <w:r w:rsidRPr="000160E0">
        <w:rPr>
          <w:rFonts w:ascii="Arial" w:hAnsi="Arial" w:cs="Arial"/>
          <w:sz w:val="24"/>
          <w:szCs w:val="24"/>
          <w:lang w:val="cy-GB"/>
        </w:rPr>
        <w:t>plant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derbyn gofal gan yr awdurdod.</w:t>
      </w:r>
    </w:p>
    <w:p w14:paraId="4732D5B8" w14:textId="77777777" w:rsidR="00CC004F" w:rsidRPr="0032387A" w:rsidRDefault="00CC004F" w:rsidP="00E27377">
      <w:pPr>
        <w:spacing w:after="0"/>
        <w:rPr>
          <w:rFonts w:ascii="Arial" w:hAnsi="Arial" w:cs="Arial"/>
          <w:sz w:val="24"/>
          <w:szCs w:val="24"/>
          <w:lang w:val="cy-GB"/>
        </w:rPr>
      </w:pPr>
    </w:p>
    <w:p w14:paraId="08B86686" w14:textId="58C947A8" w:rsidR="007A2B9D" w:rsidRPr="000160E0" w:rsidRDefault="0050288A" w:rsidP="00E27377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Mae Deddf 2025 hefyd yn </w:t>
      </w:r>
      <w:r w:rsidR="00F01B60" w:rsidRPr="000160E0">
        <w:rPr>
          <w:rFonts w:ascii="Arial" w:hAnsi="Arial" w:cs="Arial"/>
          <w:sz w:val="24"/>
          <w:szCs w:val="24"/>
          <w:lang w:val="cy-GB"/>
        </w:rPr>
        <w:t>mewnosod</w:t>
      </w:r>
      <w:r w:rsidRPr="000160E0">
        <w:rPr>
          <w:rFonts w:ascii="Arial" w:hAnsi="Arial" w:cs="Arial"/>
          <w:sz w:val="24"/>
          <w:szCs w:val="24"/>
          <w:lang w:val="cy-GB"/>
        </w:rPr>
        <w:t>:</w:t>
      </w:r>
    </w:p>
    <w:p w14:paraId="69367A0D" w14:textId="77777777" w:rsidR="00E27377" w:rsidRPr="000160E0" w:rsidRDefault="00E27377" w:rsidP="00E27377">
      <w:pPr>
        <w:spacing w:after="0"/>
        <w:rPr>
          <w:rFonts w:ascii="Arial" w:hAnsi="Arial" w:cs="Arial"/>
          <w:sz w:val="24"/>
          <w:szCs w:val="24"/>
        </w:rPr>
      </w:pPr>
    </w:p>
    <w:p w14:paraId="722B1DCC" w14:textId="72BBE8C4" w:rsidR="00E27377" w:rsidRPr="000160E0" w:rsidRDefault="0050288A" w:rsidP="00E27377">
      <w:pPr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>adran 75B</w:t>
      </w:r>
      <w:r w:rsidRPr="000160E0">
        <w:rPr>
          <w:rFonts w:ascii="Arial" w:hAnsi="Arial" w:cs="Arial"/>
          <w:sz w:val="24"/>
          <w:szCs w:val="24"/>
          <w:lang w:val="cy-GB"/>
        </w:rPr>
        <w:t>,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ei gwneud yn ofynnol i gynlluniau digonolrwydd blynyddol drafft gael eu cyflwyno i Weinidogion Cymru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w cymeradwyo;</w:t>
      </w:r>
    </w:p>
    <w:p w14:paraId="7B23225A" w14:textId="46A1D44D" w:rsidR="00E27377" w:rsidRPr="000160E0" w:rsidRDefault="0050288A" w:rsidP="00E27377">
      <w:pPr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>adran 75C</w:t>
      </w:r>
      <w:r w:rsidRPr="000160E0">
        <w:rPr>
          <w:rFonts w:ascii="Arial" w:hAnsi="Arial" w:cs="Arial"/>
          <w:sz w:val="24"/>
          <w:szCs w:val="24"/>
          <w:lang w:val="cy-GB"/>
        </w:rPr>
        <w:t>,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nodi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weithdrefn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w dilyn pan na fydd cynllun drafft yn cael ei gymeradwyo; ac</w:t>
      </w:r>
    </w:p>
    <w:p w14:paraId="0DE9D1A8" w14:textId="2DD176C7" w:rsidR="00E27377" w:rsidRPr="000160E0" w:rsidRDefault="0050288A" w:rsidP="00E27377">
      <w:pPr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>adran 75D</w:t>
      </w:r>
      <w:r w:rsidRPr="000160E0">
        <w:rPr>
          <w:rFonts w:ascii="Arial" w:hAnsi="Arial" w:cs="Arial"/>
          <w:sz w:val="24"/>
          <w:szCs w:val="24"/>
          <w:lang w:val="cy-GB"/>
        </w:rPr>
        <w:t>,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n ei gwneud yn ofynnol, ar gyfer pob blwyddyn ariannol y mae cynllun digonolrwydd blynyddol yn ymwneud â hi, i adroddiad blynyddol yr awdurdod lleol nodi gwybodaeth benodol, gan gynnwys: </w:t>
      </w:r>
    </w:p>
    <w:p w14:paraId="5E1CD05A" w14:textId="37981916" w:rsidR="00E27377" w:rsidRPr="000160E0" w:rsidRDefault="0050288A" w:rsidP="00E27377">
      <w:pPr>
        <w:numPr>
          <w:ilvl w:val="1"/>
          <w:numId w:val="13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sut y mae camau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w cymryd gan yr awdurdod lleol yn bwriadu sicrhau bod gan yr awdurdod ddigon o lety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bodloni gofynion paragraffau (a) i (b) o adran 75(1);</w:t>
      </w:r>
    </w:p>
    <w:p w14:paraId="127200FD" w14:textId="77777777" w:rsidR="00E27377" w:rsidRPr="000160E0" w:rsidRDefault="0050288A" w:rsidP="00E27377">
      <w:pPr>
        <w:numPr>
          <w:ilvl w:val="1"/>
          <w:numId w:val="13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nifer y ceisiadau a wnaed i leoli plant mewn lleoliadau atodol; ac</w:t>
      </w:r>
    </w:p>
    <w:p w14:paraId="3A9C99CA" w14:textId="0370F2AE" w:rsidR="00E27377" w:rsidRPr="000160E0" w:rsidRDefault="0050288A" w:rsidP="00E27377">
      <w:pPr>
        <w:numPr>
          <w:ilvl w:val="1"/>
          <w:numId w:val="13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unrhyw wahaniaethau rhwng y</w:t>
      </w:r>
      <w:r w:rsidR="00E250C2" w:rsidRPr="000160E0">
        <w:rPr>
          <w:rFonts w:ascii="Arial" w:hAnsi="Arial" w:cs="Arial"/>
          <w:sz w:val="24"/>
          <w:szCs w:val="24"/>
          <w:lang w:val="cy-GB"/>
        </w:rPr>
        <w:t xml:space="preserve"> defnydd a ddisgwylir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a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defnydd gwirioneddol o leoliadau 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fath.</w:t>
      </w:r>
    </w:p>
    <w:p w14:paraId="5CD8F9DA" w14:textId="77777777" w:rsidR="00EF3260" w:rsidRPr="000160E0" w:rsidRDefault="00EF3260" w:rsidP="00EF3260">
      <w:pPr>
        <w:spacing w:after="0"/>
        <w:rPr>
          <w:rFonts w:ascii="Arial" w:hAnsi="Arial" w:cs="Arial"/>
          <w:sz w:val="24"/>
          <w:szCs w:val="24"/>
        </w:rPr>
      </w:pPr>
    </w:p>
    <w:p w14:paraId="2EF71B24" w14:textId="2E63663A" w:rsidR="00AB1BEA" w:rsidRPr="0027439D" w:rsidRDefault="0050288A" w:rsidP="0027439D">
      <w:pPr>
        <w:pStyle w:val="Heading2"/>
        <w:spacing w:after="120"/>
        <w:rPr>
          <w:rFonts w:ascii="Arial" w:hAnsi="Arial" w:cs="Arial"/>
          <w:color w:val="000000" w:themeColor="text1"/>
          <w:u w:val="single"/>
        </w:rPr>
      </w:pPr>
      <w:r w:rsidRPr="004C4328">
        <w:rPr>
          <w:rFonts w:ascii="Arial" w:hAnsi="Arial" w:cs="Arial"/>
          <w:color w:val="000000" w:themeColor="text1"/>
          <w:lang w:val="cy-GB"/>
        </w:rPr>
        <w:t>2.3 Cychwyn a gwybodaeth am leoliadau atodol</w:t>
      </w:r>
      <w:r w:rsidRPr="004C4328">
        <w:rPr>
          <w:rFonts w:ascii="Arial" w:hAnsi="Arial" w:cs="Arial"/>
          <w:color w:val="000000" w:themeColor="text1"/>
          <w:u w:val="single"/>
          <w:lang w:val="cy-GB"/>
        </w:rPr>
        <w:t xml:space="preserve"> </w:t>
      </w:r>
    </w:p>
    <w:p w14:paraId="2597E063" w14:textId="3C3A5C2E" w:rsidR="00EB5597" w:rsidRPr="000160E0" w:rsidRDefault="0050288A" w:rsidP="00E27377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Mae adran 75A (1), (2), (3)(a) ac (e), adrannau 75B, 75C a 75D(a) o Ddeddf 2014 bellach mewn grym.</w:t>
      </w:r>
      <w:r w:rsidR="004812A6" w:rsidRPr="000160E0">
        <w:rPr>
          <w:rFonts w:ascii="Arial" w:hAnsi="Arial" w:cs="Arial"/>
          <w:sz w:val="24"/>
          <w:szCs w:val="24"/>
          <w:lang w:val="cy-GB"/>
        </w:rPr>
        <w:t xml:space="preserve"> </w:t>
      </w:r>
    </w:p>
    <w:p w14:paraId="1BD8A995" w14:textId="77777777" w:rsidR="00EB5597" w:rsidRPr="000160E0" w:rsidRDefault="00EB5597" w:rsidP="00E27377">
      <w:pPr>
        <w:spacing w:after="0"/>
        <w:rPr>
          <w:rFonts w:ascii="Arial" w:hAnsi="Arial" w:cs="Arial"/>
          <w:sz w:val="24"/>
          <w:szCs w:val="24"/>
        </w:rPr>
      </w:pPr>
    </w:p>
    <w:p w14:paraId="6D76E360" w14:textId="0C16AC74" w:rsidR="00ED5087" w:rsidRPr="0032387A" w:rsidRDefault="0050288A" w:rsidP="00E27377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Nid yw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r gofynion yn yr adran 81B newydd, a fewnosodwyd gan Ddeddf 2025 mewn perthynas â cheisiadau i Weinidogion Cymru gymeradwyo lleoliadau atodol, yn dod i rym tan fis Ebrill 2030. Yn yr un modd, ni fydd y gofyniad i gynnwys mewn cynlluniau digonolrwydd yr wybodaeth a nodir yn adrannau 75A (3)(b), 3(c) a 3(d) </w:t>
      </w:r>
      <w:r w:rsidR="000F6B2C" w:rsidRPr="000160E0">
        <w:rPr>
          <w:rFonts w:ascii="Arial" w:hAnsi="Arial" w:cs="Arial"/>
          <w:sz w:val="24"/>
          <w:szCs w:val="24"/>
          <w:lang w:val="cy-GB"/>
        </w:rPr>
        <w:t xml:space="preserve">sy’n ymwneud </w:t>
      </w:r>
      <w:r w:rsidR="00E0731F" w:rsidRPr="000160E0">
        <w:rPr>
          <w:rFonts w:ascii="Arial" w:hAnsi="Arial" w:cs="Arial"/>
          <w:sz w:val="24"/>
          <w:szCs w:val="24"/>
          <w:lang w:val="cy-GB"/>
        </w:rPr>
        <w:t xml:space="preserve">â lleoliadau atodol </w:t>
      </w:r>
      <w:r w:rsidRPr="000160E0">
        <w:rPr>
          <w:rFonts w:ascii="Arial" w:hAnsi="Arial" w:cs="Arial"/>
          <w:sz w:val="24"/>
          <w:szCs w:val="24"/>
          <w:lang w:val="cy-GB"/>
        </w:rPr>
        <w:t>yn dod i rym yn y blynyddoedd cyntaf chwaith, gan gynnwys unrhyw wybodaeth a ragnodwyd trwy reoliadau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dod o dan adran 75A (3)(d)(iii) a (iv). Felly, ni fydd yn ofynnol i gynlluniau digonolrwydd gynnwys yr wybodaeth hon cyn y rhai a fydd yn cael eu paratoi ar gyfer blwyddyn ariannol 2030-2031. </w:t>
      </w:r>
    </w:p>
    <w:p w14:paraId="09390E26" w14:textId="1F3B559E" w:rsidR="008A0670" w:rsidRPr="0032387A" w:rsidRDefault="0050288A">
      <w:pPr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br w:type="page"/>
      </w:r>
    </w:p>
    <w:p w14:paraId="08AA529D" w14:textId="5C2E2EAF" w:rsidR="00E27377" w:rsidRPr="004C4328" w:rsidRDefault="0050288A" w:rsidP="004C4328">
      <w:pPr>
        <w:pStyle w:val="Heading2"/>
        <w:rPr>
          <w:rFonts w:ascii="Arial" w:hAnsi="Arial" w:cs="Arial"/>
          <w:color w:val="000000" w:themeColor="text1"/>
          <w:u w:val="single"/>
          <w:lang w:val="cy-GB"/>
        </w:rPr>
      </w:pPr>
      <w:r w:rsidRPr="004C4328">
        <w:rPr>
          <w:rFonts w:ascii="Arial" w:hAnsi="Arial" w:cs="Arial"/>
          <w:color w:val="000000" w:themeColor="text1"/>
          <w:lang w:val="cy-GB"/>
        </w:rPr>
        <w:lastRenderedPageBreak/>
        <w:t>2.4 Cynlluniau digonolrwydd blynyddol – diben</w:t>
      </w:r>
    </w:p>
    <w:p w14:paraId="2370E44F" w14:textId="073B4A9E" w:rsidR="00CC004F" w:rsidRPr="0032387A" w:rsidRDefault="0050288A" w:rsidP="00CC004F">
      <w:pPr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Bwriad cynlluniau digonolrwydd blynyddol yw:</w:t>
      </w:r>
    </w:p>
    <w:p w14:paraId="3CF36FB5" w14:textId="66A661C9" w:rsidR="00CC004F" w:rsidRPr="0032387A" w:rsidRDefault="0050288A" w:rsidP="00CC004F">
      <w:pPr>
        <w:numPr>
          <w:ilvl w:val="0"/>
          <w:numId w:val="10"/>
        </w:numPr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hyrwyddo </w:t>
      </w: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dull cydlynol a </w:t>
      </w:r>
      <w:r w:rsidR="00001FD8" w:rsidRPr="000160E0">
        <w:rPr>
          <w:rFonts w:ascii="Arial" w:hAnsi="Arial" w:cs="Arial"/>
          <w:b/>
          <w:bCs/>
          <w:sz w:val="24"/>
          <w:szCs w:val="24"/>
          <w:lang w:val="cy-GB"/>
        </w:rPr>
        <w:t>gynlluniwyd</w:t>
      </w: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 </w:t>
      </w:r>
      <w:r w:rsidRPr="000160E0">
        <w:rPr>
          <w:rFonts w:ascii="Arial" w:hAnsi="Arial" w:cs="Arial"/>
          <w:sz w:val="24"/>
          <w:szCs w:val="24"/>
          <w:lang w:val="cy-GB"/>
        </w:rPr>
        <w:t>o sicrhau digon o lety nid-er-elw i blant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derbyn gofal.</w:t>
      </w:r>
    </w:p>
    <w:p w14:paraId="621157C1" w14:textId="40A797AA" w:rsidR="00CC004F" w:rsidRPr="0032387A" w:rsidRDefault="0050288A" w:rsidP="00CC004F">
      <w:pPr>
        <w:numPr>
          <w:ilvl w:val="0"/>
          <w:numId w:val="10"/>
        </w:numPr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sicrhau bod penderfyniadau awdurdodau lleol wedi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u </w:t>
      </w:r>
      <w:r w:rsidRPr="000160E0">
        <w:rPr>
          <w:rFonts w:ascii="Arial" w:hAnsi="Arial" w:cs="Arial"/>
          <w:b/>
          <w:bCs/>
          <w:sz w:val="24"/>
          <w:szCs w:val="24"/>
          <w:lang w:val="cy-GB"/>
        </w:rPr>
        <w:t>seilio ar dystiolaeth o angen a galw</w:t>
      </w:r>
      <w:r w:rsidRPr="000160E0">
        <w:rPr>
          <w:rFonts w:ascii="Arial" w:hAnsi="Arial" w:cs="Arial"/>
          <w:sz w:val="24"/>
          <w:szCs w:val="24"/>
          <w:lang w:val="cy-GB"/>
        </w:rPr>
        <w:t>, nawr ac yn ôl rhagolygon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dyfodol.</w:t>
      </w:r>
    </w:p>
    <w:p w14:paraId="4E60819F" w14:textId="77777777" w:rsidR="00CC004F" w:rsidRPr="000160E0" w:rsidRDefault="0050288A" w:rsidP="00CC004F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cefnogi </w:t>
      </w: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ailgydbwyso darpariaeth gofal a chymorth </w:t>
      </w:r>
      <w:r w:rsidRPr="000160E0">
        <w:rPr>
          <w:rFonts w:ascii="Arial" w:hAnsi="Arial" w:cs="Arial"/>
          <w:sz w:val="24"/>
          <w:szCs w:val="24"/>
          <w:lang w:val="cy-GB"/>
        </w:rPr>
        <w:t>yn unol â chyfeiriad polisi cenedlaethol; a</w:t>
      </w:r>
    </w:p>
    <w:p w14:paraId="675989ED" w14:textId="4BEDDB41" w:rsidR="00CC004F" w:rsidRPr="000160E0" w:rsidRDefault="0050288A" w:rsidP="00CC004F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darparu </w:t>
      </w:r>
      <w:r w:rsidRPr="000160E0">
        <w:rPr>
          <w:rFonts w:ascii="Arial" w:hAnsi="Arial" w:cs="Arial"/>
          <w:b/>
          <w:bCs/>
          <w:sz w:val="24"/>
          <w:szCs w:val="24"/>
          <w:lang w:val="cy-GB"/>
        </w:rPr>
        <w:t>tryloywder ac atebolrwydd</w:t>
      </w:r>
      <w:r w:rsidRPr="000160E0">
        <w:rPr>
          <w:rFonts w:ascii="Arial" w:hAnsi="Arial" w:cs="Arial"/>
          <w:sz w:val="24"/>
          <w:szCs w:val="24"/>
          <w:lang w:val="cy-GB"/>
        </w:rPr>
        <w:t>, trwy gyhoeddi</w:t>
      </w:r>
      <w:r w:rsidR="00557013" w:rsidRPr="000160E0">
        <w:rPr>
          <w:rFonts w:ascii="Arial" w:hAnsi="Arial" w:cs="Arial"/>
          <w:sz w:val="24"/>
          <w:szCs w:val="24"/>
          <w:lang w:val="cy-GB"/>
        </w:rPr>
        <w:t>adau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ac adrodd</w:t>
      </w:r>
      <w:r w:rsidR="00557013" w:rsidRPr="000160E0">
        <w:rPr>
          <w:rFonts w:ascii="Arial" w:hAnsi="Arial" w:cs="Arial"/>
          <w:sz w:val="24"/>
          <w:szCs w:val="24"/>
          <w:lang w:val="cy-GB"/>
        </w:rPr>
        <w:t>iadau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blynyddol, i blant, teuluoedd, darparwyr, aelodau etholedig a rhanddeiliaid allweddol eraill.</w:t>
      </w:r>
    </w:p>
    <w:p w14:paraId="1C84E101" w14:textId="5B77938F" w:rsidR="001D001B" w:rsidRPr="000160E0" w:rsidRDefault="0050288A" w:rsidP="00CC004F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canllaw</w:t>
      </w:r>
      <w:r w:rsidR="00557013" w:rsidRPr="000160E0">
        <w:rPr>
          <w:rFonts w:ascii="Arial" w:hAnsi="Arial" w:cs="Arial"/>
          <w:sz w:val="24"/>
          <w:szCs w:val="24"/>
          <w:lang w:val="cy-GB"/>
        </w:rPr>
        <w:t xml:space="preserve"> hwn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yn esbonio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cyd-destun statudol ar gyfer cynlluniau digonolrwydd blynyddol, y disgwyliadau ar awdurdodau lleol, a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broses ar gyfer cyflwyno, cymeradwyo, cyhoeddi ac adrodd. 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rhaid i awdurdodau lleol ddefnyddio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r </w:t>
      </w: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templed </w:t>
      </w:r>
      <w:r w:rsidR="008A2D20" w:rsidRPr="000160E0">
        <w:rPr>
          <w:rFonts w:ascii="Arial" w:hAnsi="Arial" w:cs="Arial"/>
          <w:sz w:val="24"/>
          <w:szCs w:val="24"/>
          <w:lang w:val="cy-GB"/>
        </w:rPr>
        <w:t>a ddarperir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yn </w:t>
      </w: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Atodiad A </w:t>
      </w:r>
      <w:r w:rsidRPr="000160E0">
        <w:rPr>
          <w:rFonts w:ascii="Arial" w:hAnsi="Arial" w:cs="Arial"/>
          <w:sz w:val="24"/>
          <w:szCs w:val="24"/>
          <w:lang w:val="cy-GB"/>
        </w:rPr>
        <w:t>wrth baratoi eu cynlluniau.</w:t>
      </w:r>
    </w:p>
    <w:p w14:paraId="40D87BA5" w14:textId="77777777" w:rsidR="00EF3260" w:rsidRPr="000160E0" w:rsidRDefault="00EF3260" w:rsidP="001D001B">
      <w:pPr>
        <w:spacing w:after="0"/>
        <w:rPr>
          <w:rFonts w:ascii="Arial" w:hAnsi="Arial" w:cs="Arial"/>
          <w:sz w:val="24"/>
          <w:szCs w:val="24"/>
        </w:rPr>
      </w:pPr>
    </w:p>
    <w:p w14:paraId="1CC68F6A" w14:textId="1CC591A8" w:rsidR="00E27377" w:rsidRPr="0027439D" w:rsidRDefault="0050288A" w:rsidP="0027439D">
      <w:pPr>
        <w:pStyle w:val="Heading2"/>
        <w:spacing w:after="120"/>
        <w:rPr>
          <w:rFonts w:ascii="Arial" w:hAnsi="Arial" w:cs="Arial"/>
          <w:color w:val="000000" w:themeColor="text1"/>
        </w:rPr>
      </w:pPr>
      <w:r w:rsidRPr="004C4328">
        <w:rPr>
          <w:rFonts w:ascii="Arial" w:hAnsi="Arial" w:cs="Arial"/>
          <w:color w:val="000000" w:themeColor="text1"/>
          <w:lang w:val="cy-GB"/>
        </w:rPr>
        <w:t>2.5 Cydweddu â Deddf Llesiant Cenedlaethau</w:t>
      </w:r>
      <w:r w:rsidR="004812A6" w:rsidRPr="004C4328">
        <w:rPr>
          <w:rFonts w:ascii="Arial" w:hAnsi="Arial" w:cs="Arial"/>
          <w:color w:val="000000" w:themeColor="text1"/>
          <w:lang w:val="cy-GB"/>
        </w:rPr>
        <w:t>’</w:t>
      </w:r>
      <w:r w:rsidRPr="004C4328">
        <w:rPr>
          <w:rFonts w:ascii="Arial" w:hAnsi="Arial" w:cs="Arial"/>
          <w:color w:val="000000" w:themeColor="text1"/>
          <w:lang w:val="cy-GB"/>
        </w:rPr>
        <w:t>r Dyfodol (Cymru) 2015</w:t>
      </w:r>
    </w:p>
    <w:p w14:paraId="5BDD0CBA" w14:textId="76B60F44" w:rsidR="001D001B" w:rsidRPr="000160E0" w:rsidRDefault="0050288A" w:rsidP="001D001B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gofyniad am gynlluniau digonolrwydd blynyddol yn cefnogi cyfl</w:t>
      </w:r>
      <w:r w:rsidR="002A33CD" w:rsidRPr="000160E0">
        <w:rPr>
          <w:rFonts w:ascii="Arial" w:hAnsi="Arial" w:cs="Arial"/>
          <w:sz w:val="24"/>
          <w:szCs w:val="24"/>
          <w:lang w:val="cy-GB"/>
        </w:rPr>
        <w:t>awni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</w:t>
      </w:r>
      <w:r w:rsidRPr="000160E0">
        <w:rPr>
          <w:rFonts w:ascii="Arial" w:hAnsi="Arial" w:cs="Arial"/>
          <w:b/>
          <w:bCs/>
          <w:sz w:val="24"/>
          <w:szCs w:val="24"/>
          <w:lang w:val="cy-GB"/>
        </w:rPr>
        <w:t>Deddf Llesiant Cenedlaethau</w:t>
      </w:r>
      <w:r w:rsidR="004812A6" w:rsidRPr="000160E0">
        <w:rPr>
          <w:rFonts w:ascii="Arial" w:hAnsi="Arial" w:cs="Arial"/>
          <w:b/>
          <w:bCs/>
          <w:sz w:val="24"/>
          <w:szCs w:val="24"/>
          <w:lang w:val="cy-GB"/>
        </w:rPr>
        <w:t>’</w:t>
      </w:r>
      <w:r w:rsidRPr="000160E0">
        <w:rPr>
          <w:rFonts w:ascii="Arial" w:hAnsi="Arial" w:cs="Arial"/>
          <w:b/>
          <w:bCs/>
          <w:sz w:val="24"/>
          <w:szCs w:val="24"/>
          <w:lang w:val="cy-GB"/>
        </w:rPr>
        <w:t>r Dyfodol (Cymru) 2015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ac 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adlewyrchu rhoi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r </w:t>
      </w:r>
      <w:r w:rsidRPr="000160E0">
        <w:rPr>
          <w:rFonts w:ascii="Arial" w:hAnsi="Arial" w:cs="Arial"/>
          <w:b/>
          <w:bCs/>
          <w:sz w:val="24"/>
          <w:szCs w:val="24"/>
          <w:lang w:val="cy-GB"/>
        </w:rPr>
        <w:t>pum ffordd o weithio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ar waith trwy gydol y cylch polisi a chyflawni:</w:t>
      </w:r>
    </w:p>
    <w:p w14:paraId="30777285" w14:textId="77777777" w:rsidR="00E27377" w:rsidRPr="000160E0" w:rsidRDefault="00E27377" w:rsidP="001D001B">
      <w:pPr>
        <w:spacing w:after="0"/>
        <w:rPr>
          <w:rFonts w:ascii="Arial" w:hAnsi="Arial" w:cs="Arial"/>
          <w:sz w:val="24"/>
          <w:szCs w:val="24"/>
        </w:rPr>
      </w:pPr>
    </w:p>
    <w:p w14:paraId="4A3E1FE6" w14:textId="52BCBE7C" w:rsidR="001D001B" w:rsidRPr="000160E0" w:rsidRDefault="0050288A" w:rsidP="001D001B">
      <w:pPr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>Tymor hir</w:t>
      </w:r>
      <w:r w:rsidRPr="000160E0">
        <w:rPr>
          <w:rFonts w:ascii="Arial" w:hAnsi="Arial" w:cs="Arial"/>
          <w:sz w:val="24"/>
          <w:szCs w:val="24"/>
          <w:lang w:val="cy-GB"/>
        </w:rPr>
        <w:t>: trwy ei gwneud yn ofynnol i awdurdodau lleol asesu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galw yn y dyfodol a chynllunio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gynaliadwy ar gyfer darpariaeth nid-er-elw ddigonol dros amser.</w:t>
      </w:r>
    </w:p>
    <w:p w14:paraId="4C5A9CB6" w14:textId="3105F2E5" w:rsidR="001D001B" w:rsidRPr="000160E0" w:rsidRDefault="0050288A" w:rsidP="001D001B">
      <w:pPr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>Atal: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trwy gryfhau cynllunio digonolrwydd i leihau dibyniaeth ar leoliadau heb eu cofrestru, lleoliadau y tu allan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ardal neu leoliadau amhriodol.</w:t>
      </w:r>
    </w:p>
    <w:p w14:paraId="4B3ACA02" w14:textId="6ABF6763" w:rsidR="001D001B" w:rsidRPr="000160E0" w:rsidRDefault="0050288A" w:rsidP="001D001B">
      <w:pPr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>Integreiddio: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trwy gydweddu cynllunio digonolrwydd â strategaethau comisiynu, cynlluniau gweithlu a threfniadau goruchwylio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farchnad.</w:t>
      </w:r>
    </w:p>
    <w:p w14:paraId="29648B0A" w14:textId="0F089146" w:rsidR="001D001B" w:rsidRPr="000160E0" w:rsidRDefault="0050288A" w:rsidP="001D001B">
      <w:pPr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>Cydweithredu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: trwy annog dulliau rhanbarthol a chenedlaethol </w:t>
      </w:r>
      <w:r w:rsidR="008A02ED" w:rsidRPr="000160E0">
        <w:rPr>
          <w:rFonts w:ascii="Arial" w:hAnsi="Arial" w:cs="Arial"/>
          <w:sz w:val="24"/>
          <w:szCs w:val="24"/>
          <w:lang w:val="cy-GB"/>
        </w:rPr>
        <w:t xml:space="preserve">o </w:t>
      </w:r>
      <w:r w:rsidR="000A3CEF" w:rsidRPr="000160E0">
        <w:rPr>
          <w:rFonts w:ascii="Arial" w:hAnsi="Arial" w:cs="Arial"/>
          <w:sz w:val="24"/>
          <w:szCs w:val="24"/>
          <w:lang w:val="cy-GB"/>
        </w:rPr>
        <w:t>ymdrin â’r ddarpariaeth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lle mae hynny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diwallu anghenion plant orau.</w:t>
      </w:r>
    </w:p>
    <w:p w14:paraId="1136D015" w14:textId="77777777" w:rsidR="001D001B" w:rsidRPr="000160E0" w:rsidRDefault="0050288A" w:rsidP="001D001B">
      <w:pPr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Cyfranogiad: </w:t>
      </w:r>
      <w:r w:rsidRPr="000160E0">
        <w:rPr>
          <w:rFonts w:ascii="Arial" w:hAnsi="Arial" w:cs="Arial"/>
          <w:sz w:val="24"/>
          <w:szCs w:val="24"/>
          <w:lang w:val="cy-GB"/>
        </w:rPr>
        <w:t>trwy hyrwyddo tryloywder wrth gyhoeddi cynlluniau ac adroddiadau blynyddol, a chefnogi ymgysylltu â phlant, teuluoedd a rhanddeiliaid.</w:t>
      </w:r>
    </w:p>
    <w:p w14:paraId="53C6CB65" w14:textId="1C12028B" w:rsidR="007A2B9D" w:rsidRPr="000160E0" w:rsidRDefault="007A2B9D" w:rsidP="0027439D">
      <w:pPr>
        <w:rPr>
          <w:rFonts w:ascii="Arial" w:hAnsi="Arial" w:cs="Arial"/>
          <w:sz w:val="24"/>
          <w:szCs w:val="24"/>
        </w:rPr>
      </w:pPr>
    </w:p>
    <w:p w14:paraId="5DA5F672" w14:textId="79F84BC9" w:rsidR="008A0670" w:rsidRPr="0027439D" w:rsidRDefault="0050288A" w:rsidP="0027439D">
      <w:pPr>
        <w:pStyle w:val="Heading1"/>
        <w:rPr>
          <w:rFonts w:ascii="Arial" w:hAnsi="Arial" w:cs="Arial"/>
          <w:color w:val="000000" w:themeColor="text1"/>
        </w:rPr>
      </w:pPr>
      <w:r w:rsidRPr="004C4328">
        <w:rPr>
          <w:rFonts w:ascii="Arial" w:hAnsi="Arial" w:cs="Arial"/>
          <w:color w:val="000000" w:themeColor="text1"/>
          <w:lang w:val="cy-GB"/>
        </w:rPr>
        <w:lastRenderedPageBreak/>
        <w:t>3. Paratoi – beth sydd angen i Awdurdodau Lleol ei wneud</w:t>
      </w:r>
    </w:p>
    <w:p w14:paraId="2A67F683" w14:textId="55ADA4B8" w:rsidR="00596D60" w:rsidRPr="004C4328" w:rsidRDefault="0050288A" w:rsidP="004C4328">
      <w:pPr>
        <w:pStyle w:val="Heading2"/>
        <w:rPr>
          <w:rFonts w:ascii="Arial" w:hAnsi="Arial" w:cs="Arial"/>
          <w:color w:val="000000" w:themeColor="text1"/>
          <w:u w:val="single"/>
        </w:rPr>
      </w:pPr>
      <w:r w:rsidRPr="004C4328">
        <w:rPr>
          <w:rFonts w:ascii="Arial" w:hAnsi="Arial" w:cs="Arial"/>
          <w:color w:val="000000" w:themeColor="text1"/>
          <w:lang w:val="cy-GB"/>
        </w:rPr>
        <w:t>3.1 Disgwyliadau ar gyfer cynlluniau cychwynnol sy</w:t>
      </w:r>
      <w:r w:rsidR="004812A6" w:rsidRPr="004C4328">
        <w:rPr>
          <w:rFonts w:ascii="Arial" w:hAnsi="Arial" w:cs="Arial"/>
          <w:color w:val="000000" w:themeColor="text1"/>
          <w:lang w:val="cy-GB"/>
        </w:rPr>
        <w:t>’</w:t>
      </w:r>
      <w:r w:rsidRPr="004C4328">
        <w:rPr>
          <w:rFonts w:ascii="Arial" w:hAnsi="Arial" w:cs="Arial"/>
          <w:color w:val="000000" w:themeColor="text1"/>
          <w:lang w:val="cy-GB"/>
        </w:rPr>
        <w:t>n cwmpasu blwyddyn ariannol 2027-28</w:t>
      </w:r>
    </w:p>
    <w:p w14:paraId="3137C8F3" w14:textId="01FE1ABD" w:rsidR="00E5623B" w:rsidRPr="000160E0" w:rsidRDefault="0050288A" w:rsidP="00E5623B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Y bwriad yw i gynlluniau digonolrwydd blynyddol weithredu fel rhan o gylch cynllunio blynyddol ailadrodd</w:t>
      </w:r>
      <w:r w:rsidR="007305F5" w:rsidRPr="000160E0">
        <w:rPr>
          <w:rFonts w:ascii="Arial" w:hAnsi="Arial" w:cs="Arial"/>
          <w:sz w:val="24"/>
          <w:szCs w:val="24"/>
          <w:lang w:val="cy-GB"/>
        </w:rPr>
        <w:t>us</w:t>
      </w:r>
      <w:r w:rsidRPr="000160E0">
        <w:rPr>
          <w:rFonts w:ascii="Arial" w:hAnsi="Arial" w:cs="Arial"/>
          <w:sz w:val="24"/>
          <w:szCs w:val="24"/>
          <w:lang w:val="cy-GB"/>
        </w:rPr>
        <w:t>, yn hytrach nag fel ymarfer untro</w:t>
      </w:r>
      <w:r w:rsidR="005159C4" w:rsidRPr="000160E0">
        <w:rPr>
          <w:rFonts w:ascii="Arial" w:hAnsi="Arial" w:cs="Arial"/>
          <w:sz w:val="24"/>
          <w:szCs w:val="24"/>
          <w:lang w:val="cy-GB"/>
        </w:rPr>
        <w:t xml:space="preserve"> 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neu statig. </w:t>
      </w:r>
    </w:p>
    <w:p w14:paraId="4C347A52" w14:textId="686C2D5F" w:rsidR="004F0341" w:rsidRPr="000160E0" w:rsidRDefault="004F0341" w:rsidP="00E5623B">
      <w:pPr>
        <w:spacing w:after="0"/>
        <w:rPr>
          <w:rFonts w:ascii="Arial" w:hAnsi="Arial" w:cs="Arial"/>
          <w:sz w:val="24"/>
          <w:szCs w:val="24"/>
        </w:rPr>
      </w:pPr>
    </w:p>
    <w:p w14:paraId="77B21E5C" w14:textId="77F3C7D6" w:rsidR="002D2BEA" w:rsidRPr="000160E0" w:rsidRDefault="0050288A" w:rsidP="002D2BEA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Dylai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cynlluniau cyntaf (sy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cwmpasu blwyddyn ariannol 2027-28) ganolbwyntio ar sefydlu gwaelodlin glir o anghenion, darpariaeth a phwysau presennol ac amcanestyniadau ar gyfer y flwyddyn i ddod, ac ar bennu camau cadarn i ddiwallu ang</w:t>
      </w:r>
      <w:r w:rsidR="00FB5CB2" w:rsidRPr="000160E0">
        <w:rPr>
          <w:rFonts w:ascii="Arial" w:hAnsi="Arial" w:cs="Arial"/>
          <w:sz w:val="24"/>
          <w:szCs w:val="24"/>
          <w:lang w:val="cy-GB"/>
        </w:rPr>
        <w:t>henion dynodedig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. </w:t>
      </w:r>
    </w:p>
    <w:p w14:paraId="6818C254" w14:textId="77777777" w:rsidR="000A4EE9" w:rsidRPr="000160E0" w:rsidRDefault="000A4EE9" w:rsidP="00596D60">
      <w:pPr>
        <w:spacing w:after="0"/>
        <w:rPr>
          <w:rFonts w:ascii="Arial" w:hAnsi="Arial" w:cs="Arial"/>
          <w:sz w:val="24"/>
          <w:szCs w:val="24"/>
        </w:rPr>
      </w:pPr>
    </w:p>
    <w:p w14:paraId="66F0465F" w14:textId="1C636CB9" w:rsidR="006279C1" w:rsidRPr="0032387A" w:rsidRDefault="0050288A" w:rsidP="006279C1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Bydd y</w:t>
      </w:r>
      <w:r w:rsidR="00124924" w:rsidRPr="000160E0">
        <w:rPr>
          <w:rFonts w:ascii="Arial" w:hAnsi="Arial" w:cs="Arial"/>
          <w:sz w:val="24"/>
          <w:szCs w:val="24"/>
          <w:lang w:val="cy-GB"/>
        </w:rPr>
        <w:t>r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wybodaeth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rhan 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r cynlluniau yn datblygu ym mhob fersiwn </w:t>
      </w:r>
      <w:r w:rsidR="00124924" w:rsidRPr="000160E0">
        <w:rPr>
          <w:rFonts w:ascii="Arial" w:hAnsi="Arial" w:cs="Arial"/>
          <w:sz w:val="24"/>
          <w:szCs w:val="24"/>
          <w:lang w:val="cy-GB"/>
        </w:rPr>
        <w:t>f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lynyddol, gan eu bod yn darparu nid yn unig amcanestyniadau a chynlluniau gweithredu ar gyfer y flwyddyn i ddod, ond dadansoddiad beirniadol o berfformiad y flwyddyn flaenorol ac esboniadau ar gyfer unrhyw wyriad oddi wrth ganlyniadau a thargedau a gynlluniwyd. Bydd </w:t>
      </w:r>
      <w:r w:rsidR="00490D04" w:rsidRPr="000160E0">
        <w:rPr>
          <w:rFonts w:ascii="Arial" w:hAnsi="Arial" w:cs="Arial"/>
          <w:sz w:val="24"/>
          <w:szCs w:val="24"/>
          <w:lang w:val="cy-GB"/>
        </w:rPr>
        <w:t>m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yfyrio </w:t>
      </w:r>
      <w:r w:rsidR="00490D04" w:rsidRPr="000160E0">
        <w:rPr>
          <w:rFonts w:ascii="Arial" w:hAnsi="Arial" w:cs="Arial"/>
          <w:sz w:val="24"/>
          <w:szCs w:val="24"/>
          <w:lang w:val="cy-GB"/>
        </w:rPr>
        <w:t xml:space="preserve">ar y cyd 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hefyd yn galluogi mireinio fformat a chynnwys y cynlluniau dros amser, gyda newidiadau y cytunwyd arnynt yn cael eu hadlewyrchu </w:t>
      </w:r>
      <w:r w:rsidR="00490D04" w:rsidRPr="000160E0">
        <w:rPr>
          <w:rFonts w:ascii="Arial" w:hAnsi="Arial" w:cs="Arial"/>
          <w:sz w:val="24"/>
          <w:szCs w:val="24"/>
          <w:lang w:val="cy-GB"/>
        </w:rPr>
        <w:t>mewn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fersiyna</w:t>
      </w:r>
      <w:r w:rsidR="00490D04" w:rsidRPr="000160E0">
        <w:rPr>
          <w:rFonts w:ascii="Arial" w:hAnsi="Arial" w:cs="Arial"/>
          <w:sz w:val="24"/>
          <w:szCs w:val="24"/>
          <w:lang w:val="cy-GB"/>
        </w:rPr>
        <w:t>u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r canllaw hwn </w:t>
      </w:r>
      <w:r w:rsidR="00490D04" w:rsidRPr="000160E0">
        <w:rPr>
          <w:rFonts w:ascii="Arial" w:hAnsi="Arial" w:cs="Arial"/>
          <w:sz w:val="24"/>
          <w:szCs w:val="24"/>
          <w:lang w:val="cy-GB"/>
        </w:rPr>
        <w:t xml:space="preserve">yn y dyfodol </w:t>
      </w:r>
      <w:r w:rsidRPr="000160E0">
        <w:rPr>
          <w:rFonts w:ascii="Arial" w:hAnsi="Arial" w:cs="Arial"/>
          <w:sz w:val="24"/>
          <w:szCs w:val="24"/>
          <w:lang w:val="cy-GB"/>
        </w:rPr>
        <w:t>a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templed cysylltiedig, gyda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r ddau yn cael eu cyd-gynhyrchu </w:t>
      </w:r>
      <w:r w:rsidR="00490D04" w:rsidRPr="000160E0">
        <w:rPr>
          <w:rFonts w:ascii="Arial" w:hAnsi="Arial" w:cs="Arial"/>
          <w:sz w:val="24"/>
          <w:szCs w:val="24"/>
          <w:lang w:val="cy-GB"/>
        </w:rPr>
        <w:t xml:space="preserve">a’u cytuno 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gan y </w:t>
      </w:r>
      <w:r w:rsidR="00490D04" w:rsidRPr="000160E0">
        <w:rPr>
          <w:rFonts w:ascii="Arial" w:hAnsi="Arial" w:cs="Arial"/>
          <w:sz w:val="24"/>
          <w:szCs w:val="24"/>
          <w:lang w:val="cy-GB"/>
        </w:rPr>
        <w:t>partïon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priodol.</w:t>
      </w:r>
      <w:r w:rsidR="004812A6" w:rsidRPr="000160E0">
        <w:rPr>
          <w:rFonts w:ascii="Arial" w:hAnsi="Arial" w:cs="Arial"/>
          <w:sz w:val="24"/>
          <w:szCs w:val="24"/>
          <w:lang w:val="cy-GB"/>
        </w:rPr>
        <w:t xml:space="preserve"> </w:t>
      </w:r>
      <w:r w:rsidRPr="000160E0">
        <w:rPr>
          <w:rFonts w:ascii="Arial" w:hAnsi="Arial" w:cs="Arial"/>
          <w:sz w:val="24"/>
          <w:szCs w:val="24"/>
          <w:lang w:val="cy-GB"/>
        </w:rPr>
        <w:t>Mae hefyd yn debygol y bydd rhai bylchau data yn cael eu nodi wrth baratoi cynlluniau cychwynnol ac mae lle yn y templed i awdurdodau lleol nodi cyfyngiadau data a</w:t>
      </w:r>
      <w:r w:rsidR="00490D04" w:rsidRPr="000160E0">
        <w:rPr>
          <w:rFonts w:ascii="Arial" w:hAnsi="Arial" w:cs="Arial"/>
          <w:sz w:val="24"/>
          <w:szCs w:val="24"/>
          <w:lang w:val="cy-GB"/>
        </w:rPr>
        <w:t xml:space="preserve"> thynnu sylw at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unrhyw gamau ymatebol.</w:t>
      </w:r>
    </w:p>
    <w:p w14:paraId="2AC8A7DE" w14:textId="77777777" w:rsidR="006279C1" w:rsidRPr="0032387A" w:rsidRDefault="006279C1" w:rsidP="006279C1">
      <w:pPr>
        <w:spacing w:after="0"/>
        <w:rPr>
          <w:rFonts w:ascii="Arial" w:hAnsi="Arial" w:cs="Arial"/>
          <w:sz w:val="24"/>
          <w:szCs w:val="24"/>
          <w:lang w:val="cy-GB"/>
        </w:rPr>
      </w:pPr>
    </w:p>
    <w:p w14:paraId="61D92D48" w14:textId="6721FA9D" w:rsidR="00913497" w:rsidRPr="0032387A" w:rsidRDefault="0050288A" w:rsidP="00913497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Mae modd defnyddio data perthnasol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bodoli mewn strategaethau a chynlluniau eraill i lywio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cynllun digonolrwydd.</w:t>
      </w:r>
      <w:r w:rsidR="004812A6" w:rsidRPr="000160E0">
        <w:rPr>
          <w:rFonts w:ascii="Arial" w:hAnsi="Arial" w:cs="Arial"/>
          <w:sz w:val="24"/>
          <w:szCs w:val="24"/>
          <w:lang w:val="cy-GB"/>
        </w:rPr>
        <w:t xml:space="preserve"> </w:t>
      </w:r>
      <w:r w:rsidRPr="000160E0">
        <w:rPr>
          <w:rFonts w:ascii="Arial" w:hAnsi="Arial" w:cs="Arial"/>
          <w:sz w:val="24"/>
          <w:szCs w:val="24"/>
          <w:lang w:val="cy-GB"/>
        </w:rPr>
        <w:t>Fodd bynnag, dylid cynnwys y</w:t>
      </w:r>
      <w:r w:rsidR="000E5E85" w:rsidRPr="000160E0">
        <w:rPr>
          <w:rFonts w:ascii="Arial" w:hAnsi="Arial" w:cs="Arial"/>
          <w:sz w:val="24"/>
          <w:szCs w:val="24"/>
          <w:lang w:val="cy-GB"/>
        </w:rPr>
        <w:t>r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wybodaeth, y data a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dadansoddiad allweddol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berthnasol i bob adran yn y cynllun ei hun i sicrhau ei fod yn darparu asesiad clir a hunangynhwysol o anghenion digonolrwydd. Gellir defnyddio hyperddolenni i ddarparu tystiolaeth ategol, cyd-destun ychwanegol neu ddadansoddiad manylach, ond ni ddylid eu defnyddio yn lle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wybodaeth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ofynnol yn y cynllun digonolrwydd. Pan fydd gwybodaeth yn cael ei chyrchu o ffynhonnell arall, dylai awdurdodau lleol sicrhau ei bod yn bodloni gofynion yr adran berthnasol yn uniongyrchol.</w:t>
      </w:r>
    </w:p>
    <w:p w14:paraId="5E718EDC" w14:textId="77777777" w:rsidR="00596D60" w:rsidRPr="0032387A" w:rsidRDefault="00596D60" w:rsidP="00596D60">
      <w:pPr>
        <w:spacing w:after="0"/>
        <w:rPr>
          <w:rFonts w:ascii="Arial" w:hAnsi="Arial" w:cs="Arial"/>
          <w:sz w:val="24"/>
          <w:szCs w:val="24"/>
          <w:lang w:val="cy-GB"/>
        </w:rPr>
      </w:pPr>
    </w:p>
    <w:p w14:paraId="6EF0C6E9" w14:textId="46C93668" w:rsidR="009F33E3" w:rsidRPr="0032387A" w:rsidRDefault="0050288A" w:rsidP="009F33E3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Wrth adolygu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cynlluniau digonolrwydd blynyddol drafft cyntaf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cwmpasu blwyddyn ariannol 2027-28, bydd Gweinidogion Cymru yn ystyried i ba raddau y 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cynlluniau yn:</w:t>
      </w:r>
    </w:p>
    <w:p w14:paraId="488D973A" w14:textId="77777777" w:rsidR="00596D60" w:rsidRPr="0032387A" w:rsidRDefault="00596D60" w:rsidP="009F33E3">
      <w:pPr>
        <w:spacing w:after="0"/>
        <w:rPr>
          <w:rFonts w:ascii="Arial" w:hAnsi="Arial" w:cs="Arial"/>
          <w:sz w:val="24"/>
          <w:szCs w:val="24"/>
          <w:lang w:val="cy-GB"/>
        </w:rPr>
      </w:pPr>
    </w:p>
    <w:p w14:paraId="35DA639D" w14:textId="77777777" w:rsidR="002D2BEA" w:rsidRPr="0032387A" w:rsidRDefault="002D2BEA" w:rsidP="002D2BEA">
      <w:pPr>
        <w:spacing w:after="0"/>
        <w:rPr>
          <w:rFonts w:ascii="Arial" w:hAnsi="Arial" w:cs="Arial"/>
          <w:sz w:val="24"/>
          <w:szCs w:val="24"/>
          <w:lang w:val="cy-GB"/>
        </w:rPr>
      </w:pPr>
    </w:p>
    <w:p w14:paraId="162C4BF7" w14:textId="2F64417A" w:rsidR="002D2BEA" w:rsidRPr="0032387A" w:rsidRDefault="0050288A" w:rsidP="002D2BEA">
      <w:pPr>
        <w:pStyle w:val="ListParagraph"/>
        <w:numPr>
          <w:ilvl w:val="0"/>
          <w:numId w:val="46"/>
        </w:num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lastRenderedPageBreak/>
        <w:t>Bodloni gofynion statudol adrannau cychwynnol Deddf 2025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ymwneud â chynlluniau digonolrwydd a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rheoliadau ategol.</w:t>
      </w:r>
    </w:p>
    <w:p w14:paraId="3C6AFE13" w14:textId="1465542B" w:rsidR="002D2BEA" w:rsidRPr="0032387A" w:rsidRDefault="0050288A" w:rsidP="002D2BEA">
      <w:pPr>
        <w:pStyle w:val="ListParagraph"/>
        <w:numPr>
          <w:ilvl w:val="0"/>
          <w:numId w:val="46"/>
        </w:num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Darparu gwaelodlin glir 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angen cyfredol, y galw a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ddarpariaeth a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amcanestyniadau, wedi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i </w:t>
      </w:r>
      <w:r w:rsidR="000D168B" w:rsidRPr="000160E0">
        <w:rPr>
          <w:rFonts w:ascii="Arial" w:hAnsi="Arial" w:cs="Arial"/>
          <w:sz w:val="24"/>
          <w:szCs w:val="24"/>
          <w:lang w:val="cy-GB"/>
        </w:rPr>
        <w:t>h</w:t>
      </w:r>
      <w:r w:rsidRPr="000160E0">
        <w:rPr>
          <w:rFonts w:ascii="Arial" w:hAnsi="Arial" w:cs="Arial"/>
          <w:sz w:val="24"/>
          <w:szCs w:val="24"/>
          <w:lang w:val="cy-GB"/>
        </w:rPr>
        <w:t>ategu gan dystiolaeth sydd ar gael.</w:t>
      </w:r>
    </w:p>
    <w:p w14:paraId="6FA1F358" w14:textId="6E03982F" w:rsidR="002D2BEA" w:rsidRPr="0032387A" w:rsidRDefault="0050288A" w:rsidP="002D2BEA">
      <w:pPr>
        <w:pStyle w:val="ListParagraph"/>
        <w:numPr>
          <w:ilvl w:val="0"/>
          <w:numId w:val="46"/>
        </w:num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Dangos dealltwriaeth a mynegiant clir o bwysau a risgiau digonolrwydd, gan gynnwys dibyniaeth ar y gweithlu, addysg, iechyd a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farchnad.</w:t>
      </w:r>
    </w:p>
    <w:p w14:paraId="33016C02" w14:textId="1160A1B7" w:rsidR="002D2BEA" w:rsidRPr="0032387A" w:rsidRDefault="0050288A" w:rsidP="002D2BEA">
      <w:pPr>
        <w:pStyle w:val="ListParagraph"/>
        <w:numPr>
          <w:ilvl w:val="0"/>
          <w:numId w:val="46"/>
        </w:num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Pennu cyfeiriad teithio credadwy tuag at fodloni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ddyletswydd ddigonolrwydd dros amser, hyd yn oed pan ragwelir y caiff agweddau eu cyflawni y tu hwnt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flwyddyn gyntaf, gan ystyried amgylchiadau lleol perthnasol.</w:t>
      </w:r>
    </w:p>
    <w:p w14:paraId="58995813" w14:textId="3C18BD2F" w:rsidR="002D2BEA" w:rsidRPr="0032387A" w:rsidRDefault="0050288A" w:rsidP="002D2BEA">
      <w:pPr>
        <w:pStyle w:val="ListParagraph"/>
        <w:numPr>
          <w:ilvl w:val="0"/>
          <w:numId w:val="46"/>
        </w:num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Yn dryloyw ynglŷn â rhagdybiaethau, bylchau </w:t>
      </w:r>
      <w:r w:rsidR="009F009F" w:rsidRPr="000160E0">
        <w:rPr>
          <w:rFonts w:ascii="Arial" w:hAnsi="Arial" w:cs="Arial"/>
          <w:sz w:val="24"/>
          <w:szCs w:val="24"/>
          <w:lang w:val="cy-GB"/>
        </w:rPr>
        <w:t xml:space="preserve">a chyfyngiadau 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data, yn hytrach na honni sicrwydd </w:t>
      </w:r>
      <w:r w:rsidR="000D168B" w:rsidRPr="000160E0">
        <w:rPr>
          <w:rFonts w:ascii="Arial" w:hAnsi="Arial" w:cs="Arial"/>
          <w:sz w:val="24"/>
          <w:szCs w:val="24"/>
          <w:lang w:val="cy-GB"/>
        </w:rPr>
        <w:t>direswm</w:t>
      </w:r>
      <w:r w:rsidRPr="000160E0">
        <w:rPr>
          <w:rFonts w:ascii="Arial" w:hAnsi="Arial" w:cs="Arial"/>
          <w:sz w:val="24"/>
          <w:szCs w:val="24"/>
          <w:lang w:val="cy-GB"/>
        </w:rPr>
        <w:t>; ac</w:t>
      </w:r>
    </w:p>
    <w:p w14:paraId="0DD4B875" w14:textId="7D95FA5F" w:rsidR="002D2BEA" w:rsidRPr="0032387A" w:rsidRDefault="0050288A" w:rsidP="002D2BEA">
      <w:pPr>
        <w:pStyle w:val="ListParagraph"/>
        <w:numPr>
          <w:ilvl w:val="0"/>
          <w:numId w:val="46"/>
        </w:num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Adlewyrchu dull ailadrodd</w:t>
      </w:r>
      <w:r w:rsidR="000D168B" w:rsidRPr="000160E0">
        <w:rPr>
          <w:rFonts w:ascii="Arial" w:hAnsi="Arial" w:cs="Arial"/>
          <w:sz w:val="24"/>
          <w:szCs w:val="24"/>
          <w:lang w:val="cy-GB"/>
        </w:rPr>
        <w:t>us</w:t>
      </w:r>
      <w:r w:rsidRPr="000160E0">
        <w:rPr>
          <w:rFonts w:ascii="Arial" w:hAnsi="Arial" w:cs="Arial"/>
          <w:sz w:val="24"/>
          <w:szCs w:val="24"/>
          <w:lang w:val="cy-GB"/>
        </w:rPr>
        <w:t>, gan gydnabod y bydd dysgu o gynlluniau cynnar yn llywio gwelliant yn y dyfodol.</w:t>
      </w:r>
    </w:p>
    <w:p w14:paraId="0E573FB1" w14:textId="77777777" w:rsidR="009F33E3" w:rsidRPr="0032387A" w:rsidRDefault="009F33E3" w:rsidP="00596D60">
      <w:pPr>
        <w:pStyle w:val="ListParagraph"/>
        <w:spacing w:after="0"/>
        <w:rPr>
          <w:rFonts w:ascii="Arial" w:hAnsi="Arial" w:cs="Arial"/>
          <w:sz w:val="24"/>
          <w:szCs w:val="24"/>
          <w:lang w:val="cy-GB"/>
        </w:rPr>
      </w:pPr>
    </w:p>
    <w:p w14:paraId="66445E21" w14:textId="78AB1975" w:rsidR="0027439D" w:rsidRDefault="0050288A" w:rsidP="002D2BEA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Nid yw </w:t>
      </w:r>
      <w:r w:rsidR="000D168B" w:rsidRPr="000160E0">
        <w:rPr>
          <w:rFonts w:ascii="Arial" w:hAnsi="Arial" w:cs="Arial"/>
          <w:sz w:val="24"/>
          <w:szCs w:val="24"/>
          <w:lang w:val="cy-GB"/>
        </w:rPr>
        <w:t>G</w:t>
      </w:r>
      <w:r w:rsidRPr="000160E0">
        <w:rPr>
          <w:rFonts w:ascii="Arial" w:hAnsi="Arial" w:cs="Arial"/>
          <w:sz w:val="24"/>
          <w:szCs w:val="24"/>
          <w:lang w:val="cy-GB"/>
        </w:rPr>
        <w:t>weinidogion yn disgwyl i bob elfen o gynllunio digonolrwydd blynyddol fod wedi datblygu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llawn adeg cyflwyno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cynlluniau cyntaf. Yn hytrach, bydd Gweinidogion yn cymryd safbwynt cymesur a chyd-destunol, gan ganolbwyntio ar allu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cynllun i greu sylfaen gadarn ar gyfer gwella a chyflawni</w:t>
      </w:r>
      <w:r w:rsidR="00F85068" w:rsidRPr="000160E0">
        <w:rPr>
          <w:rFonts w:ascii="Arial" w:hAnsi="Arial" w:cs="Arial"/>
          <w:sz w:val="24"/>
          <w:szCs w:val="24"/>
          <w:lang w:val="cy-GB"/>
        </w:rPr>
        <w:t>’n g</w:t>
      </w:r>
      <w:r w:rsidRPr="000160E0">
        <w:rPr>
          <w:rFonts w:ascii="Arial" w:hAnsi="Arial" w:cs="Arial"/>
          <w:sz w:val="24"/>
          <w:szCs w:val="24"/>
          <w:lang w:val="cy-GB"/>
        </w:rPr>
        <w:t>ynaliadwy mewn blynyddoedd i ddod. Fodd bynnag, 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rhaid i gynlluniau fod yn seiliedig ar dystiolaeth, yn dryloyw ac yn addas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w cyhoeddi.</w:t>
      </w:r>
    </w:p>
    <w:p w14:paraId="7F47F550" w14:textId="77777777" w:rsidR="0027439D" w:rsidRPr="0027439D" w:rsidRDefault="0027439D" w:rsidP="0027439D">
      <w:pPr>
        <w:pStyle w:val="Heading3"/>
        <w:spacing w:after="120"/>
        <w:rPr>
          <w:rFonts w:ascii="Arial" w:hAnsi="Arial" w:cs="Arial"/>
          <w:color w:val="000000" w:themeColor="text1"/>
          <w:sz w:val="24"/>
          <w:szCs w:val="24"/>
        </w:rPr>
      </w:pPr>
      <w:r w:rsidRPr="0027439D">
        <w:rPr>
          <w:rFonts w:ascii="Arial" w:hAnsi="Arial" w:cs="Arial"/>
          <w:color w:val="000000" w:themeColor="text1"/>
          <w:sz w:val="24"/>
          <w:szCs w:val="24"/>
          <w:lang w:val="cy-GB"/>
        </w:rPr>
        <w:t>Beth mae</w:t>
      </w:r>
      <w:r w:rsidRPr="0027439D">
        <w:rPr>
          <w:rFonts w:ascii="Arial" w:hAnsi="Arial" w:cs="Arial"/>
          <w:i/>
          <w:iCs/>
          <w:color w:val="000000" w:themeColor="text1"/>
          <w:sz w:val="24"/>
          <w:szCs w:val="24"/>
          <w:lang w:val="cy-GB"/>
        </w:rPr>
        <w:t xml:space="preserve"> </w:t>
      </w:r>
      <w:r w:rsidRPr="0027439D">
        <w:rPr>
          <w:rFonts w:ascii="Arial" w:hAnsi="Arial" w:cs="Arial"/>
          <w:color w:val="000000" w:themeColor="text1"/>
          <w:sz w:val="24"/>
          <w:szCs w:val="24"/>
          <w:lang w:val="cy-GB"/>
        </w:rPr>
        <w:t>hyn yn ei olygu</w:t>
      </w:r>
    </w:p>
    <w:p w14:paraId="5EE6A218" w14:textId="77777777" w:rsidR="0027439D" w:rsidRPr="0027439D" w:rsidRDefault="0027439D" w:rsidP="0027439D">
      <w:pPr>
        <w:numPr>
          <w:ilvl w:val="0"/>
          <w:numId w:val="48"/>
        </w:numPr>
        <w:spacing w:after="0"/>
        <w:ind w:left="714" w:hanging="357"/>
        <w:rPr>
          <w:rFonts w:ascii="Arial" w:hAnsi="Arial" w:cs="Arial"/>
          <w:sz w:val="24"/>
          <w:szCs w:val="24"/>
        </w:rPr>
      </w:pPr>
      <w:r w:rsidRPr="0027439D">
        <w:rPr>
          <w:rFonts w:ascii="Arial" w:hAnsi="Arial" w:cs="Arial"/>
          <w:sz w:val="24"/>
          <w:szCs w:val="24"/>
          <w:lang w:val="cy-GB"/>
        </w:rPr>
        <w:t>Mae’r cynlluniau cyntaf yn cael eu cydnabod fel dechrau taith gyflawni, nid ei diwedd.</w:t>
      </w:r>
    </w:p>
    <w:p w14:paraId="50E566DB" w14:textId="77777777" w:rsidR="0027439D" w:rsidRPr="0027439D" w:rsidRDefault="0027439D" w:rsidP="0027439D">
      <w:pPr>
        <w:numPr>
          <w:ilvl w:val="0"/>
          <w:numId w:val="48"/>
        </w:numPr>
        <w:spacing w:after="0"/>
        <w:ind w:left="714" w:hanging="357"/>
        <w:rPr>
          <w:rFonts w:ascii="Arial" w:hAnsi="Arial" w:cs="Arial"/>
          <w:sz w:val="24"/>
          <w:szCs w:val="24"/>
        </w:rPr>
      </w:pPr>
      <w:r w:rsidRPr="0027439D">
        <w:rPr>
          <w:rFonts w:ascii="Arial" w:hAnsi="Arial" w:cs="Arial"/>
          <w:sz w:val="24"/>
          <w:szCs w:val="24"/>
          <w:lang w:val="cy-GB"/>
        </w:rPr>
        <w:t>Mae Gweinidogion yn derbyn y bydd manwl gywirdeb yn cynyddu dros amser wrth i ddata, modelu a sefydlogrwydd y farchnad wella.</w:t>
      </w:r>
    </w:p>
    <w:p w14:paraId="0BA7CE3B" w14:textId="77777777" w:rsidR="0027439D" w:rsidRPr="0027439D" w:rsidRDefault="0027439D" w:rsidP="0027439D">
      <w:pPr>
        <w:numPr>
          <w:ilvl w:val="0"/>
          <w:numId w:val="48"/>
        </w:numPr>
        <w:spacing w:after="0"/>
        <w:ind w:left="714" w:hanging="357"/>
        <w:rPr>
          <w:rFonts w:ascii="Arial" w:hAnsi="Arial" w:cs="Arial"/>
          <w:sz w:val="24"/>
          <w:szCs w:val="24"/>
        </w:rPr>
      </w:pPr>
      <w:r w:rsidRPr="0027439D">
        <w:rPr>
          <w:rFonts w:ascii="Arial" w:hAnsi="Arial" w:cs="Arial"/>
          <w:sz w:val="24"/>
          <w:szCs w:val="24"/>
          <w:lang w:val="cy-GB"/>
        </w:rPr>
        <w:t xml:space="preserve">Mae awdurdodau yn cael eu hannog i fod yn agored am ansicrwydd, yn enwedig lle nad oes ffordd ddibynadwy eto o ragweld y galw neu ymddygiad system yn y dyfodol. </w:t>
      </w:r>
    </w:p>
    <w:p w14:paraId="3F9F6BC6" w14:textId="77777777" w:rsidR="0027439D" w:rsidRPr="0027439D" w:rsidRDefault="0027439D" w:rsidP="0027439D">
      <w:pPr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27439D">
        <w:rPr>
          <w:rFonts w:ascii="Arial" w:hAnsi="Arial" w:cs="Arial"/>
          <w:sz w:val="24"/>
          <w:szCs w:val="24"/>
          <w:lang w:val="cy-GB"/>
        </w:rPr>
        <w:t>Bydd cynnydd yn cael ei farnu yn nhermau dysgu, taflwybr a bwriad, yn ogystal â chyflawni uniongyrchol.</w:t>
      </w:r>
    </w:p>
    <w:p w14:paraId="7CC1F935" w14:textId="033E4397" w:rsidR="0027439D" w:rsidRPr="0027439D" w:rsidRDefault="0027439D" w:rsidP="0027439D">
      <w:pPr>
        <w:pStyle w:val="Heading3"/>
        <w:spacing w:after="120"/>
        <w:rPr>
          <w:rFonts w:ascii="Arial" w:hAnsi="Arial" w:cs="Arial"/>
          <w:color w:val="000000" w:themeColor="text1"/>
          <w:sz w:val="24"/>
          <w:szCs w:val="24"/>
        </w:rPr>
      </w:pPr>
      <w:r w:rsidRPr="0027439D">
        <w:rPr>
          <w:rFonts w:ascii="Arial" w:hAnsi="Arial" w:cs="Arial"/>
          <w:color w:val="000000" w:themeColor="text1"/>
          <w:sz w:val="24"/>
          <w:szCs w:val="24"/>
          <w:lang w:val="cy-GB"/>
        </w:rPr>
        <w:t>Beth nad</w:t>
      </w:r>
      <w:r w:rsidRPr="0027439D">
        <w:rPr>
          <w:rFonts w:ascii="Arial" w:hAnsi="Arial" w:cs="Arial"/>
          <w:i/>
          <w:iCs/>
          <w:color w:val="000000" w:themeColor="text1"/>
          <w:sz w:val="24"/>
          <w:szCs w:val="24"/>
          <w:lang w:val="cy-GB"/>
        </w:rPr>
        <w:t xml:space="preserve"> </w:t>
      </w:r>
      <w:r w:rsidRPr="0027439D">
        <w:rPr>
          <w:rFonts w:ascii="Arial" w:hAnsi="Arial" w:cs="Arial"/>
          <w:color w:val="000000" w:themeColor="text1"/>
          <w:sz w:val="24"/>
          <w:szCs w:val="24"/>
          <w:lang w:val="cy-GB"/>
        </w:rPr>
        <w:t>yw hyn yn ei olygu</w:t>
      </w:r>
    </w:p>
    <w:p w14:paraId="0A4BF95F" w14:textId="77777777" w:rsidR="0027439D" w:rsidRPr="0027439D" w:rsidRDefault="0027439D" w:rsidP="0027439D">
      <w:pPr>
        <w:numPr>
          <w:ilvl w:val="0"/>
          <w:numId w:val="47"/>
        </w:numPr>
        <w:spacing w:after="0"/>
        <w:ind w:left="714" w:hanging="357"/>
        <w:rPr>
          <w:rFonts w:ascii="Arial" w:hAnsi="Arial" w:cs="Arial"/>
          <w:sz w:val="24"/>
          <w:szCs w:val="24"/>
        </w:rPr>
      </w:pPr>
      <w:r w:rsidRPr="0027439D">
        <w:rPr>
          <w:rFonts w:ascii="Arial" w:hAnsi="Arial" w:cs="Arial"/>
          <w:sz w:val="24"/>
          <w:szCs w:val="24"/>
          <w:lang w:val="cy-GB"/>
        </w:rPr>
        <w:t>Mae gofynion statudol yn opsiynol neu mae modd eu gohirio.</w:t>
      </w:r>
    </w:p>
    <w:p w14:paraId="1FAA77A6" w14:textId="77777777" w:rsidR="0027439D" w:rsidRPr="0027439D" w:rsidRDefault="0027439D" w:rsidP="0027439D">
      <w:pPr>
        <w:numPr>
          <w:ilvl w:val="0"/>
          <w:numId w:val="47"/>
        </w:numPr>
        <w:spacing w:after="0"/>
        <w:ind w:left="714" w:hanging="357"/>
        <w:rPr>
          <w:rFonts w:ascii="Arial" w:hAnsi="Arial" w:cs="Arial"/>
          <w:sz w:val="24"/>
          <w:szCs w:val="24"/>
        </w:rPr>
      </w:pPr>
      <w:r w:rsidRPr="0027439D">
        <w:rPr>
          <w:rFonts w:ascii="Arial" w:hAnsi="Arial" w:cs="Arial"/>
          <w:sz w:val="24"/>
          <w:szCs w:val="24"/>
          <w:lang w:val="cy-GB"/>
        </w:rPr>
        <w:t>Dylai cynlluniau osgoi materion anodd neu eithrio pwysau hysbys.</w:t>
      </w:r>
    </w:p>
    <w:p w14:paraId="69BCCF61" w14:textId="77777777" w:rsidR="0027439D" w:rsidRPr="0027439D" w:rsidRDefault="0027439D" w:rsidP="0027439D">
      <w:pPr>
        <w:numPr>
          <w:ilvl w:val="0"/>
          <w:numId w:val="47"/>
        </w:numPr>
        <w:spacing w:after="0"/>
        <w:ind w:left="714" w:hanging="357"/>
        <w:rPr>
          <w:rFonts w:ascii="Arial" w:hAnsi="Arial" w:cs="Arial"/>
          <w:sz w:val="24"/>
          <w:szCs w:val="24"/>
        </w:rPr>
      </w:pPr>
      <w:r w:rsidRPr="0027439D">
        <w:rPr>
          <w:rFonts w:ascii="Arial" w:hAnsi="Arial" w:cs="Arial"/>
          <w:sz w:val="24"/>
          <w:szCs w:val="24"/>
          <w:lang w:val="cy-GB"/>
        </w:rPr>
        <w:t xml:space="preserve">Dylai awdurdodau lleol ddibynnu ar dystiolaeth anecdotaidd neu naratif di-sail. </w:t>
      </w:r>
    </w:p>
    <w:p w14:paraId="16FE62A0" w14:textId="2B0291A6" w:rsidR="009F33E3" w:rsidRPr="0027439D" w:rsidRDefault="0027439D" w:rsidP="0027439D">
      <w:pPr>
        <w:numPr>
          <w:ilvl w:val="0"/>
          <w:numId w:val="47"/>
        </w:numPr>
        <w:spacing w:after="0"/>
        <w:ind w:left="714" w:hanging="357"/>
        <w:rPr>
          <w:rFonts w:ascii="Arial" w:hAnsi="Arial" w:cs="Arial"/>
          <w:sz w:val="24"/>
          <w:szCs w:val="24"/>
        </w:rPr>
      </w:pPr>
      <w:r w:rsidRPr="0027439D">
        <w:rPr>
          <w:rFonts w:ascii="Arial" w:hAnsi="Arial" w:cs="Arial"/>
          <w:sz w:val="24"/>
          <w:szCs w:val="24"/>
          <w:lang w:val="cy-GB"/>
        </w:rPr>
        <w:t>Mae modd gadael risgiau cyflawni clir heb eu cydnabod neu heb eu datrys.</w:t>
      </w:r>
    </w:p>
    <w:p w14:paraId="6A7CE5A9" w14:textId="024D8075" w:rsidR="00F21EC2" w:rsidRPr="0027439D" w:rsidRDefault="0050288A" w:rsidP="0027439D">
      <w:pPr>
        <w:pStyle w:val="Heading1"/>
        <w:rPr>
          <w:rFonts w:ascii="Arial" w:hAnsi="Arial" w:cs="Arial"/>
          <w:color w:val="000000" w:themeColor="text1"/>
        </w:rPr>
      </w:pPr>
      <w:r w:rsidRPr="004C4328">
        <w:rPr>
          <w:rFonts w:ascii="Arial" w:hAnsi="Arial" w:cs="Arial"/>
          <w:color w:val="000000" w:themeColor="text1"/>
          <w:lang w:val="cy-GB"/>
        </w:rPr>
        <w:lastRenderedPageBreak/>
        <w:t>4. Disgwyliadau tystiolaeth a data</w:t>
      </w:r>
    </w:p>
    <w:p w14:paraId="517FBA6F" w14:textId="019B73B5" w:rsidR="00F21EC2" w:rsidRPr="0027439D" w:rsidRDefault="0050288A" w:rsidP="0027439D">
      <w:pPr>
        <w:pStyle w:val="Heading2"/>
        <w:spacing w:after="120"/>
        <w:rPr>
          <w:rFonts w:ascii="Arial" w:hAnsi="Arial" w:cs="Arial"/>
          <w:color w:val="000000" w:themeColor="text1"/>
          <w:u w:val="single"/>
        </w:rPr>
      </w:pPr>
      <w:r w:rsidRPr="004C4328">
        <w:rPr>
          <w:rFonts w:ascii="Arial" w:hAnsi="Arial" w:cs="Arial"/>
          <w:color w:val="000000" w:themeColor="text1"/>
          <w:lang w:val="cy-GB"/>
        </w:rPr>
        <w:t>4.1 Diben tystiolaeth o fewn cynlluniau digonolrwydd blynyddol</w:t>
      </w:r>
    </w:p>
    <w:p w14:paraId="6547DE18" w14:textId="4D29AF93" w:rsidR="00020774" w:rsidRPr="004C4328" w:rsidRDefault="0050288A" w:rsidP="00020774">
      <w:pPr>
        <w:spacing w:after="0"/>
        <w:rPr>
          <w:rFonts w:ascii="Arial" w:hAnsi="Arial" w:cs="Arial"/>
          <w:color w:val="000000" w:themeColor="text1"/>
          <w:sz w:val="24"/>
          <w:szCs w:val="24"/>
          <w:lang w:val="cy-GB"/>
        </w:rPr>
      </w:pPr>
      <w:r w:rsidRPr="004C4328">
        <w:rPr>
          <w:rFonts w:ascii="Arial" w:hAnsi="Arial" w:cs="Arial"/>
          <w:color w:val="000000" w:themeColor="text1"/>
          <w:sz w:val="24"/>
          <w:szCs w:val="24"/>
          <w:lang w:val="cy-GB"/>
        </w:rPr>
        <w:t xml:space="preserve">Rhaid i gynlluniau digonolrwydd blynyddol gael eu hategu gan dystiolaeth gadarn, </w:t>
      </w:r>
      <w:r w:rsidR="00F46D92" w:rsidRPr="004C4328">
        <w:rPr>
          <w:rFonts w:ascii="Arial" w:hAnsi="Arial" w:cs="Arial"/>
          <w:color w:val="000000" w:themeColor="text1"/>
          <w:sz w:val="24"/>
          <w:szCs w:val="24"/>
          <w:lang w:val="cy-GB"/>
        </w:rPr>
        <w:t>g</w:t>
      </w:r>
      <w:r w:rsidRPr="004C4328">
        <w:rPr>
          <w:rFonts w:ascii="Arial" w:hAnsi="Arial" w:cs="Arial"/>
          <w:color w:val="000000" w:themeColor="text1"/>
          <w:sz w:val="24"/>
          <w:szCs w:val="24"/>
          <w:lang w:val="cy-GB"/>
        </w:rPr>
        <w:t>ymesur a thryloyw, sy</w:t>
      </w:r>
      <w:r w:rsidR="004812A6" w:rsidRPr="004C4328">
        <w:rPr>
          <w:rFonts w:ascii="Arial" w:hAnsi="Arial" w:cs="Arial"/>
          <w:color w:val="000000" w:themeColor="text1"/>
          <w:sz w:val="24"/>
          <w:szCs w:val="24"/>
          <w:lang w:val="cy-GB"/>
        </w:rPr>
        <w:t>’</w:t>
      </w:r>
      <w:r w:rsidRPr="004C4328">
        <w:rPr>
          <w:rFonts w:ascii="Arial" w:hAnsi="Arial" w:cs="Arial"/>
          <w:color w:val="000000" w:themeColor="text1"/>
          <w:sz w:val="24"/>
          <w:szCs w:val="24"/>
          <w:lang w:val="cy-GB"/>
        </w:rPr>
        <w:t>n galluogi dealltwriaeth leol a chenedlaethol o anghenion presennol, pwysau a chyfeiriad i</w:t>
      </w:r>
      <w:r w:rsidR="004812A6" w:rsidRPr="004C4328">
        <w:rPr>
          <w:rFonts w:ascii="Arial" w:hAnsi="Arial" w:cs="Arial"/>
          <w:color w:val="000000" w:themeColor="text1"/>
          <w:sz w:val="24"/>
          <w:szCs w:val="24"/>
          <w:lang w:val="cy-GB"/>
        </w:rPr>
        <w:t>’</w:t>
      </w:r>
      <w:r w:rsidRPr="004C4328">
        <w:rPr>
          <w:rFonts w:ascii="Arial" w:hAnsi="Arial" w:cs="Arial"/>
          <w:color w:val="000000" w:themeColor="text1"/>
          <w:sz w:val="24"/>
          <w:szCs w:val="24"/>
          <w:lang w:val="cy-GB"/>
        </w:rPr>
        <w:t>r dyfodol. Bwriad y dystiolaeth yw cefnogi penderfyniadau strategol ac atebolrwydd, yn hytrach na chreu beichiau data newydd neu ychwanegol.</w:t>
      </w:r>
    </w:p>
    <w:p w14:paraId="0CEC8F46" w14:textId="77777777" w:rsidR="00020774" w:rsidRPr="004C4328" w:rsidRDefault="00020774" w:rsidP="00020774">
      <w:pPr>
        <w:spacing w:after="0"/>
        <w:rPr>
          <w:rFonts w:ascii="Arial" w:hAnsi="Arial" w:cs="Arial"/>
          <w:color w:val="000000" w:themeColor="text1"/>
          <w:sz w:val="24"/>
          <w:szCs w:val="24"/>
          <w:lang w:val="cy-GB"/>
        </w:rPr>
      </w:pPr>
    </w:p>
    <w:p w14:paraId="6ACA67C5" w14:textId="7245BE86" w:rsidR="00020774" w:rsidRPr="004C4328" w:rsidRDefault="0050288A" w:rsidP="00020774">
      <w:pPr>
        <w:spacing w:after="0"/>
        <w:rPr>
          <w:rFonts w:ascii="Arial" w:hAnsi="Arial" w:cs="Arial"/>
          <w:color w:val="000000" w:themeColor="text1"/>
          <w:sz w:val="24"/>
          <w:szCs w:val="24"/>
          <w:lang w:val="cy-GB"/>
        </w:rPr>
      </w:pPr>
      <w:r w:rsidRPr="004C4328">
        <w:rPr>
          <w:rFonts w:ascii="Arial" w:hAnsi="Arial" w:cs="Arial"/>
          <w:color w:val="000000" w:themeColor="text1"/>
          <w:sz w:val="24"/>
          <w:szCs w:val="24"/>
          <w:lang w:val="cy-GB"/>
        </w:rPr>
        <w:t xml:space="preserve">Mae ffocws penodol ar gysondeb a chymhariaeth ar draws cynlluniau, </w:t>
      </w:r>
      <w:r w:rsidR="00F46D92" w:rsidRPr="004C4328">
        <w:rPr>
          <w:rFonts w:ascii="Arial" w:hAnsi="Arial" w:cs="Arial"/>
          <w:color w:val="000000" w:themeColor="text1"/>
          <w:sz w:val="24"/>
          <w:szCs w:val="24"/>
          <w:lang w:val="cy-GB"/>
        </w:rPr>
        <w:t>gan g</w:t>
      </w:r>
      <w:r w:rsidRPr="004C4328">
        <w:rPr>
          <w:rFonts w:ascii="Arial" w:hAnsi="Arial" w:cs="Arial"/>
          <w:color w:val="000000" w:themeColor="text1"/>
          <w:sz w:val="24"/>
          <w:szCs w:val="24"/>
          <w:lang w:val="cy-GB"/>
        </w:rPr>
        <w:t>ydnabod amrywiad lleol a chyfyngiadau data</w:t>
      </w:r>
      <w:r w:rsidR="00F46D92" w:rsidRPr="004C4328">
        <w:rPr>
          <w:rFonts w:ascii="Arial" w:hAnsi="Arial" w:cs="Arial"/>
          <w:color w:val="000000" w:themeColor="text1"/>
          <w:sz w:val="24"/>
          <w:szCs w:val="24"/>
          <w:lang w:val="cy-GB"/>
        </w:rPr>
        <w:t xml:space="preserve"> cyfiawn</w:t>
      </w:r>
      <w:r w:rsidRPr="004C4328">
        <w:rPr>
          <w:rFonts w:ascii="Arial" w:hAnsi="Arial" w:cs="Arial"/>
          <w:color w:val="000000" w:themeColor="text1"/>
          <w:sz w:val="24"/>
          <w:szCs w:val="24"/>
          <w:lang w:val="cy-GB"/>
        </w:rPr>
        <w:t>, yn enwedig yn y cynlluniau cyntaf.</w:t>
      </w:r>
    </w:p>
    <w:p w14:paraId="5E6062D7" w14:textId="08FB1881" w:rsidR="00F21EC2" w:rsidRPr="0027439D" w:rsidRDefault="0050288A" w:rsidP="0027439D">
      <w:pPr>
        <w:pStyle w:val="Heading2"/>
        <w:spacing w:after="120"/>
        <w:rPr>
          <w:rFonts w:ascii="Arial" w:hAnsi="Arial" w:cs="Arial"/>
          <w:color w:val="000000" w:themeColor="text1"/>
          <w:u w:val="single"/>
          <w:lang w:val="cy-GB"/>
        </w:rPr>
      </w:pPr>
      <w:r w:rsidRPr="004C4328">
        <w:rPr>
          <w:rFonts w:ascii="Arial" w:hAnsi="Arial" w:cs="Arial"/>
          <w:color w:val="000000" w:themeColor="text1"/>
          <w:lang w:val="cy-GB"/>
        </w:rPr>
        <w:t xml:space="preserve">4.2 Data a set ddata </w:t>
      </w:r>
      <w:r w:rsidR="00F46D92" w:rsidRPr="004C4328">
        <w:rPr>
          <w:rFonts w:ascii="Arial" w:hAnsi="Arial" w:cs="Arial"/>
          <w:color w:val="000000" w:themeColor="text1"/>
          <w:lang w:val="cy-GB"/>
        </w:rPr>
        <w:t>g</w:t>
      </w:r>
      <w:r w:rsidRPr="004C4328">
        <w:rPr>
          <w:rFonts w:ascii="Arial" w:hAnsi="Arial" w:cs="Arial"/>
          <w:color w:val="000000" w:themeColor="text1"/>
          <w:lang w:val="cy-GB"/>
        </w:rPr>
        <w:t>raidd</w:t>
      </w:r>
    </w:p>
    <w:p w14:paraId="147E50F0" w14:textId="5CD03FB8" w:rsidR="00020774" w:rsidRPr="0032387A" w:rsidRDefault="0050288A" w:rsidP="00020774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Disgwylir i awdurdodau lleol bwyso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bennaf ar setiau data sefydledig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bodoli eisoes wrth baratoi cynlluniau digonolrwydd blynyddol, gan gynnwys gwybodaeth sydd eisoes wedi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i chasglu a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i chyflwyno i Lywodraeth Cymru (er enghraifft</w:t>
      </w:r>
      <w:r w:rsidR="00F46D92" w:rsidRPr="000160E0">
        <w:rPr>
          <w:rFonts w:ascii="Arial" w:hAnsi="Arial" w:cs="Arial"/>
          <w:sz w:val="24"/>
          <w:szCs w:val="24"/>
          <w:lang w:val="cy-GB"/>
        </w:rPr>
        <w:t>,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trwy ffurflenni ystadegol presennol).</w:t>
      </w:r>
      <w:r w:rsidR="004812A6" w:rsidRPr="000160E0">
        <w:rPr>
          <w:rFonts w:ascii="Arial" w:hAnsi="Arial" w:cs="Arial"/>
          <w:sz w:val="24"/>
          <w:szCs w:val="24"/>
          <w:lang w:val="cy-GB"/>
        </w:rPr>
        <w:t xml:space="preserve"> </w:t>
      </w:r>
      <w:r w:rsidRPr="000160E0">
        <w:rPr>
          <w:rFonts w:ascii="Arial" w:hAnsi="Arial" w:cs="Arial"/>
          <w:sz w:val="24"/>
          <w:szCs w:val="24"/>
          <w:lang w:val="cy-GB"/>
        </w:rPr>
        <w:t>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rhain wedi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u nodi isod:</w:t>
      </w:r>
    </w:p>
    <w:p w14:paraId="42A08C7F" w14:textId="77777777" w:rsidR="00C6046F" w:rsidRPr="0032387A" w:rsidRDefault="00C6046F" w:rsidP="00020774">
      <w:pPr>
        <w:spacing w:after="0"/>
        <w:rPr>
          <w:rFonts w:ascii="Arial" w:hAnsi="Arial" w:cs="Arial"/>
          <w:sz w:val="24"/>
          <w:szCs w:val="24"/>
          <w:lang w:val="cy-GB"/>
        </w:rPr>
      </w:pPr>
    </w:p>
    <w:p w14:paraId="24C11EDC" w14:textId="77777777" w:rsidR="00E327D4" w:rsidRPr="0032387A" w:rsidRDefault="00E327D4" w:rsidP="006E4252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  <w:lang w:val="cy-GB"/>
        </w:rPr>
        <w:sectPr w:rsidR="00E327D4" w:rsidRPr="0032387A" w:rsidSect="003F58BF">
          <w:headerReference w:type="default" r:id="rId12"/>
          <w:footerReference w:type="default" r:id="rId13"/>
          <w:headerReference w:type="first" r:id="rId14"/>
          <w:pgSz w:w="12240" w:h="15840"/>
          <w:pgMar w:top="1440" w:right="1800" w:bottom="1440" w:left="1800" w:header="720" w:footer="720" w:gutter="0"/>
          <w:cols w:space="720"/>
          <w:titlePg/>
          <w:docGrid w:linePitch="360"/>
        </w:sectPr>
      </w:pPr>
    </w:p>
    <w:p w14:paraId="094F96FF" w14:textId="2BA23DEC" w:rsidR="00C6046F" w:rsidRPr="004C4328" w:rsidRDefault="0050288A" w:rsidP="004C4328">
      <w:pPr>
        <w:pStyle w:val="Heading2"/>
        <w:rPr>
          <w:rFonts w:ascii="Arial" w:hAnsi="Arial" w:cs="Arial"/>
          <w:color w:val="000000" w:themeColor="text1"/>
          <w:lang w:val="cy-GB"/>
        </w:rPr>
      </w:pPr>
      <w:r w:rsidRPr="004C4328">
        <w:rPr>
          <w:rFonts w:ascii="Arial" w:hAnsi="Arial" w:cs="Arial"/>
          <w:color w:val="000000" w:themeColor="text1"/>
          <w:lang w:val="cy-GB"/>
        </w:rPr>
        <w:lastRenderedPageBreak/>
        <w:t xml:space="preserve">Tabl 1 </w:t>
      </w:r>
      <w:r w:rsidR="004812A6" w:rsidRPr="004C4328">
        <w:rPr>
          <w:rFonts w:ascii="Arial" w:hAnsi="Arial" w:cs="Arial"/>
          <w:color w:val="000000" w:themeColor="text1"/>
          <w:lang w:val="cy-GB"/>
        </w:rPr>
        <w:t>–</w:t>
      </w:r>
      <w:r w:rsidRPr="004C4328">
        <w:rPr>
          <w:rFonts w:ascii="Arial" w:hAnsi="Arial" w:cs="Arial"/>
          <w:color w:val="000000" w:themeColor="text1"/>
          <w:lang w:val="cy-GB"/>
        </w:rPr>
        <w:t xml:space="preserve"> Set ddata gyffredin i</w:t>
      </w:r>
      <w:r w:rsidR="004812A6" w:rsidRPr="004C4328">
        <w:rPr>
          <w:rFonts w:ascii="Arial" w:hAnsi="Arial" w:cs="Arial"/>
          <w:color w:val="000000" w:themeColor="text1"/>
          <w:lang w:val="cy-GB"/>
        </w:rPr>
        <w:t>’</w:t>
      </w:r>
      <w:r w:rsidRPr="004C4328">
        <w:rPr>
          <w:rFonts w:ascii="Arial" w:hAnsi="Arial" w:cs="Arial"/>
          <w:color w:val="000000" w:themeColor="text1"/>
          <w:lang w:val="cy-GB"/>
        </w:rPr>
        <w:t>w defnyddio ym mhob cynllun digonolrwydd blynyddol ar gyfer blwyddyn ariannol 2027-28</w:t>
      </w:r>
    </w:p>
    <w:p w14:paraId="2BE82AC6" w14:textId="77777777" w:rsidR="00C6046F" w:rsidRPr="0032387A" w:rsidRDefault="00C6046F" w:rsidP="00020774">
      <w:pPr>
        <w:spacing w:after="0"/>
        <w:rPr>
          <w:rFonts w:ascii="Arial" w:hAnsi="Arial" w:cs="Arial"/>
          <w:b/>
          <w:bCs/>
          <w:sz w:val="24"/>
          <w:szCs w:val="24"/>
          <w:lang w:val="cy-GB"/>
        </w:rPr>
      </w:pPr>
    </w:p>
    <w:tbl>
      <w:tblPr>
        <w:tblStyle w:val="TableGrid"/>
        <w:tblW w:w="14459" w:type="dxa"/>
        <w:tblInd w:w="-856" w:type="dxa"/>
        <w:tblLook w:val="04A0" w:firstRow="1" w:lastRow="0" w:firstColumn="1" w:lastColumn="0" w:noHBand="0" w:noVBand="1"/>
      </w:tblPr>
      <w:tblGrid>
        <w:gridCol w:w="3535"/>
        <w:gridCol w:w="1671"/>
        <w:gridCol w:w="1946"/>
        <w:gridCol w:w="2566"/>
        <w:gridCol w:w="3400"/>
        <w:gridCol w:w="1341"/>
      </w:tblGrid>
      <w:tr w:rsidR="00267428" w:rsidRPr="000160E0" w14:paraId="07B01FD8" w14:textId="40D020D9" w:rsidTr="002D2BEA">
        <w:trPr>
          <w:tblHeader/>
        </w:trPr>
        <w:tc>
          <w:tcPr>
            <w:tcW w:w="3606" w:type="dxa"/>
          </w:tcPr>
          <w:p w14:paraId="78189F3B" w14:textId="6EEB99BC" w:rsidR="00E327D4" w:rsidRPr="004C4328" w:rsidRDefault="0050288A" w:rsidP="004C4328">
            <w:pPr>
              <w:pStyle w:val="Heading3"/>
              <w:rPr>
                <w:rFonts w:ascii="Arial" w:hAnsi="Arial" w:cs="Arial"/>
              </w:rPr>
            </w:pPr>
            <w:r w:rsidRPr="004C4328">
              <w:rPr>
                <w:rFonts w:ascii="Arial" w:hAnsi="Arial" w:cs="Arial"/>
                <w:color w:val="000000" w:themeColor="text1"/>
                <w:lang w:val="cy-GB"/>
              </w:rPr>
              <w:t>Data (i gyd ar sail awdurdod lleol)</w:t>
            </w:r>
          </w:p>
        </w:tc>
        <w:tc>
          <w:tcPr>
            <w:tcW w:w="1599" w:type="dxa"/>
          </w:tcPr>
          <w:p w14:paraId="63A18342" w14:textId="4B78A656" w:rsidR="00E327D4" w:rsidRPr="004C4328" w:rsidRDefault="0050288A" w:rsidP="004C4328">
            <w:pPr>
              <w:pStyle w:val="Heading3"/>
              <w:rPr>
                <w:rFonts w:ascii="Arial" w:hAnsi="Arial" w:cs="Arial"/>
              </w:rPr>
            </w:pPr>
            <w:r w:rsidRPr="004C4328">
              <w:rPr>
                <w:rFonts w:ascii="Arial" w:hAnsi="Arial" w:cs="Arial"/>
                <w:color w:val="000000" w:themeColor="text1"/>
                <w:lang w:val="cy-GB"/>
              </w:rPr>
              <w:t xml:space="preserve">Sail statudol </w:t>
            </w:r>
          </w:p>
        </w:tc>
        <w:tc>
          <w:tcPr>
            <w:tcW w:w="1963" w:type="dxa"/>
          </w:tcPr>
          <w:p w14:paraId="46355950" w14:textId="30FD10B1" w:rsidR="00E327D4" w:rsidRPr="004C4328" w:rsidRDefault="0050288A" w:rsidP="004C4328">
            <w:pPr>
              <w:pStyle w:val="Heading3"/>
              <w:rPr>
                <w:rFonts w:ascii="Arial" w:hAnsi="Arial" w:cs="Arial"/>
              </w:rPr>
            </w:pPr>
            <w:r w:rsidRPr="004C4328">
              <w:rPr>
                <w:rFonts w:ascii="Arial" w:hAnsi="Arial" w:cs="Arial"/>
                <w:color w:val="000000" w:themeColor="text1"/>
                <w:lang w:val="cy-GB"/>
              </w:rPr>
              <w:t>Ffynhonnell data</w:t>
            </w:r>
          </w:p>
        </w:tc>
        <w:tc>
          <w:tcPr>
            <w:tcW w:w="2602" w:type="dxa"/>
          </w:tcPr>
          <w:p w14:paraId="12588BCE" w14:textId="77777777" w:rsidR="00A24FF5" w:rsidRPr="004C4328" w:rsidRDefault="0050288A" w:rsidP="004C4328">
            <w:pPr>
              <w:pStyle w:val="Heading3"/>
              <w:rPr>
                <w:rFonts w:ascii="Arial" w:hAnsi="Arial" w:cs="Arial"/>
                <w:color w:val="000000" w:themeColor="text1"/>
              </w:rPr>
            </w:pPr>
            <w:r w:rsidRPr="004C4328">
              <w:rPr>
                <w:rFonts w:ascii="Arial" w:hAnsi="Arial" w:cs="Arial"/>
                <w:color w:val="000000" w:themeColor="text1"/>
                <w:lang w:val="cy-GB"/>
              </w:rPr>
              <w:t>Pwynt cyfeirio / cyfnod adrodd</w:t>
            </w:r>
          </w:p>
          <w:p w14:paraId="0040CD69" w14:textId="6E920CBA" w:rsidR="00E327D4" w:rsidRPr="000160E0" w:rsidRDefault="00E327D4" w:rsidP="0002077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72" w:type="dxa"/>
          </w:tcPr>
          <w:p w14:paraId="1D2440A0" w14:textId="2A2A111B" w:rsidR="00A24FF5" w:rsidRPr="004C4328" w:rsidRDefault="0050288A" w:rsidP="004C4328">
            <w:pPr>
              <w:pStyle w:val="Heading3"/>
              <w:rPr>
                <w:rFonts w:ascii="Arial" w:hAnsi="Arial" w:cs="Arial"/>
                <w:color w:val="000000" w:themeColor="text1"/>
              </w:rPr>
            </w:pPr>
            <w:r w:rsidRPr="004C4328">
              <w:rPr>
                <w:rFonts w:ascii="Arial" w:hAnsi="Arial" w:cs="Arial"/>
                <w:color w:val="000000" w:themeColor="text1"/>
                <w:lang w:val="cy-GB"/>
              </w:rPr>
              <w:t>Math o fesur (rhan o flwyddyn / blwyddyn lawn / rhagolwg/ ciplun)</w:t>
            </w:r>
          </w:p>
          <w:p w14:paraId="34435FE7" w14:textId="73FF3374" w:rsidR="00E327D4" w:rsidRPr="000160E0" w:rsidRDefault="00E327D4" w:rsidP="0002077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</w:tcPr>
          <w:p w14:paraId="0B89099D" w14:textId="4C895528" w:rsidR="00E327D4" w:rsidRPr="004C4328" w:rsidRDefault="0050288A" w:rsidP="004C4328">
            <w:pPr>
              <w:pStyle w:val="Heading3"/>
              <w:rPr>
                <w:rFonts w:ascii="Arial" w:hAnsi="Arial" w:cs="Arial"/>
              </w:rPr>
            </w:pPr>
            <w:r w:rsidRPr="004C4328">
              <w:rPr>
                <w:rFonts w:ascii="Arial" w:hAnsi="Arial" w:cs="Arial"/>
                <w:color w:val="000000" w:themeColor="text1"/>
                <w:lang w:val="cy-GB"/>
              </w:rPr>
              <w:t>Adrannau perthnasol o</w:t>
            </w:r>
            <w:r w:rsidR="004812A6" w:rsidRPr="004C4328">
              <w:rPr>
                <w:rFonts w:ascii="Arial" w:hAnsi="Arial" w:cs="Arial"/>
                <w:color w:val="000000" w:themeColor="text1"/>
                <w:lang w:val="cy-GB"/>
              </w:rPr>
              <w:t>’</w:t>
            </w:r>
            <w:r w:rsidRPr="004C4328">
              <w:rPr>
                <w:rFonts w:ascii="Arial" w:hAnsi="Arial" w:cs="Arial"/>
                <w:color w:val="000000" w:themeColor="text1"/>
                <w:lang w:val="cy-GB"/>
              </w:rPr>
              <w:t xml:space="preserve">r templed </w:t>
            </w:r>
          </w:p>
        </w:tc>
      </w:tr>
      <w:tr w:rsidR="00267428" w:rsidRPr="000160E0" w14:paraId="5E755136" w14:textId="77777777" w:rsidTr="002D2BEA">
        <w:tc>
          <w:tcPr>
            <w:tcW w:w="3606" w:type="dxa"/>
          </w:tcPr>
          <w:p w14:paraId="1AD29485" w14:textId="212CA505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Nifer y plant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n derbyn gofal </w:t>
            </w:r>
            <w:r w:rsidR="001F521A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ar hyn o bryd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o fewn yr awdurdod lleol, a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amcangyfrifon ar gyfer y nifer y bydd yn gofalu amdan</w:t>
            </w:r>
            <w:r w:rsidR="001F521A" w:rsidRPr="000160E0">
              <w:rPr>
                <w:rFonts w:ascii="Arial" w:hAnsi="Arial" w:cs="Arial"/>
                <w:sz w:val="24"/>
                <w:szCs w:val="24"/>
                <w:lang w:val="cy-GB"/>
              </w:rPr>
              <w:t>ynt</w:t>
            </w:r>
          </w:p>
          <w:p w14:paraId="21194B26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9" w:type="dxa"/>
          </w:tcPr>
          <w:p w14:paraId="6264ABD9" w14:textId="4822E321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Deddf 2014, Adran 75A(3)(i) (yn benodol ar gyfer y nifer y mae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r awdurdod lleol yn </w:t>
            </w:r>
            <w:r w:rsidRPr="000160E0">
              <w:rPr>
                <w:rFonts w:ascii="Arial" w:hAnsi="Arial" w:cs="Arial"/>
                <w:sz w:val="24"/>
                <w:szCs w:val="24"/>
                <w:u w:val="single"/>
                <w:lang w:val="cy-GB"/>
              </w:rPr>
              <w:t>amcangyfrif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y bydd yn gofalu amdan</w:t>
            </w:r>
            <w:r w:rsidR="001F521A" w:rsidRPr="000160E0">
              <w:rPr>
                <w:rFonts w:ascii="Arial" w:hAnsi="Arial" w:cs="Arial"/>
                <w:sz w:val="24"/>
                <w:szCs w:val="24"/>
                <w:lang w:val="cy-GB"/>
              </w:rPr>
              <w:t>ynt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</w:tc>
        <w:tc>
          <w:tcPr>
            <w:tcW w:w="1963" w:type="dxa"/>
          </w:tcPr>
          <w:p w14:paraId="4B2182C4" w14:textId="0AADAB33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Data mewnol awdurdodau lleol fel 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i cyflwynwyd i StatsCymru (heb ei dalgrynnu)</w:t>
            </w:r>
          </w:p>
        </w:tc>
        <w:tc>
          <w:tcPr>
            <w:tcW w:w="2602" w:type="dxa"/>
          </w:tcPr>
          <w:p w14:paraId="4316B41A" w14:textId="77777777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Y sefyllfa ar 31 Mawrth 2026</w:t>
            </w:r>
          </w:p>
          <w:p w14:paraId="59082754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8D9B236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967C49" w14:textId="77777777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Y sefyllfa ar 30 Medi 2026</w:t>
            </w:r>
          </w:p>
          <w:p w14:paraId="222ADEFA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B8EA38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FE588A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9752B6" w14:textId="77777777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Rhagolwg ar 31 Mawrth 2027</w:t>
            </w:r>
          </w:p>
          <w:p w14:paraId="554D133E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E80692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FA2785C" w14:textId="4850C8BC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Rhagolwg ar 31 Mawrth 2028</w:t>
            </w:r>
          </w:p>
        </w:tc>
        <w:tc>
          <w:tcPr>
            <w:tcW w:w="3472" w:type="dxa"/>
          </w:tcPr>
          <w:p w14:paraId="5E31A8E4" w14:textId="77777777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1. Ciplun –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y sefyllfa ar 31 Mawrth 2026 </w:t>
            </w:r>
          </w:p>
          <w:p w14:paraId="32290F71" w14:textId="77777777" w:rsidR="002D2BEA" w:rsidRPr="000160E0" w:rsidRDefault="002D2BEA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C422901" w14:textId="77777777" w:rsidR="002D2BEA" w:rsidRPr="000160E0" w:rsidRDefault="002D2BEA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12C0C17" w14:textId="77777777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2.(a) Ciplun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– y sefyllfa ar 30 Medi 2026 </w:t>
            </w:r>
          </w:p>
          <w:p w14:paraId="51D8AA97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1553B4" w14:textId="77777777" w:rsidR="002D2BEA" w:rsidRPr="000160E0" w:rsidRDefault="002D2BEA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D38C2A2" w14:textId="77777777" w:rsidR="002D2BEA" w:rsidRPr="000160E0" w:rsidRDefault="002D2BEA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58F9B12" w14:textId="77777777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2.(b) Rhagolwg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ar 31 Mawrth 2027</w:t>
            </w:r>
          </w:p>
          <w:p w14:paraId="413CB6F7" w14:textId="77777777" w:rsidR="002D2BEA" w:rsidRPr="000160E0" w:rsidRDefault="002D2BEA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143E8C3" w14:textId="77777777" w:rsidR="002D2BEA" w:rsidRPr="000160E0" w:rsidRDefault="002D2BEA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6F0557C" w14:textId="3545622C" w:rsidR="002D2BEA" w:rsidRPr="000160E0" w:rsidRDefault="0050288A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3.</w:t>
            </w:r>
            <w:r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 xml:space="preserve"> </w:t>
            </w: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Rhagolwg </w:t>
            </w:r>
            <w:r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ar 31 Mawrth 2028</w:t>
            </w:r>
          </w:p>
        </w:tc>
        <w:tc>
          <w:tcPr>
            <w:tcW w:w="1217" w:type="dxa"/>
          </w:tcPr>
          <w:p w14:paraId="41D409F3" w14:textId="77777777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1.2 </w:t>
            </w:r>
          </w:p>
          <w:p w14:paraId="7E8E928E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E994547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0379A8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5ED2BC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C752B0" w14:textId="77777777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1.2 </w:t>
            </w:r>
          </w:p>
          <w:p w14:paraId="26BBDBFE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F35FA4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6A8CB2E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876AD2" w14:textId="77777777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1.2</w:t>
            </w:r>
          </w:p>
          <w:p w14:paraId="2A19BC3A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56D0EA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9984A9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0C5DBF" w14:textId="1D833791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2.1(a)</w:t>
            </w:r>
          </w:p>
        </w:tc>
      </w:tr>
      <w:tr w:rsidR="00267428" w:rsidRPr="000160E0" w14:paraId="79FA5C7A" w14:textId="77777777" w:rsidTr="002D2BEA">
        <w:tc>
          <w:tcPr>
            <w:tcW w:w="3606" w:type="dxa"/>
          </w:tcPr>
          <w:p w14:paraId="1E3BF7F6" w14:textId="1968D433" w:rsidR="00BB4B01" w:rsidRPr="000160E0" w:rsidRDefault="0050288A" w:rsidP="003035DD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Nifer y plant nad yw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awdurdod lleol wedi gallu gwneud trefniadau mewn perthynas â nhw o dan adran 81(2) o Ddeddf 2014 (mae hyn yn golygu nifer y plant nad yw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r awdurdod lleol wedi gallu eu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lastRenderedPageBreak/>
              <w:t>lleoli gyda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u rhieni, rhywun â chyfrifoldeb rhiant, neu lle roedd gorchymyn trefniadau pl</w:t>
            </w:r>
            <w:r w:rsidR="001F521A" w:rsidRPr="000160E0">
              <w:rPr>
                <w:rFonts w:ascii="Arial" w:hAnsi="Arial" w:cs="Arial"/>
                <w:sz w:val="24"/>
                <w:szCs w:val="24"/>
                <w:lang w:val="cy-GB"/>
              </w:rPr>
              <w:t>entyn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ar waith yn union cyn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gorchymyn gofal gael ei wneud, person a enwyd yn y gorchymyn hwnnw fel person yr oedd y plentyn i fyw gydag ef) ac y bydd felly angen math arall o leoliad arnynt (e.e. gofal maeth neu gartref plant).</w:t>
            </w:r>
          </w:p>
        </w:tc>
        <w:tc>
          <w:tcPr>
            <w:tcW w:w="1599" w:type="dxa"/>
          </w:tcPr>
          <w:p w14:paraId="7DA466AA" w14:textId="4DFFC8D8" w:rsidR="00BB4B01" w:rsidRPr="000160E0" w:rsidRDefault="00B94F12" w:rsidP="002D2B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Adran 75A(3)(a)(ii</w:t>
            </w:r>
          </w:p>
        </w:tc>
        <w:tc>
          <w:tcPr>
            <w:tcW w:w="1963" w:type="dxa"/>
          </w:tcPr>
          <w:p w14:paraId="270380D8" w14:textId="77777777" w:rsidR="00BB4B01" w:rsidRPr="000160E0" w:rsidRDefault="00BB4B01" w:rsidP="002D2B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2" w:type="dxa"/>
          </w:tcPr>
          <w:p w14:paraId="37F81C3F" w14:textId="77777777" w:rsidR="003035DD" w:rsidRPr="000160E0" w:rsidRDefault="0050288A" w:rsidP="003035DD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Y sefyllfa ar 31 Mawrth 2026</w:t>
            </w:r>
          </w:p>
          <w:p w14:paraId="7042A02D" w14:textId="77777777" w:rsidR="003035DD" w:rsidRPr="000160E0" w:rsidRDefault="003035DD" w:rsidP="003035DD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49AFC1" w14:textId="77777777" w:rsidR="00F04099" w:rsidRPr="000160E0" w:rsidRDefault="00F04099" w:rsidP="003035DD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E18AA8" w14:textId="01404CCB" w:rsidR="003035DD" w:rsidRPr="000160E0" w:rsidRDefault="0050288A" w:rsidP="003035DD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Y sefyllfa ar 30 Medi 2026</w:t>
            </w:r>
          </w:p>
          <w:p w14:paraId="01E8D19E" w14:textId="77777777" w:rsidR="003035DD" w:rsidRPr="000160E0" w:rsidRDefault="003035DD" w:rsidP="003035DD">
            <w:pPr>
              <w:rPr>
                <w:rFonts w:ascii="Arial" w:hAnsi="Arial" w:cs="Arial"/>
                <w:sz w:val="24"/>
                <w:szCs w:val="24"/>
              </w:rPr>
            </w:pPr>
          </w:p>
          <w:p w14:paraId="4C72A653" w14:textId="77777777" w:rsidR="00BB4B01" w:rsidRPr="000160E0" w:rsidRDefault="00BB4B01" w:rsidP="002D2B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2" w:type="dxa"/>
          </w:tcPr>
          <w:p w14:paraId="6514FCE8" w14:textId="77777777" w:rsidR="00F04099" w:rsidRPr="000160E0" w:rsidRDefault="0050288A" w:rsidP="00F04099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lastRenderedPageBreak/>
              <w:t xml:space="preserve">1. Ciplun –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y sefyllfa ar 31 Mawrth 2026 </w:t>
            </w:r>
          </w:p>
          <w:p w14:paraId="20B547C5" w14:textId="77777777" w:rsidR="00BB4B01" w:rsidRPr="000160E0" w:rsidRDefault="00BB4B01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B3C4AEF" w14:textId="77777777" w:rsidR="00F04099" w:rsidRPr="000160E0" w:rsidRDefault="00F04099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AC5F9A6" w14:textId="77777777" w:rsidR="00F04099" w:rsidRPr="000160E0" w:rsidRDefault="0050288A" w:rsidP="00F04099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2.(a) Ciplun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– y sefyllfa ar 30 Medi 2026 </w:t>
            </w:r>
          </w:p>
          <w:p w14:paraId="15E84FE7" w14:textId="77777777" w:rsidR="00F04099" w:rsidRPr="000160E0" w:rsidRDefault="00F04099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90000C4" w14:textId="77777777" w:rsidR="00BB4B01" w:rsidRPr="000160E0" w:rsidRDefault="00BB4B01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C7E1382" w14:textId="77777777" w:rsidR="00BB4B01" w:rsidRPr="000160E0" w:rsidRDefault="00BB4B01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0601541" w14:textId="77777777" w:rsidR="00BB4B01" w:rsidRPr="000160E0" w:rsidRDefault="00BB4B01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5639F68" w14:textId="77777777" w:rsidR="00BB4B01" w:rsidRPr="000160E0" w:rsidRDefault="00BB4B01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</w:tcPr>
          <w:p w14:paraId="7DE3215D" w14:textId="77777777" w:rsidR="00BB4B01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lastRenderedPageBreak/>
              <w:t>1.2</w:t>
            </w:r>
          </w:p>
          <w:p w14:paraId="2B5F4532" w14:textId="77777777" w:rsidR="00AB71D4" w:rsidRPr="000160E0" w:rsidRDefault="00AB71D4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20E859" w14:textId="77777777" w:rsidR="00AB71D4" w:rsidRPr="000160E0" w:rsidRDefault="00AB71D4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FF52BE" w14:textId="77777777" w:rsidR="00AB71D4" w:rsidRPr="000160E0" w:rsidRDefault="00AB71D4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E75025" w14:textId="15E74ADC" w:rsidR="00AB71D4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1.2</w:t>
            </w:r>
          </w:p>
        </w:tc>
      </w:tr>
      <w:tr w:rsidR="00267428" w:rsidRPr="000160E0" w14:paraId="6E4D1C15" w14:textId="23428B47" w:rsidTr="002D2BEA">
        <w:tc>
          <w:tcPr>
            <w:tcW w:w="3606" w:type="dxa"/>
          </w:tcPr>
          <w:p w14:paraId="3B2653EE" w14:textId="1E34E892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Nifer y plant y mae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awdurdod lleol yn amcangyfrif y bydd yn annhebygol o allu gwneud trefniadau mewn perthynas â nhw o dan adran 81(2) (mae hyn yn golygu nifer y plant y mae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awdurdod lleol yn disgwyl na fydd yn gallu eu lleoli gyda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u rhieni, rhywun â chyfrifoldeb rhiant, neu lle roedd gorchymyn trefniadau pl</w:t>
            </w:r>
            <w:r w:rsidR="001F521A" w:rsidRPr="000160E0">
              <w:rPr>
                <w:rFonts w:ascii="Arial" w:hAnsi="Arial" w:cs="Arial"/>
                <w:sz w:val="24"/>
                <w:szCs w:val="24"/>
                <w:lang w:val="cy-GB"/>
              </w:rPr>
              <w:t>entyn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ar waith yn union cyn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r gorchymyn gofal gael ei wneud, person a enwyd yn y gorchymyn hwnnw fel person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lastRenderedPageBreak/>
              <w:t>yr oedd y plentyn i fyw gydag ef) ac y bydd felly angen math arall o leoliad arnynt (e.e. gofal maeth neu gartref plant).</w:t>
            </w:r>
          </w:p>
        </w:tc>
        <w:tc>
          <w:tcPr>
            <w:tcW w:w="1599" w:type="dxa"/>
          </w:tcPr>
          <w:p w14:paraId="486E9798" w14:textId="662E72A9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lastRenderedPageBreak/>
              <w:t>Deddf 2014, Adran 75A</w:t>
            </w:r>
            <w:r w:rsidR="006004B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(3)(ii)</w:t>
            </w:r>
          </w:p>
        </w:tc>
        <w:tc>
          <w:tcPr>
            <w:tcW w:w="1963" w:type="dxa"/>
          </w:tcPr>
          <w:p w14:paraId="55BA7CA8" w14:textId="1D5504CD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Adnodd Cymorth Comisiynu ar gyfer Plant</w:t>
            </w:r>
          </w:p>
        </w:tc>
        <w:tc>
          <w:tcPr>
            <w:tcW w:w="2602" w:type="dxa"/>
          </w:tcPr>
          <w:p w14:paraId="3B5BF80A" w14:textId="0B0CCD43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Rhagolwg ar 31 Mawrth 2027</w:t>
            </w:r>
          </w:p>
          <w:p w14:paraId="52477691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A9C77D6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4609C9" w14:textId="7FAE1A70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Rhagolwg ar 31 Mawrth 2028</w:t>
            </w:r>
          </w:p>
        </w:tc>
        <w:tc>
          <w:tcPr>
            <w:tcW w:w="3472" w:type="dxa"/>
          </w:tcPr>
          <w:p w14:paraId="553948C0" w14:textId="3EF13C96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1. Rhagolwg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ar 31 Mawrth 2027</w:t>
            </w:r>
          </w:p>
          <w:p w14:paraId="11A8D694" w14:textId="77777777" w:rsidR="002D2BEA" w:rsidRPr="000160E0" w:rsidRDefault="002D2BEA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53CA3AA" w14:textId="77777777" w:rsidR="002D2BEA" w:rsidRPr="000160E0" w:rsidRDefault="002D2BEA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D80DC4C" w14:textId="525F7790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2. Rhagolwg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ar 31 Mawrth 2028 </w:t>
            </w:r>
          </w:p>
        </w:tc>
        <w:tc>
          <w:tcPr>
            <w:tcW w:w="1217" w:type="dxa"/>
          </w:tcPr>
          <w:p w14:paraId="077543C7" w14:textId="4091EE26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1.2</w:t>
            </w:r>
          </w:p>
          <w:p w14:paraId="38B5E516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2254E2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1F3E6B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E5E1F5" w14:textId="26AA39F5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2.1(a)</w:t>
            </w:r>
          </w:p>
        </w:tc>
      </w:tr>
      <w:tr w:rsidR="00267428" w:rsidRPr="000160E0" w14:paraId="65D908F7" w14:textId="77777777" w:rsidTr="002D2BEA">
        <w:tc>
          <w:tcPr>
            <w:tcW w:w="3606" w:type="dxa"/>
          </w:tcPr>
          <w:p w14:paraId="0ABB8C3B" w14:textId="311408B7" w:rsidR="00962085" w:rsidRPr="000160E0" w:rsidRDefault="0050288A" w:rsidP="00962085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Nifer y plant sydd wedi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u lleoli y tu allan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sir ac yn drawsffiniol (y tu allan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wlad) (</w:t>
            </w:r>
            <w:r w:rsidR="000662E4" w:rsidRPr="000160E0">
              <w:rPr>
                <w:rFonts w:ascii="Arial" w:hAnsi="Arial" w:cs="Arial"/>
                <w:sz w:val="24"/>
                <w:szCs w:val="24"/>
                <w:lang w:val="cy-GB"/>
              </w:rPr>
              <w:t>cyfredol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a rhagamcan)</w:t>
            </w:r>
          </w:p>
          <w:p w14:paraId="57FF5D64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7AAEBABD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1C3ED6B4" w14:textId="77777777" w:rsidR="00962085" w:rsidRPr="000160E0" w:rsidRDefault="00962085" w:rsidP="0096208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33BBC68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9" w:type="dxa"/>
          </w:tcPr>
          <w:p w14:paraId="45B7A897" w14:textId="2DA87321" w:rsidR="00962085" w:rsidRPr="000160E0" w:rsidRDefault="0050288A" w:rsidP="009974AF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Rheoliadau Awdurdodau Lleol (Cynlluniau Digonolrwydd Blynyddol) (Cymru) 2026</w:t>
            </w:r>
          </w:p>
        </w:tc>
        <w:tc>
          <w:tcPr>
            <w:tcW w:w="1963" w:type="dxa"/>
          </w:tcPr>
          <w:p w14:paraId="31CB7549" w14:textId="2C9878DD" w:rsidR="00962085" w:rsidRPr="000160E0" w:rsidRDefault="0050288A" w:rsidP="00962085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Adnodd Cymorth Comisiynu ar gyfer Plant (map a thabl)</w:t>
            </w:r>
          </w:p>
        </w:tc>
        <w:tc>
          <w:tcPr>
            <w:tcW w:w="2602" w:type="dxa"/>
          </w:tcPr>
          <w:p w14:paraId="7190F95F" w14:textId="77777777" w:rsidR="00962085" w:rsidRPr="000160E0" w:rsidRDefault="0050288A" w:rsidP="00962085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Blwyddyn ariannol 2025/26 (gwirioneddol) </w:t>
            </w:r>
          </w:p>
          <w:p w14:paraId="61BBB1CA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78A06B05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369A73" w14:textId="77777777" w:rsidR="00962085" w:rsidRPr="000160E0" w:rsidRDefault="0050288A" w:rsidP="00962085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Data gwirioneddol blwyddyn ariannol 2026-27 hyd at ac yn cynnwys 30 Medi 2026</w:t>
            </w:r>
          </w:p>
          <w:p w14:paraId="72CFFC86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30179D36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F6F643" w14:textId="77777777" w:rsidR="00962085" w:rsidRPr="000160E0" w:rsidRDefault="0050288A" w:rsidP="00962085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Blwyddyn ariannol 2026-27 hyd at ac yn cynnwys 31 Mawrth 2027 (gan ddefnyddio data gwirioneddol hyd at ac yn cynnwys 30 Medi 2026 a data rhagolwg o 1 Hydref 2026 i 31 Mawrth 2027) </w:t>
            </w:r>
          </w:p>
          <w:p w14:paraId="6152336B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8B69DD" w14:textId="77777777" w:rsidR="00962085" w:rsidRPr="000160E0" w:rsidRDefault="0050288A" w:rsidP="00962085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Blwyddyn ariannol 2027-28 (rhagolwg)</w:t>
            </w:r>
          </w:p>
          <w:p w14:paraId="655F2F7C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2" w:type="dxa"/>
          </w:tcPr>
          <w:p w14:paraId="6468FC87" w14:textId="77777777" w:rsidR="00962085" w:rsidRPr="000160E0" w:rsidRDefault="0050288A" w:rsidP="00962085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lastRenderedPageBreak/>
              <w:t>1. Blwyddyn lawn 2025/26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(gwirioneddol)</w:t>
            </w:r>
          </w:p>
          <w:p w14:paraId="2AACBE8E" w14:textId="77777777" w:rsidR="00962085" w:rsidRPr="000160E0" w:rsidRDefault="00962085" w:rsidP="0096208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0171C90" w14:textId="77777777" w:rsidR="00962085" w:rsidRPr="000160E0" w:rsidRDefault="00962085" w:rsidP="0096208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1AF8505" w14:textId="77777777" w:rsidR="00962085" w:rsidRPr="000160E0" w:rsidRDefault="00962085" w:rsidP="0096208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58F004F" w14:textId="01826CD1" w:rsidR="00962085" w:rsidRPr="000160E0" w:rsidRDefault="0050288A" w:rsidP="00962085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2. (a) </w:t>
            </w:r>
            <w:r w:rsidR="00CC7D4D"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Y f</w:t>
            </w: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lwyddyn hyd yma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hyd at</w:t>
            </w: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ac yn cynnwys 30 Medi 2026 (gwirioneddol)</w:t>
            </w:r>
          </w:p>
          <w:p w14:paraId="6A0BBB53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5F1E5D2E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E99B7C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FE9B7E" w14:textId="715A1CD6" w:rsidR="00962085" w:rsidRPr="000160E0" w:rsidRDefault="0050288A" w:rsidP="00962085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2. (b)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Blwyddyn lawn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(gwirioneddol a rhagolwg): yn cynnwys data gwirioneddol o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flwyddyn hyd at ac yn cynnwys 30 Medi 2026 (yn unol â 2.(a) uchod a data rhagolwg ar gyfer gweddill blwyddyn ariannol 2026-27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  <w:p w14:paraId="68A01A7F" w14:textId="77777777" w:rsidR="00962085" w:rsidRPr="000160E0" w:rsidRDefault="00962085" w:rsidP="0096208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1255F4A" w14:textId="77777777" w:rsidR="00962085" w:rsidRPr="000160E0" w:rsidRDefault="00962085" w:rsidP="0096208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1C57BF6" w14:textId="77777777" w:rsidR="00962085" w:rsidRPr="000160E0" w:rsidRDefault="00962085" w:rsidP="0096208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03183A7" w14:textId="77777777" w:rsidR="00962085" w:rsidRPr="000160E0" w:rsidRDefault="0050288A" w:rsidP="00962085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lastRenderedPageBreak/>
              <w:t>3.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Blwyddyn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lawn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(rhagolwg) ar gyfer blwyddyn ariannol 2027-28</w:t>
            </w:r>
          </w:p>
          <w:p w14:paraId="0FAD8A35" w14:textId="77777777" w:rsidR="00962085" w:rsidRPr="000160E0" w:rsidRDefault="00962085" w:rsidP="0096208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</w:tcPr>
          <w:p w14:paraId="46947E1A" w14:textId="77777777" w:rsidR="00962085" w:rsidRPr="000160E0" w:rsidRDefault="0050288A" w:rsidP="00962085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lastRenderedPageBreak/>
              <w:t>1.4</w:t>
            </w:r>
          </w:p>
          <w:p w14:paraId="49B67C84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78D3C252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6ED2B2FB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29364E" w14:textId="77777777" w:rsidR="00962085" w:rsidRPr="000160E0" w:rsidRDefault="0050288A" w:rsidP="00962085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1.4</w:t>
            </w:r>
          </w:p>
          <w:p w14:paraId="5C151032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1B4168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A8F432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ACEB98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D7005B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6235909A" w14:textId="77777777" w:rsidR="00962085" w:rsidRPr="000160E0" w:rsidRDefault="0050288A" w:rsidP="00962085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1.4</w:t>
            </w:r>
          </w:p>
          <w:p w14:paraId="3BF95337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FA34B4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C4C16C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3D1284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FC3A54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568354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F90D0C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7675E7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95F203" w14:textId="77777777" w:rsidR="00962085" w:rsidRPr="000160E0" w:rsidRDefault="00962085" w:rsidP="009620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9BC4C9" w14:textId="25DC0142" w:rsidR="00962085" w:rsidRPr="000160E0" w:rsidRDefault="0050288A" w:rsidP="00962085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2.1(b)</w:t>
            </w:r>
          </w:p>
        </w:tc>
      </w:tr>
      <w:tr w:rsidR="00267428" w:rsidRPr="000160E0" w14:paraId="00C6540A" w14:textId="701A5290" w:rsidTr="002D2BEA">
        <w:tc>
          <w:tcPr>
            <w:tcW w:w="3606" w:type="dxa"/>
          </w:tcPr>
          <w:p w14:paraId="01AD8F1E" w14:textId="13743641" w:rsidR="002D2BEA" w:rsidRPr="0032387A" w:rsidRDefault="0050288A" w:rsidP="0040065C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Nifer y plant mewn gwasanaethau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gweithredu heb gofrestru (cyfredol a rhagamcan).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Ystyr 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“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gweithredu heb gofrestru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”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yw man lle mae gwasanaeth cartref plant neu wasanaeth llety diogel yn cael ei ddarparu a lle nad yw darparwr y gwasanaeth wedi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i gofrestru i ddarparu gwasanaeth cartref plant neu wasanaeth llety diogel yn y lle hwnnw.</w:t>
            </w:r>
          </w:p>
          <w:p w14:paraId="1F3B56C7" w14:textId="77777777" w:rsidR="002D2BEA" w:rsidRPr="0032387A" w:rsidRDefault="002D2BEA" w:rsidP="002D2BE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599" w:type="dxa"/>
          </w:tcPr>
          <w:p w14:paraId="427CE197" w14:textId="32557D66" w:rsidR="002D2BEA" w:rsidRPr="0032387A" w:rsidRDefault="0050288A" w:rsidP="009974AF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Rheoliadau Awdurdodau Lleol (Cynlluniau Digonolrwydd Blynyddol) (Cymru) 2026</w:t>
            </w:r>
          </w:p>
        </w:tc>
        <w:tc>
          <w:tcPr>
            <w:tcW w:w="1963" w:type="dxa"/>
          </w:tcPr>
          <w:p w14:paraId="4BE73AC4" w14:textId="26D12C39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Data mewnol awdurdodau lleol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</w:tc>
        <w:tc>
          <w:tcPr>
            <w:tcW w:w="2602" w:type="dxa"/>
          </w:tcPr>
          <w:p w14:paraId="02241104" w14:textId="64B9BA91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Blwyddyn ariannol 2025/26 (gwirioneddol)</w:t>
            </w:r>
          </w:p>
          <w:p w14:paraId="076936FC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7B01CB" w14:textId="38A0FCF9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Data gwirioneddol blwyddyn ariannol 2026-27 hyd at ac yn cynnwys 30 Medi 2026</w:t>
            </w:r>
          </w:p>
          <w:p w14:paraId="586580B8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FCACD2" w14:textId="162B8C9F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Blwyddyn ariannol 2026-27 (</w:t>
            </w:r>
            <w:r w:rsidR="000662E4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yn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seiliedig ar ddata gwirioneddol hyd at ac yn cynnwys 30 Medi 2026 a data rhagolwg o 1 Hydref 2026 i 31 Mawrth 2027) </w:t>
            </w:r>
          </w:p>
          <w:p w14:paraId="0E089FD4" w14:textId="4F10E743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A93DA4" w14:textId="7D4BC5EB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Blwyddyn ariannol 2027-28 (rhagolwg)</w:t>
            </w:r>
          </w:p>
          <w:p w14:paraId="183F297D" w14:textId="460B7DE3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2" w:type="dxa"/>
          </w:tcPr>
          <w:p w14:paraId="48B34D4A" w14:textId="28B58577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1. Blwyddyn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lawn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(gwirioneddol) ar gyfer blwyddyn ariannol 2025-26</w:t>
            </w:r>
          </w:p>
          <w:p w14:paraId="3CBDE6D9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D0F116" w14:textId="0C6CF6A7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2.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(a)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="000662E4" w:rsidRPr="000160E0">
              <w:rPr>
                <w:rFonts w:ascii="Arial" w:hAnsi="Arial" w:cs="Arial"/>
                <w:sz w:val="24"/>
                <w:szCs w:val="24"/>
                <w:lang w:val="cy-GB"/>
              </w:rPr>
              <w:t>Y f</w:t>
            </w: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lwyddyn hyd yma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hyd at</w:t>
            </w: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ac yn cynnwys 30 Medi 2026 ar gyfer blwyddyn ariannol 2026-27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  <w:p w14:paraId="0FC62736" w14:textId="57BDB4C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079845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8282928" w14:textId="208FA389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2. (b) Blwyddyn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lawn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yn cynnwys data gwirioneddol o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flwyddyn hyd yma hyd at ac yn cynnwys 30 Medi 2026 (yn unol â 2.(a) uchod a data rhagolwg ar gyfer gweddill blwyddyn ariannol 2026-27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  <w:p w14:paraId="29921491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90ECC9" w14:textId="77777777" w:rsidR="002D2BEA" w:rsidRPr="000160E0" w:rsidRDefault="002D2BEA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D99FE63" w14:textId="5F32B530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3.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Blwyddyn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lawn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(rhagolwg) ar gyfer blwyddyn ariannol 2027-28</w:t>
            </w:r>
          </w:p>
        </w:tc>
        <w:tc>
          <w:tcPr>
            <w:tcW w:w="1217" w:type="dxa"/>
          </w:tcPr>
          <w:p w14:paraId="06E75549" w14:textId="77777777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1.5</w:t>
            </w:r>
          </w:p>
          <w:p w14:paraId="35DCE60D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A90C05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702743" w14:textId="43182DE8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1.5</w:t>
            </w:r>
          </w:p>
          <w:p w14:paraId="6A2A6DAB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CD656A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9B339B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8E8F12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0FC977" w14:textId="6636C774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1.5</w:t>
            </w:r>
          </w:p>
          <w:p w14:paraId="4E00F048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C3E063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F65E50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9D3ADE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B08FC5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CBD939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E26211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3600503" w14:textId="5C387C1E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2.1(c)</w:t>
            </w:r>
          </w:p>
          <w:p w14:paraId="3CDE40FE" w14:textId="5D38CD6F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7428" w:rsidRPr="000160E0" w14:paraId="22A51997" w14:textId="357032A8" w:rsidTr="002D2BEA">
        <w:tc>
          <w:tcPr>
            <w:tcW w:w="3606" w:type="dxa"/>
          </w:tcPr>
          <w:p w14:paraId="5135824F" w14:textId="626D86DD" w:rsidR="00694FEC" w:rsidRPr="0032387A" w:rsidRDefault="0050288A" w:rsidP="00694FEC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lastRenderedPageBreak/>
              <w:t>Nifer y plant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destun Gorchymyn Amddifadu o Ryddid</w:t>
            </w:r>
            <w:r w:rsidR="00143C3B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(Sylwch fod dyfarniad Goruchaf Lys y DU ym mis Mehefin 2026 wedi newid y diffiniad cyfreithiol o amddifadu o ryddid, gan ddisodli 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“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prawf asid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”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blaenorol Gorllewin Swydd Gaer gydag asesiad ehangach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ystyried amgylchiadau a dymuniadau unigolyn ac unrhyw dystiolaeth o wrthwynebiad. Mae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newid yn weithredol ar unwaith ac mae disgwyl iddo leihau nifer y gorchmynion amddifadu o ryddid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cael eu hawdurdodi dros amser. Mae rhagor o wybodaeth ar gael yng nghanllawiau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r Adran Iechyd a Gofal Cymdeithasol: </w:t>
            </w:r>
            <w:hyperlink r:id="rId15" w:tgtFrame="_blank" w:history="1">
              <w:r w:rsidR="00694FEC" w:rsidRPr="000160E0">
                <w:rPr>
                  <w:rStyle w:val="Hyperlink"/>
                  <w:rFonts w:ascii="Arial" w:hAnsi="Arial" w:cs="Arial"/>
                  <w:sz w:val="24"/>
                  <w:szCs w:val="24"/>
                  <w:lang w:val="cy-GB"/>
                </w:rPr>
                <w:t>Dyfarniad 2026 Goruchaf Lys y DU ar yr hyn sy’n gyfystyr ag amddifadu o ryddid</w:t>
              </w:r>
            </w:hyperlink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.)</w:t>
            </w:r>
          </w:p>
          <w:p w14:paraId="15616683" w14:textId="0CD4E6F2" w:rsidR="00694FEC" w:rsidRPr="0032387A" w:rsidRDefault="00694FEC" w:rsidP="002D2BE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178EB6B8" w14:textId="77777777" w:rsidR="002D2BEA" w:rsidRPr="0032387A" w:rsidRDefault="002D2BEA" w:rsidP="002D2BE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599" w:type="dxa"/>
          </w:tcPr>
          <w:p w14:paraId="59047F11" w14:textId="14B885AD" w:rsidR="002D2BEA" w:rsidRPr="0032387A" w:rsidRDefault="0050288A" w:rsidP="009974AF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Rheoliadau Awdurdodau Lleol (Cynlluniau Digonolrwydd Blynyddol) (Cymru) 2026</w:t>
            </w:r>
          </w:p>
        </w:tc>
        <w:tc>
          <w:tcPr>
            <w:tcW w:w="1963" w:type="dxa"/>
          </w:tcPr>
          <w:p w14:paraId="1C8BA14B" w14:textId="1EB240B6" w:rsidR="002D2BEA" w:rsidRPr="0032387A" w:rsidRDefault="0050288A" w:rsidP="002D2BE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Data mewnol awdurdodau lleol (gydag awdurdodau yn croeswirio gyda hysbysiadau CAFCASS a</w:t>
            </w:r>
            <w:r w:rsidR="000160E0">
              <w:rPr>
                <w:rFonts w:ascii="Arial" w:hAnsi="Arial" w:cs="Arial"/>
                <w:sz w:val="24"/>
                <w:szCs w:val="24"/>
                <w:lang w:val="cy-GB"/>
              </w:rPr>
              <w:t>c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AGC lle bo hynny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n berthnasol) </w:t>
            </w:r>
          </w:p>
        </w:tc>
        <w:tc>
          <w:tcPr>
            <w:tcW w:w="2602" w:type="dxa"/>
          </w:tcPr>
          <w:p w14:paraId="5B32E6C3" w14:textId="3C7EC2F8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Blwyddyn ariannol 2025/26 (gwirioneddol)</w:t>
            </w:r>
          </w:p>
          <w:p w14:paraId="5E785F84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6094B5" w14:textId="77777777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Data gwirioneddol blwyddyn ariannol 2026-27 hyd at ac yn cynnwys 30 Medi 2026</w:t>
            </w:r>
          </w:p>
          <w:p w14:paraId="776D7A57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368AED3" w14:textId="15B1186E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Blwyddyn ariannol 2026-27 (</w:t>
            </w:r>
            <w:r w:rsidR="00143C3B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yn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seiliedig ar ddata gwirioneddol hyd at ac yn cynnwys 30 Medi 2026 a data rhagolwg o 1 Hydref 2026 i 31 Mawrth 2027) </w:t>
            </w:r>
          </w:p>
          <w:p w14:paraId="7207B1C9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D03765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AA49CE" w14:textId="7DFB5E72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Blwyddyn ariannol 2027-28 (rhagolwg)</w:t>
            </w:r>
          </w:p>
          <w:p w14:paraId="33B78639" w14:textId="0FEA866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2" w:type="dxa"/>
          </w:tcPr>
          <w:p w14:paraId="5573E7D8" w14:textId="2F633972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1. Blwyddyn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lawn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(gwirioneddol) ar gyfer blwyddyn ariannol 2025-26</w:t>
            </w:r>
          </w:p>
          <w:p w14:paraId="5C842FBD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F501F6" w14:textId="3E06F3E7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2. (a) </w:t>
            </w:r>
            <w:r w:rsidR="00143C3B"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Y f</w:t>
            </w: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lwyddyn hyd yma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hyd at ac yn cynnwys 30 Medi 2026 ar gyfer blwyddyn ariannol 2026-27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  <w:p w14:paraId="799C336B" w14:textId="527E0EA9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599FE8C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959B85" w14:textId="437EBDC8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2. (b) Blwyddyn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lawn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(gwirioneddol a rhagolwg) ar gyfer blwyddyn ariannol 2026-27</w:t>
            </w:r>
          </w:p>
          <w:p w14:paraId="6F6EFB47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3FC622" w14:textId="77777777" w:rsidR="002D2BEA" w:rsidRPr="000160E0" w:rsidRDefault="002D2BEA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0D6BAFB" w14:textId="77777777" w:rsidR="002D2BEA" w:rsidRPr="000160E0" w:rsidRDefault="002D2BEA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447DFB1" w14:textId="77777777" w:rsidR="002D2BEA" w:rsidRPr="000160E0" w:rsidRDefault="002D2BEA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F2C05EB" w14:textId="77777777" w:rsidR="002D2BEA" w:rsidRPr="000160E0" w:rsidRDefault="002D2BEA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C894D72" w14:textId="77777777" w:rsidR="002D2BEA" w:rsidRPr="000160E0" w:rsidRDefault="002D2BEA" w:rsidP="002D2BE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2B5349C" w14:textId="0D1C2A24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3.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Blwyddyn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lawn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(rhagolwg) ar gyfer blwyddyn ariannol 2027-28</w:t>
            </w:r>
          </w:p>
        </w:tc>
        <w:tc>
          <w:tcPr>
            <w:tcW w:w="1217" w:type="dxa"/>
          </w:tcPr>
          <w:p w14:paraId="33CD0B75" w14:textId="77777777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1.6</w:t>
            </w:r>
          </w:p>
          <w:p w14:paraId="0E80978C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65325F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11D8D7" w14:textId="77777777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1.6</w:t>
            </w:r>
          </w:p>
          <w:p w14:paraId="39241CFB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69A3823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A8A529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280650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F82BA9" w14:textId="01285E05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1.6</w:t>
            </w:r>
          </w:p>
          <w:p w14:paraId="7AFDEE21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031AEF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16956E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68EBF4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521DFC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E81E8F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DBB58B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1B2A1D" w14:textId="77777777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5C80A2" w14:textId="6BED64BE" w:rsidR="002D2BEA" w:rsidRPr="000160E0" w:rsidRDefault="0050288A" w:rsidP="002D2BE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2.1(d)</w:t>
            </w:r>
          </w:p>
          <w:p w14:paraId="2C541D77" w14:textId="1514ACDD" w:rsidR="002D2BEA" w:rsidRPr="000160E0" w:rsidRDefault="002D2BEA" w:rsidP="002D2B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FC996B8" w14:textId="77777777" w:rsidR="00E327D4" w:rsidRPr="000160E0" w:rsidRDefault="00E327D4" w:rsidP="00020774">
      <w:pPr>
        <w:spacing w:after="0"/>
        <w:rPr>
          <w:rFonts w:ascii="Arial" w:hAnsi="Arial" w:cs="Arial"/>
          <w:sz w:val="24"/>
          <w:szCs w:val="24"/>
        </w:rPr>
        <w:sectPr w:rsidR="00E327D4" w:rsidRPr="000160E0" w:rsidSect="00524381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p w14:paraId="21634E1A" w14:textId="6199BD1E" w:rsidR="00C6046F" w:rsidRPr="000160E0" w:rsidRDefault="0050288A" w:rsidP="00020774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lastRenderedPageBreak/>
        <w:t>Y dull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cael ei ffafrio yw:</w:t>
      </w:r>
    </w:p>
    <w:p w14:paraId="419492E5" w14:textId="77777777" w:rsidR="00C6046F" w:rsidRPr="000160E0" w:rsidRDefault="00C6046F" w:rsidP="00020774">
      <w:pPr>
        <w:spacing w:after="0"/>
        <w:rPr>
          <w:rFonts w:ascii="Arial" w:hAnsi="Arial" w:cs="Arial"/>
          <w:sz w:val="24"/>
          <w:szCs w:val="24"/>
        </w:rPr>
      </w:pPr>
    </w:p>
    <w:p w14:paraId="4138104C" w14:textId="2AC42A50" w:rsidR="00020774" w:rsidRPr="000160E0" w:rsidRDefault="0050288A" w:rsidP="00020774">
      <w:pPr>
        <w:numPr>
          <w:ilvl w:val="0"/>
          <w:numId w:val="49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defnyddio ffynonellau data presennol wedi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u gwirio lle bynnag y bo modd, gan gynnwys y rhai a restrwyd yn set ddata Tabl 1 uchod.</w:t>
      </w:r>
    </w:p>
    <w:p w14:paraId="1ED5FA32" w14:textId="77777777" w:rsidR="00020774" w:rsidRPr="000160E0" w:rsidRDefault="0050288A" w:rsidP="00020774">
      <w:pPr>
        <w:numPr>
          <w:ilvl w:val="0"/>
          <w:numId w:val="49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mapio gofynion statudol yn erbyn ffurflenni data cyfredol; a</w:t>
      </w:r>
    </w:p>
    <w:p w14:paraId="11EC07B0" w14:textId="5F3CB062" w:rsidR="00020774" w:rsidRPr="000160E0" w:rsidRDefault="0050288A" w:rsidP="00020774">
      <w:pPr>
        <w:numPr>
          <w:ilvl w:val="0"/>
          <w:numId w:val="49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nodi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glir lle mae gwybodaeth eisoes ar gael a lle mae bylchau gwirioneddol yn parhau.</w:t>
      </w:r>
    </w:p>
    <w:p w14:paraId="437724A6" w14:textId="77777777" w:rsidR="00C6046F" w:rsidRPr="000160E0" w:rsidRDefault="00C6046F" w:rsidP="00020774">
      <w:pPr>
        <w:spacing w:after="0"/>
        <w:rPr>
          <w:rFonts w:ascii="Arial" w:hAnsi="Arial" w:cs="Arial"/>
          <w:sz w:val="24"/>
          <w:szCs w:val="24"/>
        </w:rPr>
      </w:pPr>
    </w:p>
    <w:p w14:paraId="2F7D92A0" w14:textId="3EE686F0" w:rsidR="00F21EC2" w:rsidRPr="000160E0" w:rsidRDefault="0050288A" w:rsidP="00020774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r dull hwn yn cefnogi dull cydlynol, yn lleihau baich </w:t>
      </w:r>
      <w:r w:rsidR="000160E0">
        <w:rPr>
          <w:rFonts w:ascii="Arial" w:hAnsi="Arial" w:cs="Arial"/>
          <w:sz w:val="24"/>
          <w:szCs w:val="24"/>
          <w:lang w:val="cy-GB"/>
        </w:rPr>
        <w:t>g</w:t>
      </w:r>
      <w:r w:rsidRPr="000160E0">
        <w:rPr>
          <w:rFonts w:ascii="Arial" w:hAnsi="Arial" w:cs="Arial"/>
          <w:sz w:val="24"/>
          <w:szCs w:val="24"/>
          <w:lang w:val="cy-GB"/>
        </w:rPr>
        <w:t>weinyddol diangen, ac yn galluogi cymharu ystyrlon ar draws awdurdodau.</w:t>
      </w:r>
    </w:p>
    <w:p w14:paraId="531AC63A" w14:textId="55EB4C9A" w:rsidR="00F21EC2" w:rsidRPr="0027439D" w:rsidRDefault="0050288A" w:rsidP="0027439D">
      <w:pPr>
        <w:pStyle w:val="Heading2"/>
        <w:rPr>
          <w:rFonts w:ascii="Arial" w:hAnsi="Arial" w:cs="Arial"/>
          <w:color w:val="000000" w:themeColor="text1"/>
          <w:u w:val="single"/>
        </w:rPr>
      </w:pPr>
      <w:r w:rsidRPr="004C4328">
        <w:rPr>
          <w:rFonts w:ascii="Arial" w:hAnsi="Arial" w:cs="Arial"/>
          <w:color w:val="000000" w:themeColor="text1"/>
          <w:lang w:val="cy-GB"/>
        </w:rPr>
        <w:t>4.3 Cysondeb a diffiniadau</w:t>
      </w:r>
    </w:p>
    <w:p w14:paraId="385D3511" w14:textId="77777777" w:rsidR="00F21EC2" w:rsidRPr="0032387A" w:rsidRDefault="0050288A" w:rsidP="00F21EC2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Mae cysondeb data a therminoleg yn hanfodol. Mae gwahaniaethau mewn diffiniadau neu ddulliau cyfrif yn gallu tanseilio gwerth cynlluniau digonolrwydd ar gyfer goruchwyliaeth genedlaethol yn sylweddol.</w:t>
      </w:r>
    </w:p>
    <w:p w14:paraId="04A467DF" w14:textId="77777777" w:rsidR="00C6046F" w:rsidRPr="0032387A" w:rsidRDefault="00C6046F" w:rsidP="00F21EC2">
      <w:pPr>
        <w:spacing w:after="0"/>
        <w:rPr>
          <w:rFonts w:ascii="Arial" w:hAnsi="Arial" w:cs="Arial"/>
          <w:sz w:val="24"/>
          <w:szCs w:val="24"/>
          <w:lang w:val="cy-GB"/>
        </w:rPr>
      </w:pPr>
    </w:p>
    <w:p w14:paraId="77497A35" w14:textId="5B7E5B61" w:rsidR="00C6046F" w:rsidRPr="000160E0" w:rsidRDefault="0050288A" w:rsidP="00F21EC2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O ganlyniad, dylai awdurdodau lleol:</w:t>
      </w:r>
    </w:p>
    <w:p w14:paraId="2B47569B" w14:textId="77777777" w:rsidR="00C6046F" w:rsidRPr="000160E0" w:rsidRDefault="00C6046F" w:rsidP="00F21EC2">
      <w:pPr>
        <w:spacing w:after="0"/>
        <w:rPr>
          <w:rFonts w:ascii="Arial" w:hAnsi="Arial" w:cs="Arial"/>
          <w:sz w:val="24"/>
          <w:szCs w:val="24"/>
        </w:rPr>
      </w:pPr>
    </w:p>
    <w:p w14:paraId="52DD0FDC" w14:textId="671E2569" w:rsidR="00F21EC2" w:rsidRPr="000160E0" w:rsidRDefault="0050288A" w:rsidP="00F21EC2">
      <w:pPr>
        <w:numPr>
          <w:ilvl w:val="0"/>
          <w:numId w:val="50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d</w:t>
      </w:r>
      <w:r w:rsidR="00AE722E" w:rsidRPr="000160E0">
        <w:rPr>
          <w:rFonts w:ascii="Arial" w:hAnsi="Arial" w:cs="Arial"/>
          <w:sz w:val="24"/>
          <w:szCs w:val="24"/>
          <w:lang w:val="cy-GB"/>
        </w:rPr>
        <w:t>d</w:t>
      </w:r>
      <w:r w:rsidRPr="000160E0">
        <w:rPr>
          <w:rFonts w:ascii="Arial" w:hAnsi="Arial" w:cs="Arial"/>
          <w:sz w:val="24"/>
          <w:szCs w:val="24"/>
          <w:lang w:val="cy-GB"/>
        </w:rPr>
        <w:t>efnyddio diffiniadau cyffredin lle 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rhain yn bodoli</w:t>
      </w:r>
      <w:r w:rsidR="00AE722E" w:rsidRPr="000160E0">
        <w:rPr>
          <w:rFonts w:ascii="Arial" w:hAnsi="Arial" w:cs="Arial"/>
          <w:sz w:val="24"/>
          <w:szCs w:val="24"/>
          <w:lang w:val="cy-GB"/>
        </w:rPr>
        <w:t xml:space="preserve"> eisoes</w:t>
      </w:r>
      <w:r w:rsidRPr="000160E0">
        <w:rPr>
          <w:rFonts w:ascii="Arial" w:hAnsi="Arial" w:cs="Arial"/>
          <w:sz w:val="24"/>
          <w:szCs w:val="24"/>
          <w:lang w:val="cy-GB"/>
        </w:rPr>
        <w:t>.</w:t>
      </w:r>
    </w:p>
    <w:p w14:paraId="05B652DA" w14:textId="30B5FC7A" w:rsidR="00F21EC2" w:rsidRPr="000160E0" w:rsidRDefault="0050288A" w:rsidP="00F21EC2">
      <w:pPr>
        <w:numPr>
          <w:ilvl w:val="0"/>
          <w:numId w:val="50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defnyddio setiau data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cydweddu â ffurflenni cenedlaethol lle bynnag y bo modd; a</w:t>
      </w:r>
    </w:p>
    <w:p w14:paraId="3E952633" w14:textId="2F972C83" w:rsidR="00F21EC2" w:rsidRPr="000160E0" w:rsidRDefault="0050288A" w:rsidP="00F21EC2">
      <w:pPr>
        <w:numPr>
          <w:ilvl w:val="0"/>
          <w:numId w:val="50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sicrhau bod y ffigurau a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dosbarthiadau sydd ar waith o fewn cynlluniau yn gyson ar draws blynyddoedd.</w:t>
      </w:r>
    </w:p>
    <w:p w14:paraId="499066BF" w14:textId="77777777" w:rsidR="00C6046F" w:rsidRPr="000160E0" w:rsidRDefault="00C6046F" w:rsidP="006E4252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4D49E56F" w14:textId="2CD37A9B" w:rsidR="005D6FEC" w:rsidRPr="000160E0" w:rsidRDefault="0050288A" w:rsidP="001D001B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Pan fo ansicrwydd neu amrywiad o ran dehongli, dylid esbonio hyn yn glir yn y cynllun.</w:t>
      </w:r>
    </w:p>
    <w:p w14:paraId="7F57C8BF" w14:textId="481368D8" w:rsidR="00F21EC2" w:rsidRPr="0027439D" w:rsidRDefault="0050288A" w:rsidP="0027439D">
      <w:pPr>
        <w:pStyle w:val="Heading2"/>
        <w:rPr>
          <w:rFonts w:ascii="Arial" w:hAnsi="Arial" w:cs="Arial"/>
          <w:color w:val="000000" w:themeColor="text1"/>
          <w:u w:val="single"/>
        </w:rPr>
      </w:pPr>
      <w:r w:rsidRPr="004C4328">
        <w:rPr>
          <w:rFonts w:ascii="Arial" w:hAnsi="Arial" w:cs="Arial"/>
          <w:color w:val="000000" w:themeColor="text1"/>
          <w:lang w:val="cy-GB"/>
        </w:rPr>
        <w:t>4.4 Data ffynhonnell leol ac esboniad naratif</w:t>
      </w:r>
    </w:p>
    <w:p w14:paraId="7F7E93DB" w14:textId="400DD1A3" w:rsidR="00F21EC2" w:rsidRPr="000160E0" w:rsidRDefault="00216E7D" w:rsidP="00F21EC2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O dan r</w:t>
      </w:r>
      <w:r w:rsidR="0050288A" w:rsidRPr="000160E0">
        <w:rPr>
          <w:rFonts w:ascii="Arial" w:hAnsi="Arial" w:cs="Arial"/>
          <w:sz w:val="24"/>
          <w:szCs w:val="24"/>
          <w:lang w:val="cy-GB"/>
        </w:rPr>
        <w:t>ai amgylchiadau, mae setiau data cenedlaethol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="0050288A" w:rsidRPr="000160E0">
        <w:rPr>
          <w:rFonts w:ascii="Arial" w:hAnsi="Arial" w:cs="Arial"/>
          <w:sz w:val="24"/>
          <w:szCs w:val="24"/>
          <w:lang w:val="cy-GB"/>
        </w:rPr>
        <w:t>n cael eu cyhoeddi yn gallu cuddio realiti lleol, yn enwedig mewn awdurdodau llai neu lle mae rheolaethau datgelu (fel talgrynnu) yn berthnasol.</w:t>
      </w:r>
    </w:p>
    <w:p w14:paraId="3131FE9F" w14:textId="77777777" w:rsidR="00C6046F" w:rsidRPr="000160E0" w:rsidRDefault="00C6046F" w:rsidP="00F21EC2">
      <w:pPr>
        <w:spacing w:after="0"/>
        <w:rPr>
          <w:rFonts w:ascii="Arial" w:hAnsi="Arial" w:cs="Arial"/>
          <w:sz w:val="24"/>
          <w:szCs w:val="24"/>
        </w:rPr>
      </w:pPr>
    </w:p>
    <w:p w14:paraId="35FB3731" w14:textId="26FDBF13" w:rsidR="00F21EC2" w:rsidRPr="0032387A" w:rsidRDefault="0050288A" w:rsidP="00F21EC2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Mae awdurdodau lleol yn cadw data ffynhonnell mwy manwl ac mae modd iddynt ddefnyddio hynny i lywio cynllunio. Pan fydd hyn yn arwain at wahaniaethau amlwg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ffigurau a gyhoeddwyd, dylai awdurdodau:</w:t>
      </w:r>
    </w:p>
    <w:p w14:paraId="14B3CC8E" w14:textId="77777777" w:rsidR="00C6046F" w:rsidRPr="0032387A" w:rsidRDefault="00C6046F" w:rsidP="00F21EC2">
      <w:pPr>
        <w:spacing w:after="0"/>
        <w:rPr>
          <w:rFonts w:ascii="Arial" w:hAnsi="Arial" w:cs="Arial"/>
          <w:sz w:val="24"/>
          <w:szCs w:val="24"/>
          <w:lang w:val="cy-GB"/>
        </w:rPr>
      </w:pPr>
    </w:p>
    <w:p w14:paraId="01811C4F" w14:textId="337C45C4" w:rsidR="00F21EC2" w:rsidRPr="000160E0" w:rsidRDefault="0050288A" w:rsidP="00F21EC2">
      <w:pPr>
        <w:numPr>
          <w:ilvl w:val="0"/>
          <w:numId w:val="51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esbonio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rheswm dros unrhyw wahaniaeth; a</w:t>
      </w:r>
    </w:p>
    <w:p w14:paraId="5127BD71" w14:textId="77777777" w:rsidR="00F21EC2" w:rsidRPr="0032387A" w:rsidRDefault="0050288A" w:rsidP="00F21EC2">
      <w:pPr>
        <w:numPr>
          <w:ilvl w:val="0"/>
          <w:numId w:val="51"/>
        </w:numPr>
        <w:spacing w:after="0"/>
        <w:rPr>
          <w:rFonts w:ascii="Arial" w:hAnsi="Arial" w:cs="Arial"/>
          <w:sz w:val="24"/>
          <w:szCs w:val="24"/>
          <w:lang w:val="de-CH"/>
        </w:rPr>
      </w:pPr>
      <w:r w:rsidRPr="000160E0">
        <w:rPr>
          <w:rFonts w:ascii="Arial" w:hAnsi="Arial" w:cs="Arial"/>
          <w:sz w:val="24"/>
          <w:szCs w:val="24"/>
          <w:lang w:val="cy-GB"/>
        </w:rPr>
        <w:t>darparu cyd-destun naratif i gefnogi dehongli.</w:t>
      </w:r>
    </w:p>
    <w:p w14:paraId="6BA102DD" w14:textId="77777777" w:rsidR="000044A7" w:rsidRPr="0032387A" w:rsidRDefault="000044A7" w:rsidP="00F21EC2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59140E0C" w14:textId="2BAA0CD3" w:rsidR="001D001B" w:rsidRPr="0032387A" w:rsidRDefault="0050288A" w:rsidP="001D001B">
      <w:pPr>
        <w:spacing w:after="0"/>
        <w:rPr>
          <w:rFonts w:ascii="Arial" w:hAnsi="Arial" w:cs="Arial"/>
          <w:sz w:val="24"/>
          <w:szCs w:val="24"/>
          <w:lang w:val="de-CH"/>
        </w:rPr>
      </w:pPr>
      <w:r w:rsidRPr="000160E0">
        <w:rPr>
          <w:rFonts w:ascii="Arial" w:hAnsi="Arial" w:cs="Arial"/>
          <w:sz w:val="24"/>
          <w:szCs w:val="24"/>
          <w:lang w:val="cy-GB"/>
        </w:rPr>
        <w:t>Mae esboniad naratif yn ategu data meintiol pwysig a dylid ei ddefnyddio i egluro amgylchiadau, heriau, cyfyngiadau neu anghysondebau lleol.</w:t>
      </w:r>
    </w:p>
    <w:p w14:paraId="6D3A09B5" w14:textId="35BAB2C6" w:rsidR="008D2916" w:rsidRPr="0027439D" w:rsidRDefault="0050288A" w:rsidP="0027439D">
      <w:pPr>
        <w:pStyle w:val="Heading2"/>
        <w:rPr>
          <w:rFonts w:ascii="Arial" w:hAnsi="Arial" w:cs="Arial"/>
          <w:color w:val="000000" w:themeColor="text1"/>
          <w:u w:val="single"/>
          <w:lang w:val="de-CH"/>
        </w:rPr>
      </w:pPr>
      <w:r w:rsidRPr="004C4328">
        <w:rPr>
          <w:rFonts w:ascii="Arial" w:hAnsi="Arial" w:cs="Arial"/>
          <w:color w:val="000000" w:themeColor="text1"/>
          <w:lang w:val="cy-GB"/>
        </w:rPr>
        <w:lastRenderedPageBreak/>
        <w:t>4.5 Pwyntiau cyfeirio a chyfnodau amser</w:t>
      </w:r>
    </w:p>
    <w:p w14:paraId="1A5502A7" w14:textId="5FE64D23" w:rsidR="009369D5" w:rsidRPr="0032387A" w:rsidRDefault="0050288A" w:rsidP="009369D5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Er mwyn cefnogi cysondeb, dylai awdurdodau lleol fod yn glir ynghylch y pwynt cyfeirio mewn amser ar gyfer data cyfredol sydd wedi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i gynnwys yn eu cynlluniau. Bydd Tabl 1 uchod yn helpu yn hyn o beth.</w:t>
      </w:r>
    </w:p>
    <w:p w14:paraId="03154968" w14:textId="77777777" w:rsidR="00C6046F" w:rsidRPr="0032387A" w:rsidRDefault="00C6046F" w:rsidP="00F21EC2">
      <w:pPr>
        <w:spacing w:after="0"/>
        <w:rPr>
          <w:rFonts w:ascii="Arial" w:hAnsi="Arial" w:cs="Arial"/>
          <w:sz w:val="24"/>
          <w:szCs w:val="24"/>
          <w:lang w:val="cy-GB"/>
        </w:rPr>
      </w:pPr>
    </w:p>
    <w:p w14:paraId="13212C82" w14:textId="2E7F9990" w:rsidR="00F21EC2" w:rsidRPr="0032387A" w:rsidRDefault="0050288A" w:rsidP="00F21EC2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Lle </w:t>
      </w:r>
      <w:r w:rsidR="000F61D5" w:rsidRPr="000160E0">
        <w:rPr>
          <w:rFonts w:ascii="Arial" w:hAnsi="Arial" w:cs="Arial"/>
          <w:sz w:val="24"/>
          <w:szCs w:val="24"/>
          <w:lang w:val="cy-GB"/>
        </w:rPr>
        <w:t>bo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hynny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n bosibl, mae awdurdodau yn cael eu hannog i gydweddu tystiolaeth â chylchoedd cynllunio cydnabyddedig cyson, megis blynyddoedd ariannol neu chwarteri. Yn benodol, mae defnyddio gwybodaeth </w:t>
      </w:r>
      <w:r w:rsidR="000F61D5" w:rsidRPr="000160E0">
        <w:rPr>
          <w:rFonts w:ascii="Arial" w:hAnsi="Arial" w:cs="Arial"/>
          <w:sz w:val="24"/>
          <w:szCs w:val="24"/>
          <w:lang w:val="cy-GB"/>
        </w:rPr>
        <w:t>c</w:t>
      </w:r>
      <w:r w:rsidRPr="000160E0">
        <w:rPr>
          <w:rFonts w:ascii="Arial" w:hAnsi="Arial" w:cs="Arial"/>
          <w:sz w:val="24"/>
          <w:szCs w:val="24"/>
          <w:lang w:val="cy-GB"/>
        </w:rPr>
        <w:t>anol blwyddyn (er enghraifft, data gwirioneddol ar gyfer rhan gyntaf y flwyddyn ochr yn ochr â gwybodaeth rhagolwg ar gyfer gweddill</w:t>
      </w:r>
      <w:r w:rsidR="000F61D5" w:rsidRPr="000160E0">
        <w:rPr>
          <w:rFonts w:ascii="Arial" w:hAnsi="Arial" w:cs="Arial"/>
          <w:sz w:val="24"/>
          <w:szCs w:val="24"/>
          <w:lang w:val="cy-GB"/>
        </w:rPr>
        <w:t xml:space="preserve"> y flwyddyn</w:t>
      </w:r>
      <w:r w:rsidRPr="000160E0">
        <w:rPr>
          <w:rFonts w:ascii="Arial" w:hAnsi="Arial" w:cs="Arial"/>
          <w:sz w:val="24"/>
          <w:szCs w:val="24"/>
          <w:lang w:val="cy-GB"/>
        </w:rPr>
        <w:t>) yn gallu darparu darlun realistig a chytbwys.</w:t>
      </w:r>
    </w:p>
    <w:p w14:paraId="58AA3276" w14:textId="77777777" w:rsidR="00C6046F" w:rsidRPr="0032387A" w:rsidRDefault="00C6046F" w:rsidP="00F21EC2">
      <w:pPr>
        <w:spacing w:after="0"/>
        <w:rPr>
          <w:rFonts w:ascii="Arial" w:hAnsi="Arial" w:cs="Arial"/>
          <w:sz w:val="24"/>
          <w:szCs w:val="24"/>
          <w:lang w:val="cy-GB"/>
        </w:rPr>
      </w:pPr>
    </w:p>
    <w:p w14:paraId="106ECFFE" w14:textId="566931A4" w:rsidR="00F21EC2" w:rsidRPr="0032387A" w:rsidRDefault="0050288A" w:rsidP="001D001B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Dylid nodi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cyfnod cyfeirio sydd ar waith yn benodol bob amser.</w:t>
      </w:r>
    </w:p>
    <w:p w14:paraId="22F29B70" w14:textId="1CA24702" w:rsidR="00F21EC2" w:rsidRPr="0027439D" w:rsidRDefault="0050288A" w:rsidP="0027439D">
      <w:pPr>
        <w:pStyle w:val="Heading2"/>
        <w:rPr>
          <w:rFonts w:ascii="Arial" w:hAnsi="Arial" w:cs="Arial"/>
          <w:color w:val="000000" w:themeColor="text1"/>
          <w:u w:val="single"/>
        </w:rPr>
      </w:pPr>
      <w:r w:rsidRPr="004C4328">
        <w:rPr>
          <w:rFonts w:ascii="Arial" w:hAnsi="Arial" w:cs="Arial"/>
          <w:color w:val="000000" w:themeColor="text1"/>
          <w:lang w:val="cy-GB"/>
        </w:rPr>
        <w:t>4.6 Rhagfynegi a modelu galw</w:t>
      </w:r>
    </w:p>
    <w:p w14:paraId="5E765D2E" w14:textId="77777777" w:rsidR="00F21EC2" w:rsidRPr="0032387A" w:rsidRDefault="0050288A" w:rsidP="00F21EC2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Mae rhagweld galw yn y dyfodol yn gynhenid ansicr a dylid ei drin felly. Bwriad adnoddau modelu galw a rhagfynegi yw llywio barn, yn hytrach na darparu sicrwydd.</w:t>
      </w:r>
    </w:p>
    <w:p w14:paraId="7D99C9A5" w14:textId="77777777" w:rsidR="00C6046F" w:rsidRPr="0032387A" w:rsidRDefault="00C6046F" w:rsidP="00F21EC2">
      <w:pPr>
        <w:spacing w:after="0"/>
        <w:rPr>
          <w:rFonts w:ascii="Arial" w:hAnsi="Arial" w:cs="Arial"/>
          <w:sz w:val="24"/>
          <w:szCs w:val="24"/>
          <w:lang w:val="cy-GB"/>
        </w:rPr>
      </w:pPr>
    </w:p>
    <w:p w14:paraId="7DE1A43E" w14:textId="173C4117" w:rsidR="00F21EC2" w:rsidRPr="000160E0" w:rsidRDefault="0050288A" w:rsidP="00F21EC2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Dylai awdurdodau lleol:</w:t>
      </w:r>
    </w:p>
    <w:p w14:paraId="0B867FC9" w14:textId="7E131ED4" w:rsidR="00F21EC2" w:rsidRPr="000160E0" w:rsidRDefault="0050288A" w:rsidP="00F21EC2">
      <w:pPr>
        <w:numPr>
          <w:ilvl w:val="0"/>
          <w:numId w:val="52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esbonio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rhagdybiaethau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sail i ragfynegi; a</w:t>
      </w:r>
    </w:p>
    <w:p w14:paraId="64DAFD76" w14:textId="4FD7ADAC" w:rsidR="00C6046F" w:rsidRPr="000160E0" w:rsidRDefault="0050288A" w:rsidP="00365F65">
      <w:pPr>
        <w:numPr>
          <w:ilvl w:val="0"/>
          <w:numId w:val="52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nodi risgiau neu newidynnau allweddol a allai effeithio ar y galw.</w:t>
      </w:r>
    </w:p>
    <w:p w14:paraId="007845CE" w14:textId="77777777" w:rsidR="00F21EC2" w:rsidRPr="000160E0" w:rsidRDefault="00F21EC2" w:rsidP="001D001B">
      <w:pPr>
        <w:spacing w:after="0"/>
        <w:rPr>
          <w:rFonts w:ascii="Arial" w:hAnsi="Arial" w:cs="Arial"/>
          <w:sz w:val="24"/>
          <w:szCs w:val="24"/>
        </w:rPr>
      </w:pPr>
    </w:p>
    <w:p w14:paraId="12C6EB62" w14:textId="188AD6D2" w:rsidR="0075424B" w:rsidRPr="0032387A" w:rsidRDefault="0050288A" w:rsidP="001D001B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Mae awdurdodau lleol yn cael eu hannog i ddefnyddio adnoddau a ddatblygwyd gan ADSS Cymru i gefnogi modelu galw. Bydd hyn yn sicrhau cysondeb a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gallu i gymharu gwahanol gynlluniau.</w:t>
      </w:r>
    </w:p>
    <w:p w14:paraId="288BE279" w14:textId="215FE785" w:rsidR="00F21EC2" w:rsidRPr="0027439D" w:rsidRDefault="0050288A" w:rsidP="0027439D">
      <w:pPr>
        <w:pStyle w:val="Heading2"/>
        <w:rPr>
          <w:rFonts w:ascii="Arial" w:hAnsi="Arial" w:cs="Arial"/>
          <w:color w:val="000000" w:themeColor="text1"/>
        </w:rPr>
      </w:pPr>
      <w:r w:rsidRPr="004C4328">
        <w:rPr>
          <w:rFonts w:ascii="Arial" w:hAnsi="Arial" w:cs="Arial"/>
          <w:color w:val="000000" w:themeColor="text1"/>
          <w:lang w:val="cy-GB"/>
        </w:rPr>
        <w:t>4.7 Tryloywder ynghylch bylchau a chyfyngiadau data</w:t>
      </w:r>
    </w:p>
    <w:p w14:paraId="0214EC79" w14:textId="4FEEB18C" w:rsidR="00F21EC2" w:rsidRPr="000160E0" w:rsidRDefault="0050288A" w:rsidP="0039506B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Mae Gweinidogion Cymru yn cydnabod bod rhai meysydd cynllunio digonolrwydd yn cael eu hategu gan ddata llai datblygedig ar hyn o bryd.</w:t>
      </w:r>
    </w:p>
    <w:p w14:paraId="21583829" w14:textId="77777777" w:rsidR="00962085" w:rsidRPr="000160E0" w:rsidRDefault="00962085" w:rsidP="00B01B51">
      <w:pPr>
        <w:spacing w:after="0"/>
        <w:rPr>
          <w:rFonts w:ascii="Arial" w:hAnsi="Arial" w:cs="Arial"/>
          <w:sz w:val="24"/>
          <w:szCs w:val="24"/>
        </w:rPr>
      </w:pPr>
    </w:p>
    <w:p w14:paraId="472A9ABC" w14:textId="38E6E226" w:rsidR="009369D5" w:rsidRPr="000160E0" w:rsidRDefault="0050288A" w:rsidP="009369D5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Dylai awdurdodau lleol fod yn glir ynghylch unrhyw fylchau data, ac maen nhw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cael eu hannog i nodi:</w:t>
      </w:r>
    </w:p>
    <w:p w14:paraId="4E568CD7" w14:textId="77777777" w:rsidR="00C6046F" w:rsidRPr="000160E0" w:rsidRDefault="00C6046F" w:rsidP="00F21EC2">
      <w:pPr>
        <w:spacing w:after="0"/>
        <w:rPr>
          <w:rFonts w:ascii="Arial" w:hAnsi="Arial" w:cs="Arial"/>
          <w:sz w:val="24"/>
          <w:szCs w:val="24"/>
        </w:rPr>
      </w:pPr>
    </w:p>
    <w:p w14:paraId="31F9DC9A" w14:textId="01D41D86" w:rsidR="00F21EC2" w:rsidRPr="000160E0" w:rsidRDefault="0050288A" w:rsidP="00F21EC2">
      <w:pPr>
        <w:numPr>
          <w:ilvl w:val="0"/>
          <w:numId w:val="54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pam mae cyfyngiadau</w:t>
      </w:r>
      <w:r w:rsidR="009F009F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bodoli; a</w:t>
      </w:r>
    </w:p>
    <w:p w14:paraId="5990D763" w14:textId="417D5B32" w:rsidR="00F21EC2" w:rsidRPr="000160E0" w:rsidRDefault="0050288A" w:rsidP="00F21EC2">
      <w:pPr>
        <w:numPr>
          <w:ilvl w:val="0"/>
          <w:numId w:val="54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p</w:t>
      </w:r>
      <w:r w:rsidR="009F009F" w:rsidRPr="000160E0">
        <w:rPr>
          <w:rFonts w:ascii="Arial" w:hAnsi="Arial" w:cs="Arial"/>
          <w:sz w:val="24"/>
          <w:szCs w:val="24"/>
          <w:lang w:val="cy-GB"/>
        </w:rPr>
        <w:t>h</w:t>
      </w:r>
      <w:r w:rsidRPr="000160E0">
        <w:rPr>
          <w:rFonts w:ascii="Arial" w:hAnsi="Arial" w:cs="Arial"/>
          <w:sz w:val="24"/>
          <w:szCs w:val="24"/>
          <w:lang w:val="cy-GB"/>
        </w:rPr>
        <w:t>a gamau gweithredu sydd wedi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u cynllunio neu ar y gweill i wella ansawdd data dros amser.</w:t>
      </w:r>
    </w:p>
    <w:p w14:paraId="12E3523F" w14:textId="77777777" w:rsidR="00DE2ED3" w:rsidRPr="000160E0" w:rsidRDefault="00DE2ED3" w:rsidP="00F21EC2">
      <w:pPr>
        <w:spacing w:after="0"/>
        <w:rPr>
          <w:rFonts w:ascii="Arial" w:hAnsi="Arial" w:cs="Arial"/>
          <w:sz w:val="24"/>
          <w:szCs w:val="24"/>
        </w:rPr>
      </w:pPr>
    </w:p>
    <w:p w14:paraId="24A3C9D5" w14:textId="2B19ABDF" w:rsidR="00F21EC2" w:rsidRPr="000160E0" w:rsidRDefault="0050288A" w:rsidP="00F21EC2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Mae tryloywder ynghylch cyfyngiadau yn well na hepgor gwybodaeth neu gyflwyno sicrwydd ffug.</w:t>
      </w:r>
    </w:p>
    <w:p w14:paraId="06BD040C" w14:textId="77777777" w:rsidR="00C73D85" w:rsidRPr="000160E0" w:rsidRDefault="00C73D85" w:rsidP="00F21EC2">
      <w:pPr>
        <w:spacing w:after="0"/>
        <w:rPr>
          <w:rFonts w:ascii="Arial" w:hAnsi="Arial" w:cs="Arial"/>
          <w:sz w:val="24"/>
          <w:szCs w:val="24"/>
        </w:rPr>
      </w:pPr>
    </w:p>
    <w:p w14:paraId="4BE594AB" w14:textId="774199C0" w:rsidR="00C73D85" w:rsidRPr="0027439D" w:rsidRDefault="0050288A" w:rsidP="0027439D">
      <w:pPr>
        <w:pStyle w:val="Heading2"/>
        <w:rPr>
          <w:rFonts w:ascii="Arial" w:hAnsi="Arial" w:cs="Arial"/>
          <w:color w:val="000000" w:themeColor="text1"/>
        </w:rPr>
      </w:pPr>
      <w:r w:rsidRPr="004C4328">
        <w:rPr>
          <w:rFonts w:ascii="Arial" w:hAnsi="Arial" w:cs="Arial"/>
          <w:color w:val="000000" w:themeColor="text1"/>
          <w:lang w:val="cy-GB"/>
        </w:rPr>
        <w:lastRenderedPageBreak/>
        <w:t>4.8 Ansawdd a chanlyniadau</w:t>
      </w:r>
    </w:p>
    <w:p w14:paraId="54CBABEC" w14:textId="39DFFE5D" w:rsidR="00DE2ED3" w:rsidRPr="000160E0" w:rsidRDefault="0050288A" w:rsidP="00F21EC2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Gall achosion godi lle na fyddai lleoli </w:t>
      </w:r>
      <w:r w:rsidR="009F009F" w:rsidRPr="000160E0">
        <w:rPr>
          <w:rFonts w:ascii="Arial" w:hAnsi="Arial" w:cs="Arial"/>
          <w:sz w:val="24"/>
          <w:szCs w:val="24"/>
          <w:lang w:val="cy-GB"/>
        </w:rPr>
        <w:t xml:space="preserve">plentyn 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o fewn darpariaeth nid-er-elw yn ymarferol, megis: </w:t>
      </w:r>
    </w:p>
    <w:p w14:paraId="18EE0004" w14:textId="77777777" w:rsidR="00DE2ED3" w:rsidRPr="000160E0" w:rsidRDefault="00DE2ED3" w:rsidP="00F21EC2">
      <w:pPr>
        <w:spacing w:after="0"/>
        <w:rPr>
          <w:rFonts w:ascii="Arial" w:hAnsi="Arial" w:cs="Arial"/>
          <w:sz w:val="24"/>
          <w:szCs w:val="24"/>
        </w:rPr>
      </w:pPr>
    </w:p>
    <w:p w14:paraId="0222CF19" w14:textId="09A36932" w:rsidR="00DE2ED3" w:rsidRPr="000160E0" w:rsidRDefault="0050288A" w:rsidP="00DE2ED3">
      <w:pPr>
        <w:pStyle w:val="ListParagraph"/>
        <w:numPr>
          <w:ilvl w:val="0"/>
          <w:numId w:val="94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lle mae canlyniadau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plentyn dan sylw mewn perygl o gael eu cyfaddawdu</w:t>
      </w:r>
      <w:r w:rsidR="004812A6" w:rsidRPr="000160E0">
        <w:rPr>
          <w:rFonts w:ascii="Arial" w:hAnsi="Arial" w:cs="Arial"/>
          <w:sz w:val="24"/>
          <w:szCs w:val="24"/>
          <w:lang w:val="cy-GB"/>
        </w:rPr>
        <w:t xml:space="preserve"> </w:t>
      </w:r>
    </w:p>
    <w:p w14:paraId="09C857F5" w14:textId="7A05B301" w:rsidR="00BD06D3" w:rsidRPr="000160E0" w:rsidRDefault="0050288A" w:rsidP="00DE2ED3">
      <w:pPr>
        <w:pStyle w:val="ListParagraph"/>
        <w:numPr>
          <w:ilvl w:val="0"/>
          <w:numId w:val="94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lle mae ansawdd y ddarpariaeth nid-er-elw yn annigonol i ddiwallu anghenion plentyn </w:t>
      </w:r>
    </w:p>
    <w:p w14:paraId="59B3C79A" w14:textId="7C737BEC" w:rsidR="00337E97" w:rsidRPr="000160E0" w:rsidRDefault="0050288A" w:rsidP="00BD06D3">
      <w:pPr>
        <w:pStyle w:val="ListParagraph"/>
        <w:numPr>
          <w:ilvl w:val="0"/>
          <w:numId w:val="94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lle mae comisiynydd wedi atal lleoliadau newydd fel rhan o reoli pryderon ynghylch ansawdd, perfformiad neu uwchgyfeirio, yn unol â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r </w:t>
      </w:r>
      <w:hyperlink r:id="rId16" w:history="1">
        <w:r w:rsidRPr="000160E0">
          <w:rPr>
            <w:rStyle w:val="Hyperlink"/>
            <w:rFonts w:ascii="Arial" w:hAnsi="Arial" w:cs="Arial"/>
            <w:sz w:val="24"/>
            <w:szCs w:val="24"/>
            <w:lang w:val="cy-GB"/>
          </w:rPr>
          <w:t>Cod Ymarfer ar Sicrhau Ansawdd a Rheoli Perfformiad, Uwchgyfeirio Pryderon a Chau Gwasanaethau, mewn perthynas â Gwasanaethau Gofal a Chymorth Rheoleiddiedig 2026</w:t>
        </w:r>
      </w:hyperlink>
      <w:r w:rsidRPr="000160E0">
        <w:rPr>
          <w:rFonts w:ascii="Arial" w:hAnsi="Arial" w:cs="Arial"/>
          <w:sz w:val="24"/>
          <w:szCs w:val="24"/>
          <w:lang w:val="cy-GB"/>
        </w:rPr>
        <w:t xml:space="preserve"> neu weithdrefnau lleol lle 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lleoliad yn drawsffiniol</w:t>
      </w:r>
    </w:p>
    <w:p w14:paraId="22DE700A" w14:textId="23A16D03" w:rsidR="00DE2ED3" w:rsidRPr="000160E0" w:rsidRDefault="0050288A" w:rsidP="00DE2ED3">
      <w:pPr>
        <w:pStyle w:val="ListParagraph"/>
        <w:numPr>
          <w:ilvl w:val="0"/>
          <w:numId w:val="94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lle 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ddarpariaeth ar hyn o bryd yn ddarostyngedig i lwybr gorfodi AGC</w:t>
      </w:r>
    </w:p>
    <w:p w14:paraId="68171075" w14:textId="6156DAB6" w:rsidR="00DE2ED3" w:rsidRPr="000160E0" w:rsidRDefault="0050288A" w:rsidP="00DE2ED3">
      <w:pPr>
        <w:pStyle w:val="ListParagraph"/>
        <w:numPr>
          <w:ilvl w:val="0"/>
          <w:numId w:val="94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lle mae modd dangos nad yw er budd gorau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r plentyn </w:t>
      </w:r>
    </w:p>
    <w:p w14:paraId="75B9C23D" w14:textId="35C22599" w:rsidR="00DE2ED3" w:rsidRPr="000160E0" w:rsidRDefault="0050288A" w:rsidP="00DE2ED3">
      <w:pPr>
        <w:pStyle w:val="ListParagraph"/>
        <w:numPr>
          <w:ilvl w:val="0"/>
          <w:numId w:val="94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lle nad yw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darparwr yn gallu dangos ei allu i ddiwallu anghenion y plentyn, a chyflawni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r canlyniadau angenrheidiol. </w:t>
      </w:r>
    </w:p>
    <w:p w14:paraId="255F40C4" w14:textId="77777777" w:rsidR="00DE2ED3" w:rsidRPr="000160E0" w:rsidRDefault="00DE2ED3" w:rsidP="004148BA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698F7EC1" w14:textId="2AB4630C" w:rsidR="00F21EC2" w:rsidRPr="000160E0" w:rsidRDefault="0050288A" w:rsidP="001D001B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Bydd angen i gynlluniau gynnwys sylwebaeth gyffredinol, ddienw ar achosion 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fath, ynghyd â chamau arfaethedig (naill ai gan yr awdurdod neu ar y cyd â phartneriaid) i fynd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afael â materion ansawdd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ymwneud â gwasanaethau nid-er-elw.</w:t>
      </w:r>
    </w:p>
    <w:p w14:paraId="1EFF27EE" w14:textId="3B96142B" w:rsidR="008D2916" w:rsidRPr="004C4328" w:rsidRDefault="0050288A" w:rsidP="004C4328">
      <w:pPr>
        <w:pStyle w:val="Heading1"/>
        <w:rPr>
          <w:rFonts w:ascii="Arial" w:hAnsi="Arial" w:cs="Arial"/>
          <w:color w:val="auto"/>
        </w:rPr>
      </w:pPr>
      <w:r w:rsidRPr="004C4328">
        <w:rPr>
          <w:rFonts w:ascii="Arial" w:hAnsi="Arial" w:cs="Arial"/>
          <w:color w:val="auto"/>
          <w:lang w:val="cy-GB"/>
        </w:rPr>
        <w:t>5. Trefniadau cymeradwyo</w:t>
      </w:r>
    </w:p>
    <w:p w14:paraId="3DABA58F" w14:textId="6C9B8E11" w:rsidR="008D2916" w:rsidRPr="004C4328" w:rsidRDefault="0050288A" w:rsidP="004C4328">
      <w:pPr>
        <w:pStyle w:val="Heading2"/>
        <w:rPr>
          <w:rFonts w:ascii="Arial" w:hAnsi="Arial" w:cs="Arial"/>
          <w:color w:val="000000" w:themeColor="text1"/>
        </w:rPr>
      </w:pPr>
      <w:r w:rsidRPr="004C4328">
        <w:rPr>
          <w:rFonts w:ascii="Arial" w:hAnsi="Arial" w:cs="Arial"/>
          <w:color w:val="000000" w:themeColor="text1"/>
          <w:lang w:val="cy-GB"/>
        </w:rPr>
        <w:t>5.1 Cymeradwyaeth awdurdodau lleol</w:t>
      </w:r>
    </w:p>
    <w:p w14:paraId="7CFB3F74" w14:textId="26CA9111" w:rsidR="008D2916" w:rsidRPr="000160E0" w:rsidRDefault="0050288A" w:rsidP="008D2916">
      <w:pPr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Rhaid i gynlluniau digonolrwydd blynyddol fod yn amodol ar gymeradwyaeth uwch arwein</w:t>
      </w:r>
      <w:r w:rsidR="006C2ADD" w:rsidRPr="000160E0">
        <w:rPr>
          <w:rFonts w:ascii="Arial" w:hAnsi="Arial" w:cs="Arial"/>
          <w:sz w:val="24"/>
          <w:szCs w:val="24"/>
          <w:lang w:val="cy-GB"/>
        </w:rPr>
        <w:t>wyr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yr awdurdod lleol cyn eu cyflwyno i Weinidogion Cymru.</w:t>
      </w:r>
    </w:p>
    <w:p w14:paraId="11F4AC55" w14:textId="5D808147" w:rsidR="008D1245" w:rsidRPr="0032387A" w:rsidRDefault="0050288A" w:rsidP="008D2916">
      <w:pPr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Dylai awdurdodau lleol benderfynu ar eu trefniadau llywodraethu mewnol eu hunain ar gyfer cymeradwyo.</w:t>
      </w:r>
      <w:r w:rsidR="004812A6" w:rsidRPr="000160E0">
        <w:rPr>
          <w:rFonts w:ascii="Arial" w:hAnsi="Arial" w:cs="Arial"/>
          <w:sz w:val="24"/>
          <w:szCs w:val="24"/>
          <w:lang w:val="cy-GB"/>
        </w:rPr>
        <w:t xml:space="preserve"> </w:t>
      </w:r>
      <w:r w:rsidRPr="000160E0">
        <w:rPr>
          <w:rFonts w:ascii="Arial" w:hAnsi="Arial" w:cs="Arial"/>
          <w:sz w:val="24"/>
          <w:szCs w:val="24"/>
          <w:lang w:val="cy-GB"/>
        </w:rPr>
        <w:t>Nid oes llwybr cymeradwyo lleol rhagnodedig, ar yr amod bod y cynllun wedi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i gymeradwyo gan yr awdurdod lleol a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i adolygu a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i gymeradwyo ar lefel Cyfarwyddwr Gwasanaethau Cymdeithasol a dim is. Argymhellir </w:t>
      </w:r>
      <w:r w:rsidR="00E80BC8" w:rsidRPr="000160E0">
        <w:rPr>
          <w:rFonts w:ascii="Arial" w:hAnsi="Arial" w:cs="Arial"/>
          <w:sz w:val="24"/>
          <w:szCs w:val="24"/>
          <w:lang w:val="cy-GB"/>
        </w:rPr>
        <w:t>y dylai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cynlluniau </w:t>
      </w:r>
      <w:r w:rsidR="00E80BC8" w:rsidRPr="000160E0">
        <w:rPr>
          <w:rFonts w:ascii="Arial" w:hAnsi="Arial" w:cs="Arial"/>
          <w:sz w:val="24"/>
          <w:szCs w:val="24"/>
          <w:lang w:val="cy-GB"/>
        </w:rPr>
        <w:t>g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ael eu cymeradwyo </w:t>
      </w:r>
      <w:r w:rsidR="00E80BC8" w:rsidRPr="000160E0">
        <w:rPr>
          <w:rFonts w:ascii="Arial" w:hAnsi="Arial" w:cs="Arial"/>
          <w:sz w:val="24"/>
          <w:szCs w:val="24"/>
          <w:lang w:val="cy-GB"/>
        </w:rPr>
        <w:t xml:space="preserve">hefyd </w:t>
      </w:r>
      <w:r w:rsidRPr="000160E0">
        <w:rPr>
          <w:rFonts w:ascii="Arial" w:hAnsi="Arial" w:cs="Arial"/>
          <w:sz w:val="24"/>
          <w:szCs w:val="24"/>
          <w:lang w:val="cy-GB"/>
        </w:rPr>
        <w:t>ar lefel gorfforaethol o fewn Cynghorau.</w:t>
      </w:r>
    </w:p>
    <w:p w14:paraId="4DBE438B" w14:textId="3CDD9BEA" w:rsidR="008D2916" w:rsidRPr="0032387A" w:rsidRDefault="0050288A" w:rsidP="008D2916">
      <w:pPr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lastRenderedPageBreak/>
        <w:t xml:space="preserve">Bydd ADSS Cymru yn cefnogi cydweithwyr i ddatblygu a chytuno ar amserlen ar gyfer cymeradwyo ym mhob awdurdod lleol, a fydd yn </w:t>
      </w:r>
      <w:r w:rsidR="00E80BC8" w:rsidRPr="000160E0">
        <w:rPr>
          <w:rFonts w:ascii="Arial" w:hAnsi="Arial" w:cs="Arial"/>
          <w:sz w:val="24"/>
          <w:szCs w:val="24"/>
          <w:lang w:val="cy-GB"/>
        </w:rPr>
        <w:t>ceisio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sicrhau isafswm lefelau craffu a her ledled Cymru.</w:t>
      </w:r>
    </w:p>
    <w:p w14:paraId="173215D2" w14:textId="6C92BB3B" w:rsidR="008D2916" w:rsidRPr="000160E0" w:rsidRDefault="0050288A" w:rsidP="008D2916">
      <w:pPr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Rhaid i</w:t>
      </w:r>
      <w:r w:rsidR="0080382B">
        <w:rPr>
          <w:rFonts w:ascii="Arial" w:hAnsi="Arial" w:cs="Arial"/>
          <w:sz w:val="24"/>
          <w:szCs w:val="24"/>
          <w:lang w:val="cy-GB"/>
        </w:rPr>
        <w:t xml:space="preserve"> bob c</w:t>
      </w:r>
      <w:r w:rsidRPr="000160E0">
        <w:rPr>
          <w:rFonts w:ascii="Arial" w:hAnsi="Arial" w:cs="Arial"/>
          <w:sz w:val="24"/>
          <w:szCs w:val="24"/>
          <w:lang w:val="cy-GB"/>
        </w:rPr>
        <w:t>ynllun gynnwys:</w:t>
      </w:r>
    </w:p>
    <w:p w14:paraId="67B83B57" w14:textId="1A1F9CC2" w:rsidR="008D2916" w:rsidRPr="000160E0" w:rsidRDefault="0050288A" w:rsidP="00365F65">
      <w:pPr>
        <w:pStyle w:val="ListParagraph"/>
        <w:numPr>
          <w:ilvl w:val="0"/>
          <w:numId w:val="57"/>
        </w:numPr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cadarnhau cymeradwyaeth gan y Cyfarwyddwr Gwasanaethau Cymdeithasol; a</w:t>
      </w:r>
    </w:p>
    <w:p w14:paraId="2109C83E" w14:textId="178ADB30" w:rsidR="00BD3E28" w:rsidRPr="000160E0" w:rsidRDefault="0050288A" w:rsidP="006E4252">
      <w:pPr>
        <w:pStyle w:val="ListParagraph"/>
        <w:numPr>
          <w:ilvl w:val="0"/>
          <w:numId w:val="57"/>
        </w:numPr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datganiad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nodi a yw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awdurdod 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farn y gall fodloni ei ddyletswydd digonolrwydd ar gyfer y flwyddyn berthnasol.</w:t>
      </w:r>
    </w:p>
    <w:p w14:paraId="2ADADFD4" w14:textId="7EF50992" w:rsidR="008D2916" w:rsidRPr="004C4328" w:rsidRDefault="0050288A" w:rsidP="004C4328">
      <w:pPr>
        <w:pStyle w:val="Heading2"/>
        <w:rPr>
          <w:rFonts w:ascii="Arial" w:hAnsi="Arial" w:cs="Arial"/>
          <w:color w:val="000000" w:themeColor="text1"/>
        </w:rPr>
      </w:pPr>
      <w:r w:rsidRPr="004C4328">
        <w:rPr>
          <w:rFonts w:ascii="Arial" w:hAnsi="Arial" w:cs="Arial"/>
          <w:color w:val="000000" w:themeColor="text1"/>
          <w:lang w:val="cy-GB"/>
        </w:rPr>
        <w:t>5.2 Ymgysylltu â phartneriaid</w:t>
      </w:r>
    </w:p>
    <w:p w14:paraId="29C999EA" w14:textId="6FFEBFF9" w:rsidR="008D2916" w:rsidRPr="000160E0" w:rsidRDefault="0050288A" w:rsidP="008D2916">
      <w:pPr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Dylid llywio cynlluniau trwy ymgysylltu â phartneriaid perthnasol, gan gynnwys </w:t>
      </w:r>
      <w:r w:rsidR="00282998" w:rsidRPr="000160E0">
        <w:rPr>
          <w:rFonts w:ascii="Arial" w:hAnsi="Arial" w:cs="Arial"/>
          <w:sz w:val="24"/>
          <w:szCs w:val="24"/>
          <w:lang w:val="cy-GB"/>
        </w:rPr>
        <w:t xml:space="preserve">cyrff </w:t>
      </w:r>
      <w:r w:rsidRPr="000160E0">
        <w:rPr>
          <w:rFonts w:ascii="Arial" w:hAnsi="Arial" w:cs="Arial"/>
          <w:sz w:val="24"/>
          <w:szCs w:val="24"/>
          <w:lang w:val="cy-GB"/>
        </w:rPr>
        <w:t>iechyd, addysg a chyrff rhanbarthol, gyda chrynodeb 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ymgysylltu sydd wedi digwydd</w:t>
      </w:r>
      <w:r w:rsidR="00282998" w:rsidRPr="000160E0">
        <w:rPr>
          <w:rFonts w:ascii="Arial" w:hAnsi="Arial" w:cs="Arial"/>
          <w:sz w:val="24"/>
          <w:szCs w:val="24"/>
          <w:lang w:val="cy-GB"/>
        </w:rPr>
        <w:t xml:space="preserve"> lle bo hynny’n briodol</w:t>
      </w:r>
      <w:r w:rsidRPr="000160E0">
        <w:rPr>
          <w:rFonts w:ascii="Arial" w:hAnsi="Arial" w:cs="Arial"/>
          <w:sz w:val="24"/>
          <w:szCs w:val="24"/>
          <w:lang w:val="cy-GB"/>
        </w:rPr>
        <w:t>.</w:t>
      </w:r>
      <w:r w:rsidR="004812A6" w:rsidRPr="000160E0">
        <w:rPr>
          <w:rFonts w:ascii="Arial" w:hAnsi="Arial" w:cs="Arial"/>
          <w:sz w:val="24"/>
          <w:szCs w:val="24"/>
          <w:lang w:val="cy-GB"/>
        </w:rPr>
        <w:t xml:space="preserve"> </w:t>
      </w:r>
    </w:p>
    <w:p w14:paraId="26473323" w14:textId="3FB97F6D" w:rsidR="00EF1F37" w:rsidRPr="0032387A" w:rsidRDefault="0050288A" w:rsidP="008D2916">
      <w:pPr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Nid oes angen cymeradwy</w:t>
      </w:r>
      <w:r w:rsidR="00282998" w:rsidRPr="000160E0">
        <w:rPr>
          <w:rFonts w:ascii="Arial" w:hAnsi="Arial" w:cs="Arial"/>
          <w:sz w:val="24"/>
          <w:szCs w:val="24"/>
          <w:lang w:val="cy-GB"/>
        </w:rPr>
        <w:t>aeth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neu gytundeb ffurfiol gan sefydliadau partner, ond lle mae ymgysylltu â phartneriaid wedi digwydd, dylid disgrifio hyn yn glir.</w:t>
      </w:r>
      <w:r w:rsidR="004812A6" w:rsidRPr="000160E0">
        <w:rPr>
          <w:rFonts w:ascii="Arial" w:hAnsi="Arial" w:cs="Arial"/>
          <w:sz w:val="24"/>
          <w:szCs w:val="24"/>
          <w:lang w:val="cy-GB"/>
        </w:rPr>
        <w:t xml:space="preserve"> </w:t>
      </w:r>
      <w:r w:rsidRPr="000160E0">
        <w:rPr>
          <w:rFonts w:ascii="Arial" w:hAnsi="Arial" w:cs="Arial"/>
          <w:sz w:val="24"/>
          <w:szCs w:val="24"/>
          <w:lang w:val="cy-GB"/>
        </w:rPr>
        <w:t>Mae ymgysylltu â Byrddau Partneriaeth Rhanbarthol yn cael ei annog. Bydd hyn yn helpu i sicrhau ymrwymiad partneriaid perthnasol a chefnogi camau gweithredu cydweithredol o fewn cynlluniau lle bo hynny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briodol.</w:t>
      </w:r>
    </w:p>
    <w:p w14:paraId="02EA194D" w14:textId="1529FB6A" w:rsidR="00794FD0" w:rsidRPr="004C4328" w:rsidRDefault="0050288A" w:rsidP="004C4328">
      <w:pPr>
        <w:pStyle w:val="Heading2"/>
        <w:rPr>
          <w:rFonts w:ascii="Arial" w:hAnsi="Arial" w:cs="Arial"/>
          <w:color w:val="000000" w:themeColor="text1"/>
        </w:rPr>
      </w:pPr>
      <w:r w:rsidRPr="004C4328">
        <w:rPr>
          <w:rFonts w:ascii="Arial" w:hAnsi="Arial" w:cs="Arial"/>
          <w:color w:val="000000" w:themeColor="text1"/>
          <w:lang w:val="cy-GB"/>
        </w:rPr>
        <w:t>5.3 Ymgysylltu â phlant, pobl ifanc a gofalwyr</w:t>
      </w:r>
    </w:p>
    <w:p w14:paraId="6344A74E" w14:textId="16B543BD" w:rsidR="000D6FE7" w:rsidRPr="0032387A" w:rsidRDefault="0050288A" w:rsidP="008D2916">
      <w:pPr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Dylai cynlluniau hefyd gael eu llywio trwy ymgysylltu â phlant a phobl ifanc sydd â phrofiad byw</w:t>
      </w:r>
      <w:r w:rsidR="0092082D" w:rsidRPr="000160E0">
        <w:rPr>
          <w:rFonts w:ascii="Arial" w:hAnsi="Arial" w:cs="Arial"/>
          <w:sz w:val="24"/>
          <w:szCs w:val="24"/>
          <w:lang w:val="cy-GB"/>
        </w:rPr>
        <w:t>yd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a, lle bo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briodol, eu gofalwyr. Gallai hyn gynnwys gwybodaeth bresennol berthnasol a gasglwyd i gefnogi datblygu cynlluniau statudol ac anstatudol eraill neu ddata sylfaenol a gasglwyd yn benodol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diben hwn. Bydd unrhyw ddata 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fath yn gyffredinol o ran ei natur, ac 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rhaid ei gyflwyno yn y fath fodd nad yw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peryglu cyfrinachedd ar unrhyw lefel.</w:t>
      </w:r>
    </w:p>
    <w:p w14:paraId="2D405C01" w14:textId="0E13C6EE" w:rsidR="00B70917" w:rsidRPr="0032387A" w:rsidRDefault="0050288A" w:rsidP="008D2916">
      <w:pPr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Pan fydd data ansoddol ar gyfer asesiadau/cynlluniau eraill yn cael ei gasglu yn llai rheolaidd (e.e. unwaith bob cylch etholiadol), dylid gwneud trefniadau i gael gafael ar wybodaeth sylfaenol gyfredol ar gyfer cynlluniau digonolrwydd yn y blynyddoedd cyfamserol. </w:t>
      </w:r>
    </w:p>
    <w:p w14:paraId="083BC4CF" w14:textId="75D92F61" w:rsidR="00067443" w:rsidRPr="0032387A" w:rsidRDefault="0050288A" w:rsidP="008D2916">
      <w:pPr>
        <w:rPr>
          <w:rFonts w:ascii="Arial" w:hAnsi="Arial" w:cs="Arial"/>
          <w:b/>
          <w:bCs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Gallai data ansoddol gynnwys adborth a safbwyntiau plant a phobl ifanc sydd wedi</w:t>
      </w:r>
      <w:r w:rsidR="0092082D" w:rsidRPr="000160E0">
        <w:rPr>
          <w:rFonts w:ascii="Arial" w:hAnsi="Arial" w:cs="Arial"/>
          <w:sz w:val="24"/>
          <w:szCs w:val="24"/>
          <w:lang w:val="cy-GB"/>
        </w:rPr>
        <w:t xml:space="preserve"> cael eu heffeithio</w:t>
      </w:r>
      <w:r w:rsidRPr="000160E0">
        <w:rPr>
          <w:rFonts w:ascii="Arial" w:hAnsi="Arial" w:cs="Arial"/>
          <w:sz w:val="24"/>
          <w:szCs w:val="24"/>
          <w:lang w:val="cy-GB"/>
        </w:rPr>
        <w:t>, neu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debygol o gael eu heffeithio, gan newidiadau a gyflwynwyd i fodloni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ddeddfwriaeth, er enghraifft</w:t>
      </w:r>
      <w:r w:rsidR="0092082D" w:rsidRPr="000160E0">
        <w:rPr>
          <w:rFonts w:ascii="Arial" w:hAnsi="Arial" w:cs="Arial"/>
          <w:sz w:val="24"/>
          <w:szCs w:val="24"/>
          <w:lang w:val="cy-GB"/>
        </w:rPr>
        <w:t>,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newid lleoliad. </w:t>
      </w:r>
    </w:p>
    <w:p w14:paraId="50576260" w14:textId="3A1F6351" w:rsidR="008D2916" w:rsidRPr="004C4328" w:rsidRDefault="0050288A" w:rsidP="004C4328">
      <w:pPr>
        <w:pStyle w:val="Heading2"/>
        <w:rPr>
          <w:rFonts w:ascii="Arial" w:hAnsi="Arial" w:cs="Arial"/>
          <w:color w:val="000000" w:themeColor="text1"/>
          <w:u w:val="single"/>
          <w:lang w:val="cy-GB"/>
        </w:rPr>
      </w:pPr>
      <w:r w:rsidRPr="004C4328">
        <w:rPr>
          <w:rFonts w:ascii="Arial" w:hAnsi="Arial" w:cs="Arial"/>
          <w:color w:val="000000" w:themeColor="text1"/>
          <w:lang w:val="cy-GB"/>
        </w:rPr>
        <w:t>5.4 Cyflwyno a chymeradwyaeth y Gweinidog – cynlluniau 2027-28</w:t>
      </w:r>
    </w:p>
    <w:p w14:paraId="5013193F" w14:textId="208E7EDA" w:rsidR="00365F65" w:rsidRPr="0032387A" w:rsidRDefault="0050288A" w:rsidP="008D2916">
      <w:pPr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Rhaid cyflwyno cynlluniau digonolrwydd blynyddol drafft i Weinidogion Cymru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w cymeradwyo yn unol ag adran 75B o Ddeddf 2014.</w:t>
      </w:r>
      <w:r w:rsidR="004812A6" w:rsidRPr="000160E0">
        <w:rPr>
          <w:rFonts w:ascii="Arial" w:hAnsi="Arial" w:cs="Arial"/>
          <w:sz w:val="24"/>
          <w:szCs w:val="24"/>
          <w:lang w:val="cy-GB"/>
        </w:rPr>
        <w:t xml:space="preserve"> </w:t>
      </w:r>
      <w:r w:rsidRPr="000160E0">
        <w:rPr>
          <w:rFonts w:ascii="Arial" w:hAnsi="Arial" w:cs="Arial"/>
          <w:sz w:val="24"/>
          <w:szCs w:val="24"/>
          <w:lang w:val="cy-GB"/>
        </w:rPr>
        <w:t>Rhaid cyflwyno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cynlluniau cyntaf,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n cwmpasu blwyddyn ariannol 2027-28, ar ffurf drafft erbyn 1 Rhagfyr </w:t>
      </w:r>
      <w:r w:rsidRPr="000160E0">
        <w:rPr>
          <w:rFonts w:ascii="Arial" w:hAnsi="Arial" w:cs="Arial"/>
          <w:sz w:val="24"/>
          <w:szCs w:val="24"/>
          <w:lang w:val="cy-GB"/>
        </w:rPr>
        <w:lastRenderedPageBreak/>
        <w:t>2026.</w:t>
      </w:r>
      <w:r w:rsidR="004812A6" w:rsidRPr="000160E0">
        <w:rPr>
          <w:rFonts w:ascii="Arial" w:hAnsi="Arial" w:cs="Arial"/>
          <w:sz w:val="24"/>
          <w:szCs w:val="24"/>
          <w:lang w:val="cy-GB"/>
        </w:rPr>
        <w:t xml:space="preserve"> </w:t>
      </w:r>
      <w:r w:rsidRPr="000160E0">
        <w:rPr>
          <w:rFonts w:ascii="Arial" w:hAnsi="Arial" w:cs="Arial"/>
          <w:sz w:val="24"/>
          <w:szCs w:val="24"/>
          <w:lang w:val="cy-GB"/>
        </w:rPr>
        <w:t>Rhaid eu cyflwyno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n electronig trwy e-bost i flwch </w:t>
      </w:r>
      <w:r w:rsidR="0021318D" w:rsidRPr="000160E0">
        <w:rPr>
          <w:rFonts w:ascii="Arial" w:hAnsi="Arial" w:cs="Arial"/>
          <w:sz w:val="24"/>
          <w:szCs w:val="24"/>
          <w:lang w:val="cy-GB"/>
        </w:rPr>
        <w:t>negeseuon e-bost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dileu elw Llywodraeth Cymru (</w:t>
      </w:r>
      <w:hyperlink r:id="rId17" w:history="1">
        <w:r w:rsidR="00365F65" w:rsidRPr="000160E0">
          <w:rPr>
            <w:rStyle w:val="Hyperlink"/>
            <w:rFonts w:ascii="Arial" w:hAnsi="Arial" w:cs="Arial"/>
            <w:sz w:val="24"/>
            <w:szCs w:val="24"/>
            <w:lang w:val="cy-GB"/>
          </w:rPr>
          <w:t>removingprofit@llyw.cymru</w:t>
        </w:r>
      </w:hyperlink>
      <w:r w:rsidRPr="000160E0">
        <w:rPr>
          <w:rFonts w:ascii="Arial" w:hAnsi="Arial" w:cs="Arial"/>
          <w:sz w:val="24"/>
          <w:szCs w:val="24"/>
          <w:lang w:val="cy-GB"/>
        </w:rPr>
        <w:t xml:space="preserve">). </w:t>
      </w:r>
    </w:p>
    <w:p w14:paraId="38381622" w14:textId="454B4B03" w:rsidR="008D2916" w:rsidRPr="0032387A" w:rsidRDefault="0050288A" w:rsidP="008D2916">
      <w:pPr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Bydd Gweinidogion Cymru yn ystyried y cynllun yn ei gyfanrwydd, ac yn asesu:</w:t>
      </w:r>
    </w:p>
    <w:p w14:paraId="0E07249D" w14:textId="63583D1A" w:rsidR="002C37A4" w:rsidRPr="000160E0" w:rsidRDefault="0021318D" w:rsidP="00016638">
      <w:pPr>
        <w:pStyle w:val="ListParagraph"/>
        <w:numPr>
          <w:ilvl w:val="0"/>
          <w:numId w:val="56"/>
        </w:numPr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a yw’n</w:t>
      </w:r>
      <w:r w:rsidR="0050288A" w:rsidRPr="000160E0">
        <w:rPr>
          <w:rFonts w:ascii="Arial" w:hAnsi="Arial" w:cs="Arial"/>
          <w:sz w:val="24"/>
          <w:szCs w:val="24"/>
          <w:lang w:val="cy-GB"/>
        </w:rPr>
        <w:t xml:space="preserve"> bodloni gofynion statudol</w:t>
      </w:r>
    </w:p>
    <w:p w14:paraId="726393C4" w14:textId="235E2AFA" w:rsidR="00016638" w:rsidRPr="000160E0" w:rsidRDefault="0021318D" w:rsidP="00016638">
      <w:pPr>
        <w:pStyle w:val="ListParagraph"/>
        <w:numPr>
          <w:ilvl w:val="0"/>
          <w:numId w:val="56"/>
        </w:numPr>
        <w:rPr>
          <w:i/>
          <w:iCs/>
        </w:rPr>
      </w:pPr>
      <w:r w:rsidRPr="000160E0">
        <w:rPr>
          <w:rFonts w:ascii="Arial" w:hAnsi="Arial" w:cs="Arial"/>
          <w:sz w:val="24"/>
          <w:szCs w:val="24"/>
          <w:lang w:val="cy-GB"/>
        </w:rPr>
        <w:t>a yw’n</w:t>
      </w:r>
      <w:r w:rsidR="0050288A" w:rsidRPr="000160E0">
        <w:rPr>
          <w:rFonts w:ascii="Arial" w:hAnsi="Arial" w:cs="Arial"/>
          <w:sz w:val="24"/>
          <w:szCs w:val="24"/>
          <w:lang w:val="cy-GB"/>
        </w:rPr>
        <w:t xml:space="preserve"> gydlynol, wedi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="0050288A" w:rsidRPr="000160E0">
        <w:rPr>
          <w:rFonts w:ascii="Arial" w:hAnsi="Arial" w:cs="Arial"/>
          <w:sz w:val="24"/>
          <w:szCs w:val="24"/>
          <w:lang w:val="cy-GB"/>
        </w:rPr>
        <w:t>i arwain gan dystiolaeth ac yn gyson</w:t>
      </w:r>
    </w:p>
    <w:p w14:paraId="65999055" w14:textId="01FBDB19" w:rsidR="008D2916" w:rsidRPr="000160E0" w:rsidRDefault="0021318D" w:rsidP="00B552B6">
      <w:pPr>
        <w:pStyle w:val="ListParagraph"/>
        <w:numPr>
          <w:ilvl w:val="0"/>
          <w:numId w:val="56"/>
        </w:numPr>
        <w:rPr>
          <w:i/>
          <w:iCs/>
        </w:rPr>
      </w:pPr>
      <w:r w:rsidRPr="000160E0">
        <w:rPr>
          <w:rFonts w:ascii="Arial" w:hAnsi="Arial" w:cs="Arial"/>
          <w:sz w:val="24"/>
          <w:szCs w:val="24"/>
          <w:lang w:val="cy-GB"/>
        </w:rPr>
        <w:t>a yw’n</w:t>
      </w:r>
      <w:r w:rsidR="0050288A" w:rsidRPr="000160E0">
        <w:rPr>
          <w:rFonts w:ascii="Arial" w:hAnsi="Arial" w:cs="Arial"/>
          <w:sz w:val="24"/>
          <w:szCs w:val="24"/>
          <w:lang w:val="cy-GB"/>
        </w:rPr>
        <w:t xml:space="preserve"> gredadwy o ran camau gweithredu datganedig i fynd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="0050288A" w:rsidRPr="000160E0">
        <w:rPr>
          <w:rFonts w:ascii="Arial" w:hAnsi="Arial" w:cs="Arial"/>
          <w:sz w:val="24"/>
          <w:szCs w:val="24"/>
          <w:lang w:val="cy-GB"/>
        </w:rPr>
        <w:t xml:space="preserve">r afael ag anghenion </w:t>
      </w:r>
      <w:r w:rsidRPr="000160E0">
        <w:rPr>
          <w:rFonts w:ascii="Arial" w:hAnsi="Arial" w:cs="Arial"/>
          <w:sz w:val="24"/>
          <w:szCs w:val="24"/>
          <w:lang w:val="cy-GB"/>
        </w:rPr>
        <w:t>dynodedig</w:t>
      </w:r>
      <w:r w:rsidR="0050288A" w:rsidRPr="000160E0">
        <w:rPr>
          <w:rFonts w:ascii="Arial" w:hAnsi="Arial" w:cs="Arial"/>
          <w:sz w:val="24"/>
          <w:szCs w:val="24"/>
          <w:lang w:val="cy-GB"/>
        </w:rPr>
        <w:t xml:space="preserve">. </w:t>
      </w:r>
    </w:p>
    <w:p w14:paraId="07901E14" w14:textId="536788F2" w:rsidR="008D2916" w:rsidRPr="004C4328" w:rsidRDefault="0050288A" w:rsidP="004C4328">
      <w:pPr>
        <w:pStyle w:val="Heading2"/>
        <w:rPr>
          <w:rFonts w:ascii="Arial" w:hAnsi="Arial" w:cs="Arial"/>
          <w:color w:val="000000" w:themeColor="text1"/>
          <w:u w:val="single"/>
        </w:rPr>
      </w:pPr>
      <w:r w:rsidRPr="004C4328">
        <w:rPr>
          <w:rFonts w:ascii="Arial" w:hAnsi="Arial" w:cs="Arial"/>
          <w:color w:val="000000" w:themeColor="text1"/>
          <w:lang w:val="cy-GB"/>
        </w:rPr>
        <w:t>5.5 Ymagwedd at gymeradwyo</w:t>
      </w:r>
      <w:r w:rsidR="004812A6" w:rsidRPr="004C4328">
        <w:rPr>
          <w:rFonts w:ascii="Arial" w:hAnsi="Arial" w:cs="Arial"/>
          <w:color w:val="000000" w:themeColor="text1"/>
          <w:lang w:val="cy-GB"/>
        </w:rPr>
        <w:t>’</w:t>
      </w:r>
      <w:r w:rsidRPr="004C4328">
        <w:rPr>
          <w:rFonts w:ascii="Arial" w:hAnsi="Arial" w:cs="Arial"/>
          <w:color w:val="000000" w:themeColor="text1"/>
          <w:lang w:val="cy-GB"/>
        </w:rPr>
        <w:t>r cynlluniau cyntaf</w:t>
      </w:r>
    </w:p>
    <w:p w14:paraId="48940CBF" w14:textId="3610EC5B" w:rsidR="00354F10" w:rsidRPr="0032387A" w:rsidRDefault="0050288A" w:rsidP="008D2916">
      <w:pPr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Bydd Gweinidogion Cymru yn mabwysiadu dull cymesur o gymeradwyo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cynlluniau cyntaf, gan gydnabod eu bod yn cynrychioli proses hollol newydd.</w:t>
      </w:r>
      <w:r w:rsidR="004812A6" w:rsidRPr="000160E0">
        <w:rPr>
          <w:rFonts w:ascii="Arial" w:hAnsi="Arial" w:cs="Arial"/>
          <w:sz w:val="24"/>
          <w:szCs w:val="24"/>
          <w:lang w:val="cy-GB"/>
        </w:rPr>
        <w:t xml:space="preserve"> </w:t>
      </w:r>
      <w:r w:rsidRPr="000160E0">
        <w:rPr>
          <w:rFonts w:ascii="Arial" w:hAnsi="Arial" w:cs="Arial"/>
          <w:sz w:val="24"/>
          <w:szCs w:val="24"/>
          <w:lang w:val="cy-GB"/>
        </w:rPr>
        <w:t>Bydd y dull cyd</w:t>
      </w:r>
      <w:r w:rsidR="0021318D" w:rsidRPr="000160E0">
        <w:rPr>
          <w:rFonts w:ascii="Arial" w:hAnsi="Arial" w:cs="Arial"/>
          <w:sz w:val="24"/>
          <w:szCs w:val="24"/>
          <w:lang w:val="cy-GB"/>
        </w:rPr>
        <w:t>-</w:t>
      </w:r>
      <w:r w:rsidRPr="000160E0">
        <w:rPr>
          <w:rFonts w:ascii="Arial" w:hAnsi="Arial" w:cs="Arial"/>
          <w:sz w:val="24"/>
          <w:szCs w:val="24"/>
          <w:lang w:val="cy-GB"/>
        </w:rPr>
        <w:t>gynhyrchiol o ddatblygu cynlluniau yn helpu i sicrhau bod awdurdodau lleol yn bodloni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safonau gofynnol ac yn lleihau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risg na fydd cynlluniau drafft yn cael eu cymeradwyo.</w:t>
      </w:r>
    </w:p>
    <w:p w14:paraId="113B996E" w14:textId="31E9A21E" w:rsidR="00DA5440" w:rsidRPr="0032387A" w:rsidRDefault="0050288A" w:rsidP="008D2916">
      <w:pPr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Fodd bynnag, i gael eu cymeradwyo, rhaid i gynlluniau fodloni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holl ofynion statudol, bod yn amlwg wedi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u harwain gan dystiolaeth</w:t>
      </w:r>
      <w:r w:rsidR="0021318D" w:rsidRPr="000160E0">
        <w:rPr>
          <w:rFonts w:ascii="Arial" w:hAnsi="Arial" w:cs="Arial"/>
          <w:sz w:val="24"/>
          <w:szCs w:val="24"/>
          <w:lang w:val="cy-GB"/>
        </w:rPr>
        <w:t>,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a nodi cynllun gweithredu cydlynol i feithrin digonolrwydd. </w:t>
      </w:r>
    </w:p>
    <w:p w14:paraId="19331599" w14:textId="22464DDB" w:rsidR="008D2916" w:rsidRPr="004C4328" w:rsidRDefault="0050288A" w:rsidP="004C4328">
      <w:pPr>
        <w:pStyle w:val="Heading2"/>
        <w:rPr>
          <w:rFonts w:ascii="Arial" w:hAnsi="Arial" w:cs="Arial"/>
          <w:color w:val="000000" w:themeColor="text1"/>
          <w:u w:val="single"/>
        </w:rPr>
      </w:pPr>
      <w:r w:rsidRPr="004C4328">
        <w:rPr>
          <w:rFonts w:ascii="Arial" w:hAnsi="Arial" w:cs="Arial"/>
          <w:color w:val="000000" w:themeColor="text1"/>
          <w:lang w:val="cy-GB"/>
        </w:rPr>
        <w:t xml:space="preserve">5.6 </w:t>
      </w:r>
      <w:r w:rsidR="0021318D" w:rsidRPr="004C4328">
        <w:rPr>
          <w:rFonts w:ascii="Arial" w:hAnsi="Arial" w:cs="Arial"/>
          <w:color w:val="000000" w:themeColor="text1"/>
          <w:lang w:val="cy-GB"/>
        </w:rPr>
        <w:t>Diffyg cymeradwyaeth</w:t>
      </w:r>
      <w:r w:rsidRPr="004C4328">
        <w:rPr>
          <w:rFonts w:ascii="Arial" w:hAnsi="Arial" w:cs="Arial"/>
          <w:color w:val="000000" w:themeColor="text1"/>
          <w:lang w:val="cy-GB"/>
        </w:rPr>
        <w:t xml:space="preserve"> ac ailgyflwyno – cynlluniau 2027-28</w:t>
      </w:r>
      <w:r w:rsidRPr="004C4328">
        <w:rPr>
          <w:rFonts w:ascii="Arial" w:hAnsi="Arial" w:cs="Arial"/>
          <w:color w:val="000000" w:themeColor="text1"/>
          <w:u w:val="single"/>
          <w:lang w:val="cy-GB"/>
        </w:rPr>
        <w:t xml:space="preserve"> </w:t>
      </w:r>
    </w:p>
    <w:p w14:paraId="1E94579F" w14:textId="0533FA17" w:rsidR="00DA5440" w:rsidRPr="000160E0" w:rsidRDefault="0050288A" w:rsidP="008D2916">
      <w:pPr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Os nad yw cynllun drafft yn cael ei gymeradwyo, 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weithdrefn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n cael ei nodi yn adran 75C yn berthnasol. </w:t>
      </w:r>
    </w:p>
    <w:p w14:paraId="4DC98ED1" w14:textId="1263D10A" w:rsidR="004812A6" w:rsidRPr="0032387A" w:rsidRDefault="0050288A" w:rsidP="004812A6">
      <w:pPr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Mae angen deall </w:t>
      </w:r>
      <w:r w:rsidR="0021318D" w:rsidRPr="000160E0">
        <w:rPr>
          <w:rFonts w:ascii="Arial" w:hAnsi="Arial" w:cs="Arial"/>
          <w:sz w:val="24"/>
          <w:szCs w:val="24"/>
          <w:lang w:val="cy-GB"/>
        </w:rPr>
        <w:t>diffyg cymeradwyaeth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fel rhan 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r broses statudol. Lle mae angen </w:t>
      </w:r>
      <w:r w:rsidR="0021318D" w:rsidRPr="000160E0">
        <w:rPr>
          <w:rFonts w:ascii="Arial" w:hAnsi="Arial" w:cs="Arial"/>
          <w:sz w:val="24"/>
          <w:szCs w:val="24"/>
          <w:lang w:val="cy-GB"/>
        </w:rPr>
        <w:t>diwygio’r cynllun</w:t>
      </w:r>
      <w:r w:rsidRPr="000160E0">
        <w:rPr>
          <w:rFonts w:ascii="Arial" w:hAnsi="Arial" w:cs="Arial"/>
          <w:sz w:val="24"/>
          <w:szCs w:val="24"/>
          <w:lang w:val="cy-GB"/>
        </w:rPr>
        <w:t>, bydd Gweinidogion Cymru yn nodi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meysydd y mae</w:t>
      </w:r>
      <w:r w:rsidR="0021318D" w:rsidRPr="000160E0">
        <w:rPr>
          <w:rFonts w:ascii="Arial" w:hAnsi="Arial" w:cs="Arial"/>
          <w:sz w:val="24"/>
          <w:szCs w:val="24"/>
          <w:lang w:val="cy-GB"/>
        </w:rPr>
        <w:t>’n rhaid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mynd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afael â nhw er mwyn galluogi ailgyflwyno.</w:t>
      </w:r>
      <w:r w:rsidR="004812A6" w:rsidRPr="000160E0">
        <w:rPr>
          <w:rFonts w:ascii="Arial" w:hAnsi="Arial" w:cs="Arial"/>
          <w:sz w:val="24"/>
          <w:szCs w:val="24"/>
          <w:lang w:val="cy-GB"/>
        </w:rPr>
        <w:t xml:space="preserve"> 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Bydd adborth yn cael ei </w:t>
      </w:r>
      <w:r w:rsidR="0021318D" w:rsidRPr="000160E0">
        <w:rPr>
          <w:rFonts w:ascii="Arial" w:hAnsi="Arial" w:cs="Arial"/>
          <w:sz w:val="24"/>
          <w:szCs w:val="24"/>
          <w:lang w:val="cy-GB"/>
        </w:rPr>
        <w:t>roi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yn electronig gan swyddogion Llywodraeth Cymru, trwy flwch </w:t>
      </w:r>
      <w:r w:rsidR="0021318D" w:rsidRPr="000160E0">
        <w:rPr>
          <w:rFonts w:ascii="Arial" w:hAnsi="Arial" w:cs="Arial"/>
          <w:sz w:val="24"/>
          <w:szCs w:val="24"/>
          <w:lang w:val="cy-GB"/>
        </w:rPr>
        <w:t>negeseuon e-bost d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ileu elw Llywodraeth Cymru </w:t>
      </w:r>
      <w:r w:rsidR="004812A6" w:rsidRPr="000160E0">
        <w:rPr>
          <w:rFonts w:ascii="Arial" w:hAnsi="Arial" w:cs="Arial"/>
          <w:sz w:val="24"/>
          <w:szCs w:val="24"/>
          <w:lang w:val="cy-GB"/>
        </w:rPr>
        <w:t>(</w:t>
      </w:r>
      <w:hyperlink r:id="rId18" w:history="1">
        <w:r w:rsidR="004812A6" w:rsidRPr="000160E0">
          <w:rPr>
            <w:rStyle w:val="Hyperlink"/>
            <w:rFonts w:ascii="Arial" w:hAnsi="Arial" w:cs="Arial"/>
            <w:sz w:val="24"/>
            <w:szCs w:val="24"/>
            <w:lang w:val="cy-GB"/>
          </w:rPr>
          <w:t>removingprofit@llyw.cymru</w:t>
        </w:r>
      </w:hyperlink>
      <w:r w:rsidR="004812A6" w:rsidRPr="000160E0">
        <w:rPr>
          <w:rFonts w:ascii="Arial" w:hAnsi="Arial" w:cs="Arial"/>
          <w:sz w:val="24"/>
          <w:szCs w:val="24"/>
          <w:lang w:val="cy-GB"/>
        </w:rPr>
        <w:t xml:space="preserve">). </w:t>
      </w:r>
    </w:p>
    <w:p w14:paraId="48BA9172" w14:textId="2492EF2B" w:rsidR="008D2916" w:rsidRPr="0032387A" w:rsidRDefault="0050288A" w:rsidP="008D2916">
      <w:pPr>
        <w:rPr>
          <w:rFonts w:ascii="Arial" w:hAnsi="Arial" w:cs="Arial"/>
          <w:b/>
          <w:bCs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Bydd yr amserlen ganlynol yn </w:t>
      </w:r>
      <w:r w:rsidR="0021318D" w:rsidRPr="000160E0">
        <w:rPr>
          <w:rFonts w:ascii="Arial" w:hAnsi="Arial" w:cs="Arial"/>
          <w:sz w:val="24"/>
          <w:szCs w:val="24"/>
          <w:lang w:val="cy-GB"/>
        </w:rPr>
        <w:t>berthnasol</w:t>
      </w:r>
      <w:r w:rsidRPr="000160E0">
        <w:rPr>
          <w:rFonts w:ascii="Arial" w:hAnsi="Arial" w:cs="Arial"/>
          <w:sz w:val="24"/>
          <w:szCs w:val="24"/>
          <w:lang w:val="cy-GB"/>
        </w:rPr>
        <w:t>:</w:t>
      </w:r>
    </w:p>
    <w:p w14:paraId="35D1380D" w14:textId="1B68B456" w:rsidR="009D3166" w:rsidRPr="0032387A" w:rsidRDefault="0050288A" w:rsidP="009D3166">
      <w:pPr>
        <w:pStyle w:val="ListParagraph"/>
        <w:numPr>
          <w:ilvl w:val="0"/>
          <w:numId w:val="73"/>
        </w:numPr>
        <w:spacing w:after="160" w:line="278" w:lineRule="auto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Drafftiau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w cyflwyno yn ôl yr angen erbyn 1 Rhagfyr.</w:t>
      </w:r>
    </w:p>
    <w:p w14:paraId="36600ACA" w14:textId="5FDF3ED9" w:rsidR="009D3166" w:rsidRPr="0032387A" w:rsidRDefault="0050288A" w:rsidP="009D3166">
      <w:pPr>
        <w:pStyle w:val="ListParagraph"/>
        <w:numPr>
          <w:ilvl w:val="0"/>
          <w:numId w:val="73"/>
        </w:numPr>
        <w:spacing w:after="160" w:line="278" w:lineRule="auto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Adborth anffurfiol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w ddarparu gan swyddogion erbyn canol mis Rhagfyr.</w:t>
      </w:r>
    </w:p>
    <w:p w14:paraId="1D8AA67A" w14:textId="1189364E" w:rsidR="009D3166" w:rsidRPr="0032387A" w:rsidRDefault="0050288A" w:rsidP="009D3166">
      <w:pPr>
        <w:pStyle w:val="ListParagraph"/>
        <w:numPr>
          <w:ilvl w:val="0"/>
          <w:numId w:val="73"/>
        </w:numPr>
        <w:spacing w:after="160" w:line="278" w:lineRule="auto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Drafftiau diwygiedig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w cyflwyno gan awdurdodau lleol erbyn canol mis Ionawr. </w:t>
      </w:r>
    </w:p>
    <w:p w14:paraId="1A1C6C3A" w14:textId="6084CE77" w:rsidR="007741AC" w:rsidRPr="004C4328" w:rsidRDefault="0050288A" w:rsidP="004C4328">
      <w:pPr>
        <w:pStyle w:val="Heading2"/>
        <w:rPr>
          <w:rFonts w:ascii="Arial" w:hAnsi="Arial" w:cs="Arial"/>
          <w:color w:val="000000" w:themeColor="text1"/>
          <w:lang w:val="cy-GB"/>
        </w:rPr>
      </w:pPr>
      <w:r w:rsidRPr="004C4328">
        <w:rPr>
          <w:rFonts w:ascii="Arial" w:hAnsi="Arial" w:cs="Arial"/>
          <w:color w:val="000000" w:themeColor="text1"/>
          <w:lang w:val="cy-GB"/>
        </w:rPr>
        <w:t>5.7 Blynyddoedd dilynol</w:t>
      </w:r>
    </w:p>
    <w:p w14:paraId="654258A9" w14:textId="60F6EA57" w:rsidR="007741AC" w:rsidRPr="0032387A" w:rsidRDefault="0050288A" w:rsidP="00B552B6">
      <w:pPr>
        <w:spacing w:after="160" w:line="278" w:lineRule="auto"/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>Mewn blynyddoedd dilynol (2028-9 ymlaen), rhaid cyflwyno cynlluniau i Weinidogion heb fod yn hwyrach na 2 fis cyn dechrau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flwyddyn ariannol maen nhw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ymwneud â hi h.y. 1 Chwefror yn y flwyddyn flaenorol.</w:t>
      </w:r>
    </w:p>
    <w:p w14:paraId="386AA326" w14:textId="6467E12E" w:rsidR="008D2916" w:rsidRPr="004C4328" w:rsidRDefault="0050288A" w:rsidP="004C4328">
      <w:pPr>
        <w:pStyle w:val="Heading2"/>
        <w:rPr>
          <w:rFonts w:ascii="Arial" w:hAnsi="Arial" w:cs="Arial"/>
          <w:color w:val="000000" w:themeColor="text1"/>
          <w:lang w:val="cy-GB"/>
        </w:rPr>
      </w:pPr>
      <w:r w:rsidRPr="004C4328">
        <w:rPr>
          <w:rFonts w:ascii="Arial" w:hAnsi="Arial" w:cs="Arial"/>
          <w:color w:val="000000" w:themeColor="text1"/>
          <w:lang w:val="cy-GB"/>
        </w:rPr>
        <w:lastRenderedPageBreak/>
        <w:t>5.8 Adolygiad parhaus</w:t>
      </w:r>
    </w:p>
    <w:p w14:paraId="51B05C2B" w14:textId="7B659161" w:rsidR="00962085" w:rsidRPr="0032387A" w:rsidRDefault="0050288A" w:rsidP="00B552B6">
      <w:pPr>
        <w:rPr>
          <w:rFonts w:ascii="Arial" w:hAnsi="Arial" w:cs="Arial"/>
          <w:sz w:val="24"/>
          <w:szCs w:val="24"/>
          <w:lang w:val="cy-GB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Mae </w:t>
      </w:r>
      <w:r w:rsidR="006677D2" w:rsidRPr="000160E0">
        <w:rPr>
          <w:rFonts w:ascii="Arial" w:hAnsi="Arial" w:cs="Arial"/>
          <w:sz w:val="24"/>
          <w:szCs w:val="24"/>
          <w:lang w:val="cy-GB"/>
        </w:rPr>
        <w:t xml:space="preserve">llunio </w:t>
      </w:r>
      <w:r w:rsidRPr="000160E0">
        <w:rPr>
          <w:rFonts w:ascii="Arial" w:hAnsi="Arial" w:cs="Arial"/>
          <w:sz w:val="24"/>
          <w:szCs w:val="24"/>
          <w:lang w:val="cy-GB"/>
        </w:rPr>
        <w:t>cynlluni</w:t>
      </w:r>
      <w:r w:rsidR="006677D2" w:rsidRPr="000160E0">
        <w:rPr>
          <w:rFonts w:ascii="Arial" w:hAnsi="Arial" w:cs="Arial"/>
          <w:sz w:val="24"/>
          <w:szCs w:val="24"/>
          <w:lang w:val="cy-GB"/>
        </w:rPr>
        <w:t>au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digonolrwydd blynyddol yn gylch statudol ailadroddus. Rhaid cyflwyno cynlluniau newydd yn y blynyddoedd dilynol </w:t>
      </w:r>
      <w:r w:rsidR="006677D2" w:rsidRPr="000160E0">
        <w:rPr>
          <w:rFonts w:ascii="Arial" w:hAnsi="Arial" w:cs="Arial"/>
          <w:sz w:val="24"/>
          <w:szCs w:val="24"/>
          <w:lang w:val="cy-GB"/>
        </w:rPr>
        <w:t xml:space="preserve">a rhaid iddynt gael </w:t>
      </w:r>
      <w:r w:rsidRPr="000160E0">
        <w:rPr>
          <w:rFonts w:ascii="Arial" w:hAnsi="Arial" w:cs="Arial"/>
          <w:sz w:val="24"/>
          <w:szCs w:val="24"/>
          <w:lang w:val="cy-GB"/>
        </w:rPr>
        <w:t>eu llywio trwy ddysgu o gynlluniau cynharach.</w:t>
      </w:r>
    </w:p>
    <w:p w14:paraId="377307DF" w14:textId="77777777" w:rsidR="004812A6" w:rsidRPr="000160E0" w:rsidRDefault="004812A6">
      <w:pPr>
        <w:rPr>
          <w:rFonts w:ascii="Arial" w:hAnsi="Arial" w:cs="Arial"/>
          <w:b/>
          <w:bCs/>
          <w:sz w:val="40"/>
          <w:szCs w:val="40"/>
          <w:lang w:val="cy-GB"/>
        </w:rPr>
      </w:pPr>
      <w:r w:rsidRPr="000160E0">
        <w:rPr>
          <w:rFonts w:ascii="Arial" w:hAnsi="Arial" w:cs="Arial"/>
          <w:b/>
          <w:bCs/>
          <w:sz w:val="40"/>
          <w:szCs w:val="40"/>
          <w:lang w:val="cy-GB"/>
        </w:rPr>
        <w:br w:type="page"/>
      </w:r>
    </w:p>
    <w:p w14:paraId="53FF6170" w14:textId="5A3B7E8F" w:rsidR="005D6FEC" w:rsidRPr="004C4328" w:rsidRDefault="0050288A" w:rsidP="004C4328">
      <w:pPr>
        <w:pStyle w:val="Heading1"/>
        <w:rPr>
          <w:rFonts w:ascii="Arial" w:hAnsi="Arial" w:cs="Arial"/>
          <w:color w:val="auto"/>
        </w:rPr>
      </w:pPr>
      <w:r w:rsidRPr="004C4328">
        <w:rPr>
          <w:rFonts w:ascii="Arial" w:hAnsi="Arial" w:cs="Arial"/>
          <w:color w:val="auto"/>
          <w:lang w:val="cy-GB"/>
        </w:rPr>
        <w:lastRenderedPageBreak/>
        <w:t>Atodiad A – Templed Cynllun Digonolrwydd Blynyddol</w:t>
      </w:r>
    </w:p>
    <w:p w14:paraId="70BE4BAC" w14:textId="2A59A684" w:rsidR="009355FA" w:rsidRPr="0027439D" w:rsidRDefault="0050288A" w:rsidP="0027439D">
      <w:pPr>
        <w:pStyle w:val="Heading2"/>
        <w:rPr>
          <w:rFonts w:ascii="Arial" w:hAnsi="Arial" w:cs="Arial"/>
          <w:color w:val="auto"/>
        </w:rPr>
      </w:pPr>
      <w:r w:rsidRPr="004C4328">
        <w:rPr>
          <w:rFonts w:ascii="Arial" w:hAnsi="Arial" w:cs="Arial"/>
          <w:color w:val="auto"/>
          <w:lang w:val="cy-GB"/>
        </w:rPr>
        <w:t>Adran 1: Sefyllfa sylfaenol a rhagolygon 2026/27</w:t>
      </w:r>
    </w:p>
    <w:p w14:paraId="4CB29831" w14:textId="1B781578" w:rsidR="009355FA" w:rsidRPr="000160E0" w:rsidRDefault="0050288A" w:rsidP="0039671F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0160E0">
        <w:rPr>
          <w:rFonts w:ascii="Arial" w:hAnsi="Arial" w:cs="Arial"/>
          <w:i/>
          <w:iCs/>
          <w:sz w:val="24"/>
          <w:szCs w:val="24"/>
          <w:lang w:val="cy-GB"/>
        </w:rPr>
        <w:t>Sylwch fod canllawiau penodol – lle bo</w:t>
      </w:r>
      <w:r w:rsidR="00EC10D5" w:rsidRPr="000160E0">
        <w:rPr>
          <w:rFonts w:ascii="Arial" w:hAnsi="Arial" w:cs="Arial"/>
          <w:i/>
          <w:iCs/>
          <w:sz w:val="24"/>
          <w:szCs w:val="24"/>
          <w:lang w:val="cy-GB"/>
        </w:rPr>
        <w:t xml:space="preserve"> hynny</w:t>
      </w:r>
      <w:r w:rsidR="004812A6" w:rsidRPr="000160E0">
        <w:rPr>
          <w:rFonts w:ascii="Arial" w:hAnsi="Arial" w:cs="Arial"/>
          <w:i/>
          <w:iCs/>
          <w:sz w:val="24"/>
          <w:szCs w:val="24"/>
          <w:lang w:val="cy-GB"/>
        </w:rPr>
        <w:t>’</w:t>
      </w:r>
      <w:r w:rsidRPr="000160E0">
        <w:rPr>
          <w:rFonts w:ascii="Arial" w:hAnsi="Arial" w:cs="Arial"/>
          <w:i/>
          <w:iCs/>
          <w:sz w:val="24"/>
          <w:szCs w:val="24"/>
          <w:lang w:val="cy-GB"/>
        </w:rPr>
        <w:t>n briodol – wedi</w:t>
      </w:r>
      <w:r w:rsidR="004812A6" w:rsidRPr="000160E0">
        <w:rPr>
          <w:rFonts w:ascii="Arial" w:hAnsi="Arial" w:cs="Arial"/>
          <w:i/>
          <w:iCs/>
          <w:sz w:val="24"/>
          <w:szCs w:val="24"/>
          <w:lang w:val="cy-GB"/>
        </w:rPr>
        <w:t>’</w:t>
      </w:r>
      <w:r w:rsidRPr="000160E0">
        <w:rPr>
          <w:rFonts w:ascii="Arial" w:hAnsi="Arial" w:cs="Arial"/>
          <w:i/>
          <w:iCs/>
          <w:sz w:val="24"/>
          <w:szCs w:val="24"/>
          <w:lang w:val="cy-GB"/>
        </w:rPr>
        <w:t>u cynnwys yn y testun italig</w:t>
      </w:r>
    </w:p>
    <w:p w14:paraId="7A2C06C9" w14:textId="77777777" w:rsidR="0039671F" w:rsidRPr="000160E0" w:rsidRDefault="0039671F" w:rsidP="0039671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D4A97B0" w14:textId="7098FF10" w:rsidR="005D6FEC" w:rsidRPr="000160E0" w:rsidRDefault="0050288A" w:rsidP="005D6FEC">
      <w:pPr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>1.1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Nodwch y canlynol: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4240"/>
      </w:tblGrid>
      <w:tr w:rsidR="00267428" w:rsidRPr="000160E0" w14:paraId="2EB8E757" w14:textId="77777777" w:rsidTr="00070661">
        <w:tc>
          <w:tcPr>
            <w:tcW w:w="4390" w:type="dxa"/>
          </w:tcPr>
          <w:p w14:paraId="62CE1F14" w14:textId="7515231A" w:rsidR="005D6FEC" w:rsidRPr="000160E0" w:rsidRDefault="0050288A" w:rsidP="00070661">
            <w:p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Enw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awdurdod lleol</w:t>
            </w:r>
          </w:p>
        </w:tc>
        <w:tc>
          <w:tcPr>
            <w:tcW w:w="4240" w:type="dxa"/>
          </w:tcPr>
          <w:p w14:paraId="188B2FE3" w14:textId="77777777" w:rsidR="005D6FEC" w:rsidRPr="000160E0" w:rsidRDefault="005D6FEC" w:rsidP="005D6FE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7428" w:rsidRPr="000160E0" w14:paraId="10F33729" w14:textId="77777777" w:rsidTr="00070661">
        <w:tc>
          <w:tcPr>
            <w:tcW w:w="4390" w:type="dxa"/>
          </w:tcPr>
          <w:p w14:paraId="068FC036" w14:textId="18A4F365" w:rsidR="005D6FEC" w:rsidRPr="000160E0" w:rsidRDefault="0050288A" w:rsidP="00070661">
            <w:p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Y flwyddyn ariannol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cael ei chwmpasu gan y cynllun</w:t>
            </w:r>
          </w:p>
        </w:tc>
        <w:tc>
          <w:tcPr>
            <w:tcW w:w="4240" w:type="dxa"/>
          </w:tcPr>
          <w:p w14:paraId="53CD95A8" w14:textId="77777777" w:rsidR="005D6FEC" w:rsidRPr="000160E0" w:rsidRDefault="005D6FEC" w:rsidP="005D6FE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7428" w:rsidRPr="000160E0" w14:paraId="13B02453" w14:textId="77777777" w:rsidTr="00070661">
        <w:tc>
          <w:tcPr>
            <w:tcW w:w="4390" w:type="dxa"/>
          </w:tcPr>
          <w:p w14:paraId="5D97CD4D" w14:textId="6C8AF0E1" w:rsidR="005D6FEC" w:rsidRPr="000160E0" w:rsidRDefault="0050288A" w:rsidP="00070661">
            <w:p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Swyddog arweiniol a manylion cyswllt</w:t>
            </w:r>
          </w:p>
        </w:tc>
        <w:tc>
          <w:tcPr>
            <w:tcW w:w="4240" w:type="dxa"/>
          </w:tcPr>
          <w:p w14:paraId="23ABDFA9" w14:textId="77777777" w:rsidR="005D6FEC" w:rsidRPr="000160E0" w:rsidRDefault="005D6FEC" w:rsidP="005D6FE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7428" w:rsidRPr="000160E0" w14:paraId="635B3C88" w14:textId="77777777" w:rsidTr="00070661">
        <w:tc>
          <w:tcPr>
            <w:tcW w:w="4390" w:type="dxa"/>
          </w:tcPr>
          <w:p w14:paraId="676E3408" w14:textId="2947DC2E" w:rsidR="005D6FEC" w:rsidRPr="000160E0" w:rsidRDefault="0050288A" w:rsidP="00070661">
            <w:p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Dyddiad cyflwyno i Weinidogion Cymru</w:t>
            </w:r>
          </w:p>
        </w:tc>
        <w:tc>
          <w:tcPr>
            <w:tcW w:w="4240" w:type="dxa"/>
          </w:tcPr>
          <w:p w14:paraId="09CEF35F" w14:textId="77777777" w:rsidR="005D6FEC" w:rsidRPr="000160E0" w:rsidRDefault="005D6FEC" w:rsidP="005D6FE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1698EB3" w14:textId="77777777" w:rsidR="00131033" w:rsidRPr="000160E0" w:rsidRDefault="00131033" w:rsidP="00070661">
      <w:pPr>
        <w:spacing w:after="0"/>
        <w:rPr>
          <w:rFonts w:ascii="Arial" w:hAnsi="Arial" w:cs="Arial"/>
          <w:sz w:val="24"/>
          <w:szCs w:val="24"/>
          <w:u w:val="single"/>
        </w:rPr>
      </w:pPr>
    </w:p>
    <w:p w14:paraId="1953CC5F" w14:textId="5BE295B9" w:rsidR="0043617A" w:rsidRPr="000160E0" w:rsidRDefault="0050288A" w:rsidP="005D6FEC">
      <w:pPr>
        <w:rPr>
          <w:rFonts w:ascii="Arial" w:hAnsi="Arial" w:cs="Arial"/>
          <w:b/>
          <w:bCs/>
          <w:sz w:val="24"/>
          <w:szCs w:val="24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1.2 </w:t>
      </w:r>
      <w:r w:rsidRPr="000160E0">
        <w:rPr>
          <w:rFonts w:ascii="Arial" w:hAnsi="Arial" w:cs="Arial"/>
          <w:bCs/>
          <w:sz w:val="24"/>
          <w:szCs w:val="24"/>
          <w:lang w:val="cy-GB"/>
        </w:rPr>
        <w:t>Rhowch drosolwg o broffil anghenion presennol plant a phobl ifanc yn yr awdurdod lleol.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67428" w:rsidRPr="000160E0" w14:paraId="1AC38AAE" w14:textId="77777777" w:rsidTr="555CE5E9">
        <w:trPr>
          <w:trHeight w:val="2117"/>
        </w:trPr>
        <w:tc>
          <w:tcPr>
            <w:tcW w:w="8630" w:type="dxa"/>
          </w:tcPr>
          <w:p w14:paraId="76E2A7D2" w14:textId="2164036C" w:rsidR="003B4759" w:rsidRPr="000160E0" w:rsidRDefault="0050288A" w:rsidP="005D6FEC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Canllawiau – ymateb i gynnwys:</w:t>
            </w:r>
          </w:p>
          <w:p w14:paraId="766C6F43" w14:textId="77777777" w:rsidR="007542EF" w:rsidRPr="000160E0" w:rsidRDefault="007542EF" w:rsidP="005D6FE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9F5E61" w14:textId="626442A8" w:rsidR="00A554FC" w:rsidRPr="000160E0" w:rsidRDefault="0050288A" w:rsidP="00A554FC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1. Nifer y plant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derbyn gofal y mae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awdurdod lleol yn gyfrifol amdanynt ar 31 Mawrth 2026.</w:t>
            </w:r>
          </w:p>
          <w:p w14:paraId="01C7BB19" w14:textId="77777777" w:rsidR="0008566F" w:rsidRPr="000160E0" w:rsidRDefault="0008566F" w:rsidP="00A554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CB29C5" w14:textId="195B9717" w:rsidR="0008566F" w:rsidRPr="000160E0" w:rsidRDefault="0050288A" w:rsidP="0008566F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- o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r </w:t>
            </w:r>
            <w:r w:rsidR="007D3B26" w:rsidRPr="000160E0">
              <w:rPr>
                <w:rFonts w:ascii="Arial" w:hAnsi="Arial" w:cs="Arial"/>
                <w:sz w:val="24"/>
                <w:szCs w:val="24"/>
                <w:lang w:val="cy-GB"/>
              </w:rPr>
              <w:t>rhain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, nifer y plant nad yw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awdurdod lleol wedi gallu gwneud trefniadau ar eu cyfer o dan adran 81(2) (h.y. lleoli gyda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u rhieni neu rywun â chyfrifoldeb rhiant) ac a fydd felly angen math arall o leoliad (e.e. gofal maeth neu gartref plant).</w:t>
            </w:r>
          </w:p>
          <w:p w14:paraId="44F48CC0" w14:textId="77777777" w:rsidR="00A554FC" w:rsidRPr="000160E0" w:rsidRDefault="00A554FC" w:rsidP="00A554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C86F99" w14:textId="31557004" w:rsidR="00A554FC" w:rsidRPr="000160E0" w:rsidRDefault="007D3B26" w:rsidP="007D3B26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- o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r rhain, nifer y plant a leolwyd mewn: </w:t>
            </w:r>
          </w:p>
          <w:p w14:paraId="486E3638" w14:textId="3C6EC778" w:rsidR="00A554FC" w:rsidRPr="000160E0" w:rsidRDefault="0050288A" w:rsidP="00A554FC">
            <w:pPr>
              <w:pStyle w:val="ListParagraph"/>
              <w:numPr>
                <w:ilvl w:val="6"/>
                <w:numId w:val="62"/>
              </w:numPr>
              <w:spacing w:after="200" w:line="276" w:lineRule="auto"/>
              <w:ind w:left="309" w:hanging="284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cartref plant</w:t>
            </w:r>
          </w:p>
          <w:p w14:paraId="4722E313" w14:textId="02F784E8" w:rsidR="00A554FC" w:rsidRPr="000160E0" w:rsidRDefault="0050288A" w:rsidP="555CE5E9">
            <w:pPr>
              <w:pStyle w:val="ListParagraph"/>
              <w:numPr>
                <w:ilvl w:val="6"/>
                <w:numId w:val="62"/>
              </w:numPr>
              <w:spacing w:after="200" w:line="276" w:lineRule="auto"/>
              <w:ind w:left="309" w:hanging="284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maethu (gan gynnwys gyda rhieni maeth awdurdod lleol)</w:t>
            </w:r>
          </w:p>
          <w:p w14:paraId="206E3CDA" w14:textId="77777777" w:rsidR="00A554FC" w:rsidRPr="000160E0" w:rsidRDefault="0050288A" w:rsidP="00A554FC">
            <w:pPr>
              <w:pStyle w:val="ListParagraph"/>
              <w:numPr>
                <w:ilvl w:val="6"/>
                <w:numId w:val="62"/>
              </w:numPr>
              <w:spacing w:after="200" w:line="276" w:lineRule="auto"/>
              <w:ind w:left="309" w:hanging="284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llety diogel</w:t>
            </w:r>
          </w:p>
          <w:p w14:paraId="40212EB8" w14:textId="77777777" w:rsidR="00A554FC" w:rsidRPr="000160E0" w:rsidRDefault="00A554FC" w:rsidP="00A554FC">
            <w:pPr>
              <w:pStyle w:val="ListParagraph"/>
              <w:ind w:left="309" w:hanging="284"/>
              <w:rPr>
                <w:rFonts w:ascii="Arial" w:hAnsi="Arial" w:cs="Arial"/>
                <w:sz w:val="24"/>
                <w:szCs w:val="24"/>
              </w:rPr>
            </w:pPr>
          </w:p>
          <w:p w14:paraId="540A132C" w14:textId="33DB59B7" w:rsidR="00A554FC" w:rsidRPr="000160E0" w:rsidRDefault="00EC10D5" w:rsidP="008E46A4">
            <w:pPr>
              <w:pStyle w:val="ListParagraph"/>
              <w:ind w:left="309" w:hanging="3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gyd</w:t>
            </w:r>
            <w:r w:rsidR="0050288A" w:rsidRPr="000160E0">
              <w:rPr>
                <w:rFonts w:ascii="Arial" w:hAnsi="Arial" w:cs="Arial"/>
                <w:sz w:val="24"/>
                <w:szCs w:val="24"/>
                <w:lang w:val="cy-GB"/>
              </w:rPr>
              <w:t>a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="0050288A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r nifer ym mhob math o ddarpariaeth yn cael eu categoreiddio ymhellach yn ôl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y </w:t>
            </w:r>
            <w:r w:rsidR="0050288A" w:rsidRPr="000160E0">
              <w:rPr>
                <w:rFonts w:ascii="Arial" w:hAnsi="Arial" w:cs="Arial"/>
                <w:sz w:val="24"/>
                <w:szCs w:val="24"/>
                <w:lang w:val="cy-GB"/>
              </w:rPr>
              <w:t>math o ddarparwr (awdurdod lleol, nid-er-elw heb fod yn awdurdod lleol, er-elw)</w:t>
            </w:r>
          </w:p>
          <w:p w14:paraId="5CD43796" w14:textId="0E8508A3" w:rsidR="004148BA" w:rsidRPr="000160E0" w:rsidRDefault="004148BA" w:rsidP="008F4C15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6647DD" w14:textId="6B802CA8" w:rsidR="003B4759" w:rsidRPr="000160E0" w:rsidRDefault="0050288A" w:rsidP="0007195E">
            <w:pPr>
              <w:ind w:left="309" w:hanging="284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2. Nifer y plant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derbyn gofal y mae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awdurdod lleol yn gyfrifol amdanynt ar 30 Medi 2026</w:t>
            </w:r>
          </w:p>
          <w:p w14:paraId="589A2046" w14:textId="77777777" w:rsidR="00AF699B" w:rsidRPr="000160E0" w:rsidRDefault="00AF699B" w:rsidP="0007195E">
            <w:pPr>
              <w:ind w:left="309" w:hanging="284"/>
              <w:rPr>
                <w:rFonts w:ascii="Arial" w:hAnsi="Arial" w:cs="Arial"/>
                <w:sz w:val="24"/>
                <w:szCs w:val="24"/>
              </w:rPr>
            </w:pPr>
          </w:p>
          <w:p w14:paraId="346118AF" w14:textId="0D8FF6FF" w:rsidR="0008566F" w:rsidRPr="000160E0" w:rsidRDefault="0050288A" w:rsidP="0008566F">
            <w:pPr>
              <w:pStyle w:val="ListParagraph"/>
              <w:numPr>
                <w:ilvl w:val="2"/>
                <w:numId w:val="53"/>
              </w:numPr>
              <w:ind w:left="309" w:hanging="284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o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r </w:t>
            </w:r>
            <w:r w:rsidR="007D3B26" w:rsidRPr="000160E0">
              <w:rPr>
                <w:rFonts w:ascii="Arial" w:hAnsi="Arial" w:cs="Arial"/>
                <w:sz w:val="24"/>
                <w:szCs w:val="24"/>
                <w:lang w:val="cy-GB"/>
              </w:rPr>
              <w:t>rhain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, nifer y plant nad yw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awdurdod lleol wedi gallu gwneud trefniadau ar eu cyfer o dan adran 81(2) (h.y. lleoli gyda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u rhieni neu rywun â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lastRenderedPageBreak/>
              <w:t>chyfrifoldeb rhiant) ac sydd felly wedi cael eu lletya mewn math arall o leoliad (e.e. gofal maeth neu gartref plant).</w:t>
            </w:r>
          </w:p>
          <w:p w14:paraId="50E0D399" w14:textId="5A65F5AC" w:rsidR="00B552B6" w:rsidRPr="000160E0" w:rsidRDefault="00B552B6" w:rsidP="0007195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A2E16A" w14:textId="4EA0BC9B" w:rsidR="003B4759" w:rsidRPr="000160E0" w:rsidRDefault="007D3B26" w:rsidP="0007195E">
            <w:pPr>
              <w:pStyle w:val="ListParagraph"/>
              <w:numPr>
                <w:ilvl w:val="2"/>
                <w:numId w:val="53"/>
              </w:numPr>
              <w:ind w:left="309" w:hanging="284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o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r rhain, nifer y plant a leolwyd mewn: </w:t>
            </w:r>
          </w:p>
          <w:p w14:paraId="754F8C53" w14:textId="010DA12B" w:rsidR="003B4759" w:rsidRPr="000160E0" w:rsidRDefault="0050288A" w:rsidP="0007195E">
            <w:pPr>
              <w:pStyle w:val="ListParagraph"/>
              <w:numPr>
                <w:ilvl w:val="6"/>
                <w:numId w:val="97"/>
              </w:numPr>
              <w:ind w:left="309" w:hanging="284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cartref plant</w:t>
            </w:r>
          </w:p>
          <w:p w14:paraId="39DA3C1D" w14:textId="36AF0AA9" w:rsidR="003B4759" w:rsidRPr="000160E0" w:rsidRDefault="0050288A" w:rsidP="555CE5E9">
            <w:pPr>
              <w:pStyle w:val="ListParagraph"/>
              <w:numPr>
                <w:ilvl w:val="6"/>
                <w:numId w:val="97"/>
              </w:numPr>
              <w:ind w:left="309" w:hanging="284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maethu (gan gynnwys gyda rhieni maeth awdurdod lleol)</w:t>
            </w:r>
          </w:p>
          <w:p w14:paraId="2696CC4A" w14:textId="50624EC2" w:rsidR="003B4759" w:rsidRPr="000160E0" w:rsidRDefault="0050288A" w:rsidP="0007195E">
            <w:pPr>
              <w:pStyle w:val="ListParagraph"/>
              <w:numPr>
                <w:ilvl w:val="6"/>
                <w:numId w:val="97"/>
              </w:numPr>
              <w:ind w:left="309" w:hanging="284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llety diogel</w:t>
            </w:r>
          </w:p>
          <w:p w14:paraId="653D2E0D" w14:textId="667440BD" w:rsidR="006629A0" w:rsidRPr="000160E0" w:rsidRDefault="006629A0" w:rsidP="0007195E">
            <w:pPr>
              <w:pStyle w:val="ListParagraph"/>
              <w:ind w:left="309" w:hanging="284"/>
              <w:rPr>
                <w:rFonts w:ascii="Arial" w:hAnsi="Arial" w:cs="Arial"/>
                <w:sz w:val="24"/>
                <w:szCs w:val="24"/>
              </w:rPr>
            </w:pPr>
          </w:p>
          <w:p w14:paraId="0561C2D3" w14:textId="63B0D079" w:rsidR="006629A0" w:rsidRPr="000160E0" w:rsidRDefault="00EC10D5" w:rsidP="008E46A4">
            <w:pPr>
              <w:pStyle w:val="ListParagraph"/>
              <w:ind w:left="306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gyd</w:t>
            </w:r>
            <w:r w:rsidR="0050288A" w:rsidRPr="000160E0">
              <w:rPr>
                <w:rFonts w:ascii="Arial" w:hAnsi="Arial" w:cs="Arial"/>
                <w:sz w:val="24"/>
                <w:szCs w:val="24"/>
                <w:lang w:val="cy-GB"/>
              </w:rPr>
              <w:t>a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="0050288A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r nifer o blant ym mhob math o ddarpariaeth yn cael eu categoreiddio ymhellach yn ôl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y </w:t>
            </w:r>
            <w:r w:rsidR="0050288A" w:rsidRPr="000160E0">
              <w:rPr>
                <w:rFonts w:ascii="Arial" w:hAnsi="Arial" w:cs="Arial"/>
                <w:sz w:val="24"/>
                <w:szCs w:val="24"/>
                <w:lang w:val="cy-GB"/>
              </w:rPr>
              <w:t>math o ddarparwr (awdurdod lleol, nid-er-elw heb fod yn awdurdod lleol, er-elw)</w:t>
            </w:r>
          </w:p>
          <w:p w14:paraId="292D2B2C" w14:textId="77777777" w:rsidR="00EB22B1" w:rsidRPr="000160E0" w:rsidRDefault="00EB22B1" w:rsidP="00913497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138FF3" w14:textId="1911100D" w:rsidR="008F4C15" w:rsidRPr="000160E0" w:rsidRDefault="0050288A" w:rsidP="00652B1E">
            <w:pPr>
              <w:pStyle w:val="ListParagraph"/>
              <w:numPr>
                <w:ilvl w:val="2"/>
                <w:numId w:val="53"/>
              </w:numPr>
              <w:ind w:left="309" w:hanging="284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Crynodeb ysgrifenedig o broffil anghenion plant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n derbyn gofal yn yr ardal honno (ar 30 Medi 2026) gydag asesiad o </w:t>
            </w:r>
          </w:p>
          <w:p w14:paraId="40863505" w14:textId="77777777" w:rsidR="008F4C15" w:rsidRPr="000160E0" w:rsidRDefault="008F4C15" w:rsidP="008F4C15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ACCF30" w14:textId="7634C1D4" w:rsidR="008F4C15" w:rsidRPr="000160E0" w:rsidRDefault="0050288A" w:rsidP="008F4C15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(a) nodweddion demograffig a phoblogaeth y plant hynny, gan gynnwys oedran, iaith a nodweddion gwarchodedig;</w:t>
            </w:r>
          </w:p>
          <w:p w14:paraId="3B95647E" w14:textId="2344DC26" w:rsidR="008F4C15" w:rsidRPr="000160E0" w:rsidRDefault="0050288A" w:rsidP="008F4C15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(b) yr amgylchiadau a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ffactorau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gysylltiedig â bregusrwydd y plant hynny neu pam maen nhw wedi mynd i ofal;</w:t>
            </w:r>
          </w:p>
          <w:p w14:paraId="41921C4A" w14:textId="27D68684" w:rsidR="008F4C15" w:rsidRPr="000160E0" w:rsidRDefault="0050288A" w:rsidP="00B92090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(c) anghenion lleoli a gofal y plant hynny;</w:t>
            </w:r>
          </w:p>
          <w:p w14:paraId="1D54160E" w14:textId="57A2C46E" w:rsidR="008F4C15" w:rsidRPr="000160E0" w:rsidRDefault="0050288A" w:rsidP="008F4C15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(d) anghenion cymdeithasol, diwylliannol a pherthynol y plant hynny, gan gynnwys eu dymuniadau a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u teimladau;</w:t>
            </w:r>
          </w:p>
          <w:p w14:paraId="3DDEE264" w14:textId="06DFB8E7" w:rsidR="008F4C15" w:rsidRPr="000160E0" w:rsidRDefault="0050288A" w:rsidP="008F4C15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(d) anghenion plant hŷn a phobl ifanc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agosáu at fod yn oedolion;</w:t>
            </w:r>
          </w:p>
          <w:p w14:paraId="2A9FDEDC" w14:textId="0A4070A1" w:rsidR="008F4C15" w:rsidRPr="000160E0" w:rsidRDefault="0050288A" w:rsidP="008F4C15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(f) anghenion plant sydd angen pecynnau gofal integredig gydag elfennau addysg ac iechyd neu ddatrysiadau pecyn gofal cymhleth eraill;</w:t>
            </w:r>
          </w:p>
          <w:p w14:paraId="5235712B" w14:textId="5CC2F77A" w:rsidR="008F4C15" w:rsidRPr="000160E0" w:rsidRDefault="0050288A" w:rsidP="008F4C15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(g) ffactorau lleol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dylanwadu ar gyflwyno anghenion a thueddiadau o ran yr anghenion hynny.</w:t>
            </w:r>
          </w:p>
          <w:p w14:paraId="718302D9" w14:textId="77777777" w:rsidR="008F4C15" w:rsidRPr="000160E0" w:rsidRDefault="008F4C15" w:rsidP="00652B1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821AF42" w14:textId="541E2E17" w:rsidR="006279C1" w:rsidRPr="0032387A" w:rsidRDefault="0050288A" w:rsidP="000B737B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Sylwch y dylai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wybodaeth yn y crynodeb ysgrifenedig hwn fod ar ffurf gyfunol (nid lefel unigol) a c</w:t>
            </w:r>
            <w:r w:rsidR="000B4126" w:rsidRPr="000160E0">
              <w:rPr>
                <w:rFonts w:ascii="Arial" w:hAnsi="Arial" w:cs="Arial"/>
                <w:sz w:val="24"/>
                <w:szCs w:val="24"/>
                <w:lang w:val="cy-GB"/>
              </w:rPr>
              <w:t>h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anolbwyntio ar y nodweddion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n berthnasol i ardal yr awdurdod lleol, </w:t>
            </w:r>
            <w:r w:rsidR="000B4126" w:rsidRPr="000160E0">
              <w:rPr>
                <w:rFonts w:ascii="Arial" w:hAnsi="Arial" w:cs="Arial"/>
                <w:sz w:val="24"/>
                <w:szCs w:val="24"/>
                <w:lang w:val="cy-GB"/>
              </w:rPr>
              <w:t>gan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fynd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afael â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holl wybodaeth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ofynnol o fewn adrannau (a) i (g) uchod</w:t>
            </w:r>
            <w:r w:rsidR="000B4126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ar yr un pryd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.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Dylai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crynodeb ysgrifenedig hefyd gynnwys asesiad o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ymgysylltu a ymgymerwyd gan yr awdurdod lleol â phlant a phobl ifanc i ganfod eu dymuniadau a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u teimladau at ddibenion penderfynu ar eu hanghenion. </w:t>
            </w:r>
          </w:p>
          <w:p w14:paraId="3767ACA4" w14:textId="729FA836" w:rsidR="00267826" w:rsidRPr="0032387A" w:rsidRDefault="00267826" w:rsidP="0007195E">
            <w:pPr>
              <w:pStyle w:val="ListParagraph"/>
              <w:ind w:left="309" w:hanging="284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33D95DEC" w14:textId="1D2A9689" w:rsidR="00267826" w:rsidRPr="0032387A" w:rsidRDefault="0050288A" w:rsidP="0007195E">
            <w:pPr>
              <w:ind w:left="309" w:hanging="284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2 (b) Amcangyfrif o gyfanswm nifer y plant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derbyn gofal y mae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r awdurdod lleol yn rhagweld y bydd yn gyfrifol amdanynt ar 31 Mawrth 2027. </w:t>
            </w:r>
          </w:p>
          <w:p w14:paraId="34F50884" w14:textId="3D4A014C" w:rsidR="0062778F" w:rsidRPr="0032387A" w:rsidRDefault="0062778F" w:rsidP="0007195E">
            <w:pPr>
              <w:pStyle w:val="ListParagraph"/>
              <w:ind w:left="309" w:hanging="284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11E52FCA" w14:textId="04A9E196" w:rsidR="00554EFB" w:rsidRPr="0032387A" w:rsidRDefault="0050288A" w:rsidP="00962085">
            <w:pPr>
              <w:pStyle w:val="ListParagraph"/>
              <w:numPr>
                <w:ilvl w:val="2"/>
                <w:numId w:val="53"/>
              </w:numPr>
              <w:spacing w:after="200" w:line="276" w:lineRule="auto"/>
              <w:ind w:left="309" w:hanging="284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o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r </w:t>
            </w:r>
            <w:r w:rsidR="007D3B26" w:rsidRPr="000160E0">
              <w:rPr>
                <w:rFonts w:ascii="Arial" w:hAnsi="Arial" w:cs="Arial"/>
                <w:sz w:val="24"/>
                <w:szCs w:val="24"/>
                <w:lang w:val="cy-GB"/>
              </w:rPr>
              <w:t>rhain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, amcangyfrif o nifer y plant y mae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awdurdod lleol yn rhagweld y bydd yn annhebygol o allu gwneud trefniadau ar eu cyfer o dan adran 81(2) (h.y. lleoli gyda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u rhieni neu rywun â chyfrifoldeb rhiant) ac y bydd angen math arall o leoliad arnynt o ganlyniad (e.e. gofal maeth neu gartref plant).</w:t>
            </w:r>
          </w:p>
          <w:p w14:paraId="5F6A2366" w14:textId="04BA2D2E" w:rsidR="005F399B" w:rsidRPr="0032387A" w:rsidRDefault="005F399B" w:rsidP="0007195E">
            <w:pPr>
              <w:pStyle w:val="ListParagraph"/>
              <w:spacing w:after="200" w:line="276" w:lineRule="auto"/>
              <w:ind w:left="309" w:hanging="284"/>
              <w:rPr>
                <w:rFonts w:ascii="Arial" w:hAnsi="Arial" w:cs="Arial"/>
                <w:i/>
                <w:iCs/>
                <w:sz w:val="24"/>
                <w:szCs w:val="24"/>
                <w:lang w:val="cy-GB"/>
              </w:rPr>
            </w:pPr>
          </w:p>
          <w:p w14:paraId="1816A353" w14:textId="043FED12" w:rsidR="0062778F" w:rsidRPr="0032387A" w:rsidRDefault="0050288A" w:rsidP="555CE5E9">
            <w:pPr>
              <w:pStyle w:val="ListParagraph"/>
              <w:numPr>
                <w:ilvl w:val="2"/>
                <w:numId w:val="53"/>
              </w:numPr>
              <w:spacing w:after="200" w:line="276" w:lineRule="auto"/>
              <w:ind w:left="309" w:hanging="284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lastRenderedPageBreak/>
              <w:t>o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rhain, nifer y plant y mae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awdurdod lleol yn amcangyfrif a fydd yn cael eu lleol</w:t>
            </w:r>
            <w:r w:rsidR="000B4126" w:rsidRPr="000160E0">
              <w:rPr>
                <w:rFonts w:ascii="Arial" w:hAnsi="Arial" w:cs="Arial"/>
                <w:sz w:val="24"/>
                <w:szCs w:val="24"/>
                <w:lang w:val="cy-GB"/>
              </w:rPr>
              <w:t>i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mewn: </w:t>
            </w:r>
          </w:p>
          <w:p w14:paraId="37845815" w14:textId="23767A26" w:rsidR="0062778F" w:rsidRPr="000160E0" w:rsidRDefault="0050288A" w:rsidP="0007195E">
            <w:pPr>
              <w:pStyle w:val="ListParagraph"/>
              <w:numPr>
                <w:ilvl w:val="6"/>
                <w:numId w:val="90"/>
              </w:numPr>
              <w:spacing w:after="200" w:line="276" w:lineRule="auto"/>
              <w:ind w:left="309" w:hanging="284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cartref plant</w:t>
            </w:r>
          </w:p>
          <w:p w14:paraId="6B33E88E" w14:textId="606DCAF1" w:rsidR="0062778F" w:rsidRPr="000160E0" w:rsidRDefault="0050288A" w:rsidP="555CE5E9">
            <w:pPr>
              <w:pStyle w:val="ListParagraph"/>
              <w:numPr>
                <w:ilvl w:val="6"/>
                <w:numId w:val="90"/>
              </w:numPr>
              <w:ind w:left="309" w:hanging="284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maethu (gan gynnwys gyda rhieni maeth awdurdod lleol)</w:t>
            </w:r>
          </w:p>
          <w:p w14:paraId="416D8200" w14:textId="1D28FAED" w:rsidR="0062778F" w:rsidRPr="000160E0" w:rsidRDefault="0050288A" w:rsidP="0007195E">
            <w:pPr>
              <w:pStyle w:val="ListParagraph"/>
              <w:numPr>
                <w:ilvl w:val="6"/>
                <w:numId w:val="90"/>
              </w:numPr>
              <w:spacing w:after="200" w:line="276" w:lineRule="auto"/>
              <w:ind w:left="309" w:hanging="284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llety diogel</w:t>
            </w:r>
          </w:p>
          <w:p w14:paraId="212121EE" w14:textId="482F2333" w:rsidR="0062778F" w:rsidRPr="000160E0" w:rsidRDefault="0062778F" w:rsidP="0007195E">
            <w:pPr>
              <w:pStyle w:val="ListParagraph"/>
              <w:ind w:left="309" w:hanging="284"/>
              <w:rPr>
                <w:rFonts w:ascii="Arial" w:hAnsi="Arial" w:cs="Arial"/>
                <w:sz w:val="24"/>
                <w:szCs w:val="24"/>
              </w:rPr>
            </w:pPr>
          </w:p>
          <w:p w14:paraId="6D63FFB5" w14:textId="11D1A141" w:rsidR="0062778F" w:rsidRPr="000160E0" w:rsidRDefault="000B4126" w:rsidP="008E46A4">
            <w:pPr>
              <w:pStyle w:val="ListParagraph"/>
              <w:ind w:left="22" w:firstLine="3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gydag amcangyfrif o’r nifer o blant ym mhob math o ddarpariaeth yn cael eu categoreiddio ymhellach yn ôl y math o ddarparwr (awdurdod lleol, nid-er-elw heb fod yn awdurdod lleol, er-elw</w:t>
            </w:r>
            <w:r w:rsidR="0050288A" w:rsidRPr="000160E0">
              <w:rPr>
                <w:rFonts w:ascii="Arial" w:hAnsi="Arial" w:cs="Arial"/>
                <w:sz w:val="24"/>
                <w:szCs w:val="24"/>
                <w:lang w:val="cy-GB"/>
              </w:rPr>
              <w:t>)</w:t>
            </w:r>
          </w:p>
          <w:p w14:paraId="609BB6FF" w14:textId="1A54FCE9" w:rsidR="0007195E" w:rsidRPr="000160E0" w:rsidRDefault="0007195E" w:rsidP="0007195E">
            <w:pPr>
              <w:pStyle w:val="ListParagraph"/>
              <w:ind w:left="309" w:hanging="284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186FF981" w14:textId="160F2996" w:rsidR="0007195E" w:rsidRPr="000160E0" w:rsidRDefault="0007195E" w:rsidP="0040065C">
            <w:pPr>
              <w:pStyle w:val="ListParagraph"/>
              <w:ind w:left="309" w:hanging="284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154F289A" w14:textId="15D1E7F5" w:rsidR="0062778F" w:rsidRPr="000160E0" w:rsidRDefault="0062778F" w:rsidP="0027439D">
      <w:pPr>
        <w:tabs>
          <w:tab w:val="left" w:pos="1515"/>
        </w:tabs>
        <w:rPr>
          <w:rFonts w:ascii="Arial" w:hAnsi="Arial" w:cs="Arial"/>
          <w:b/>
          <w:bCs/>
          <w:sz w:val="24"/>
          <w:szCs w:val="24"/>
        </w:rPr>
      </w:pPr>
    </w:p>
    <w:p w14:paraId="3807EEA4" w14:textId="77FE646E" w:rsidR="009355FA" w:rsidRPr="000160E0" w:rsidRDefault="0050288A" w:rsidP="005D6FEC">
      <w:pPr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>1.3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Rhowch grynodeb 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ddarpariaeth genedlaethol, ranbarthol a lleol sydd ar gael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awdurdod lleol ar hyn o bryd ar gyfer plant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derbyn gofal</w:t>
      </w:r>
      <w:r w:rsidRPr="000160E0">
        <w:rPr>
          <w:lang w:val="cy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67428" w:rsidRPr="000160E0" w14:paraId="346931B1" w14:textId="77777777" w:rsidTr="390E55D3">
        <w:trPr>
          <w:trHeight w:val="3296"/>
        </w:trPr>
        <w:tc>
          <w:tcPr>
            <w:tcW w:w="8630" w:type="dxa"/>
          </w:tcPr>
          <w:p w14:paraId="06D91689" w14:textId="1B76111B" w:rsidR="009355FA" w:rsidRPr="000160E0" w:rsidRDefault="0050288A" w:rsidP="008B4531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Canllawiau – ymateb i gynnwys:</w:t>
            </w:r>
          </w:p>
          <w:p w14:paraId="234FACCD" w14:textId="54365AC6" w:rsidR="00F57F68" w:rsidRPr="000160E0" w:rsidRDefault="00F57F68" w:rsidP="008B4531">
            <w:pPr>
              <w:pStyle w:val="ListParagraph"/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5533B583" w14:textId="1FEC692E" w:rsidR="009355FA" w:rsidRPr="000160E0" w:rsidRDefault="0050288A" w:rsidP="555CE5E9">
            <w:pPr>
              <w:pStyle w:val="ListParagraph"/>
              <w:numPr>
                <w:ilvl w:val="2"/>
                <w:numId w:val="53"/>
              </w:numPr>
              <w:ind w:left="450" w:hanging="292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Crynodeb o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ddarpariaeth genedlaethol, ranbarthol a lleol sydd ar gael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awdurdod lleol ar gyfer plant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derbyn gofal ar 30 Medi 2026 a sut mae hyn yn cyd-fynd â phroffil anghenion plant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derbyn gofal gan yr awdurdod lleol.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  <w:p w14:paraId="5DEBFEBE" w14:textId="50D8BE8D" w:rsidR="009355FA" w:rsidRPr="000160E0" w:rsidRDefault="009355FA" w:rsidP="00A979E4">
            <w:pPr>
              <w:pStyle w:val="ListParagraph"/>
              <w:ind w:left="450" w:hanging="292"/>
              <w:rPr>
                <w:rFonts w:ascii="Arial" w:hAnsi="Arial" w:cs="Arial"/>
                <w:sz w:val="24"/>
                <w:szCs w:val="24"/>
              </w:rPr>
            </w:pPr>
          </w:p>
          <w:p w14:paraId="7333BEB7" w14:textId="5C0674E5" w:rsidR="009355FA" w:rsidRPr="000160E0" w:rsidRDefault="0050288A" w:rsidP="390E55D3">
            <w:pPr>
              <w:pStyle w:val="ListParagraph"/>
              <w:numPr>
                <w:ilvl w:val="2"/>
                <w:numId w:val="53"/>
              </w:numPr>
              <w:ind w:left="450" w:hanging="292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wedi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u categoreiddio yn ôl y math o wasanaeth, sef:</w:t>
            </w:r>
          </w:p>
          <w:p w14:paraId="3B48DB97" w14:textId="77777777" w:rsidR="0007195E" w:rsidRPr="000160E0" w:rsidRDefault="0007195E" w:rsidP="0007195E">
            <w:pPr>
              <w:pStyle w:val="ListParagraph"/>
              <w:ind w:left="450" w:hanging="292"/>
              <w:rPr>
                <w:rFonts w:ascii="Arial" w:hAnsi="Arial" w:cs="Arial"/>
                <w:sz w:val="24"/>
                <w:szCs w:val="24"/>
              </w:rPr>
            </w:pPr>
          </w:p>
          <w:p w14:paraId="23286A4B" w14:textId="71396BA6" w:rsidR="009355FA" w:rsidRPr="000160E0" w:rsidRDefault="0050288A" w:rsidP="0007195E">
            <w:pPr>
              <w:pStyle w:val="ListParagraph"/>
              <w:numPr>
                <w:ilvl w:val="6"/>
                <w:numId w:val="67"/>
              </w:numPr>
              <w:spacing w:after="200" w:line="276" w:lineRule="auto"/>
              <w:ind w:left="450" w:hanging="292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cartref plant</w:t>
            </w:r>
          </w:p>
          <w:p w14:paraId="608283CE" w14:textId="449391BD" w:rsidR="009355FA" w:rsidRPr="000160E0" w:rsidRDefault="0050288A" w:rsidP="555CE5E9">
            <w:pPr>
              <w:pStyle w:val="ListParagraph"/>
              <w:numPr>
                <w:ilvl w:val="6"/>
                <w:numId w:val="67"/>
              </w:numPr>
              <w:spacing w:after="200" w:line="276" w:lineRule="auto"/>
              <w:ind w:left="450" w:hanging="292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maethu (gan gynnwys gyda rhieni maeth awdurdod lleol)</w:t>
            </w:r>
          </w:p>
          <w:p w14:paraId="0A075765" w14:textId="77777777" w:rsidR="009355FA" w:rsidRPr="000160E0" w:rsidRDefault="0050288A" w:rsidP="0007195E">
            <w:pPr>
              <w:pStyle w:val="ListParagraph"/>
              <w:numPr>
                <w:ilvl w:val="6"/>
                <w:numId w:val="67"/>
              </w:numPr>
              <w:ind w:left="450" w:hanging="292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llety diogel</w:t>
            </w:r>
          </w:p>
          <w:p w14:paraId="1A13F3B0" w14:textId="77777777" w:rsidR="006629A0" w:rsidRPr="000160E0" w:rsidRDefault="006629A0" w:rsidP="0007195E">
            <w:pPr>
              <w:pStyle w:val="ListParagraph"/>
              <w:ind w:left="450" w:hanging="292"/>
              <w:rPr>
                <w:rFonts w:ascii="Arial" w:hAnsi="Arial" w:cs="Arial"/>
                <w:sz w:val="24"/>
                <w:szCs w:val="24"/>
              </w:rPr>
            </w:pPr>
          </w:p>
          <w:p w14:paraId="0860F036" w14:textId="346AC4AB" w:rsidR="009974AF" w:rsidRPr="000160E0" w:rsidRDefault="0050288A" w:rsidP="009974AF">
            <w:pPr>
              <w:pStyle w:val="ListParagraph"/>
              <w:ind w:left="22" w:firstLine="3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ac yn ôl </w:t>
            </w:r>
            <w:r w:rsidR="005008FD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y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math o ddarparwr (awdurdod lleol, nid-er-elw heb fod yn awdurdod lleol, er-elw)</w:t>
            </w:r>
          </w:p>
          <w:p w14:paraId="40C8CAD5" w14:textId="09EBFA92" w:rsidR="006004B7" w:rsidRPr="000160E0" w:rsidRDefault="006004B7" w:rsidP="009974AF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712897F6" w14:textId="77777777" w:rsidR="006004B7" w:rsidRPr="000160E0" w:rsidRDefault="006004B7" w:rsidP="008F05C4">
            <w:pPr>
              <w:pStyle w:val="ListParagraph"/>
              <w:ind w:left="2160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673D4411" w14:textId="358D263F" w:rsidR="006004B7" w:rsidRPr="000160E0" w:rsidRDefault="006004B7" w:rsidP="008F05C4">
            <w:pPr>
              <w:pStyle w:val="ListParagraph"/>
              <w:ind w:left="2160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4A9FDC10" w14:textId="77777777" w:rsidR="009355FA" w:rsidRPr="000160E0" w:rsidRDefault="009355FA" w:rsidP="005D6FEC">
      <w:pPr>
        <w:rPr>
          <w:rFonts w:ascii="Arial" w:hAnsi="Arial" w:cs="Arial"/>
          <w:b/>
          <w:bCs/>
          <w:sz w:val="24"/>
          <w:szCs w:val="24"/>
        </w:rPr>
      </w:pPr>
    </w:p>
    <w:p w14:paraId="37917A5E" w14:textId="26BFAA83" w:rsidR="00131033" w:rsidRPr="000160E0" w:rsidRDefault="0050288A" w:rsidP="005D6FEC">
      <w:pPr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1.4 </w:t>
      </w:r>
      <w:r w:rsidRPr="000160E0">
        <w:rPr>
          <w:rFonts w:ascii="Arial" w:hAnsi="Arial" w:cs="Arial"/>
          <w:sz w:val="24"/>
          <w:szCs w:val="24"/>
          <w:lang w:val="cy-GB"/>
        </w:rPr>
        <w:t>Darparwch ddata ar nifer y plant sydd wedi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u lleoli y tu allan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sir neu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wlad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20"/>
      </w:tblGrid>
      <w:tr w:rsidR="00267428" w:rsidRPr="000160E0" w14:paraId="4AA992B3" w14:textId="77777777" w:rsidTr="555CE5E9">
        <w:tc>
          <w:tcPr>
            <w:tcW w:w="8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FDD31" w14:textId="59E53594" w:rsidR="00836744" w:rsidRPr="000160E0" w:rsidRDefault="0050288A">
            <w:pPr>
              <w:rPr>
                <w:kern w:val="2"/>
                <w:lang w:eastAsia="en-GB"/>
                <w14:ligatures w14:val="standardContextual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Canllawiau – ymateb i gynnwys</w:t>
            </w:r>
            <w:r w:rsidR="00584262" w:rsidRPr="000160E0">
              <w:rPr>
                <w:rFonts w:ascii="Arial" w:hAnsi="Arial" w:cs="Arial"/>
                <w:sz w:val="24"/>
                <w:szCs w:val="24"/>
                <w:lang w:val="cy-GB"/>
              </w:rPr>
              <w:t>:</w:t>
            </w:r>
            <w:r w:rsidR="0001258A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  <w:p w14:paraId="3D1585F4" w14:textId="77777777" w:rsidR="00836744" w:rsidRPr="000160E0" w:rsidRDefault="0050288A"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 </w:t>
            </w:r>
          </w:p>
          <w:p w14:paraId="39AA743B" w14:textId="4FB6A16F" w:rsidR="006004B7" w:rsidRPr="000160E0" w:rsidRDefault="0050288A" w:rsidP="006004B7">
            <w:pPr>
              <w:pStyle w:val="ListParagraph"/>
              <w:numPr>
                <w:ilvl w:val="0"/>
                <w:numId w:val="83"/>
              </w:numPr>
              <w:spacing w:line="276" w:lineRule="auto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nifer y plant </w:t>
            </w:r>
            <w:r w:rsidR="006C21AB" w:rsidRPr="000160E0">
              <w:rPr>
                <w:rFonts w:ascii="Arial" w:hAnsi="Arial" w:cs="Arial"/>
                <w:sz w:val="24"/>
                <w:szCs w:val="24"/>
                <w:lang w:val="cy-GB"/>
              </w:rPr>
              <w:t>sydd wedi’u lleoli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y tu allan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sir neu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drawsffiniol (y tu allan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wlad) ar gyfer blwyddyn ariannol 2025-26, blwyddyn lawn (gwirioneddol), wedi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u categoreiddio yn ôl </w:t>
            </w:r>
            <w:r w:rsidR="005008FD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y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math o wasanaeth, sef:</w:t>
            </w:r>
          </w:p>
          <w:p w14:paraId="5B39D51F" w14:textId="77777777" w:rsidR="006004B7" w:rsidRPr="000160E0" w:rsidRDefault="0050288A" w:rsidP="006004B7"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 </w:t>
            </w:r>
          </w:p>
          <w:p w14:paraId="54B1F05C" w14:textId="185381C7" w:rsidR="006004B7" w:rsidRPr="000160E0" w:rsidRDefault="0050288A" w:rsidP="006004B7">
            <w:pPr>
              <w:pStyle w:val="ListParagraph"/>
              <w:numPr>
                <w:ilvl w:val="6"/>
                <w:numId w:val="85"/>
              </w:numPr>
              <w:ind w:left="1298" w:hanging="284"/>
              <w:contextualSpacing w:val="0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cartref plant</w:t>
            </w:r>
          </w:p>
          <w:p w14:paraId="495EDB0E" w14:textId="660A9B7A" w:rsidR="006004B7" w:rsidRPr="000160E0" w:rsidRDefault="0050288A" w:rsidP="555CE5E9">
            <w:pPr>
              <w:pStyle w:val="ListParagraph"/>
              <w:numPr>
                <w:ilvl w:val="6"/>
                <w:numId w:val="85"/>
              </w:numPr>
              <w:ind w:left="1298" w:hanging="284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lastRenderedPageBreak/>
              <w:t>gwasanaethau maethu (gan gynnwys gyda rhieni maeth awdurdod lleol)</w:t>
            </w:r>
          </w:p>
          <w:p w14:paraId="57067590" w14:textId="77777777" w:rsidR="006004B7" w:rsidRPr="000160E0" w:rsidRDefault="0050288A" w:rsidP="006004B7">
            <w:pPr>
              <w:pStyle w:val="ListParagraph"/>
              <w:numPr>
                <w:ilvl w:val="6"/>
                <w:numId w:val="85"/>
              </w:numPr>
              <w:ind w:left="1298" w:hanging="284"/>
              <w:contextualSpacing w:val="0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llety diogel</w:t>
            </w:r>
          </w:p>
          <w:p w14:paraId="5E16D420" w14:textId="2CD4C3EA" w:rsidR="006004B7" w:rsidRPr="000160E0" w:rsidRDefault="0050288A" w:rsidP="006004B7">
            <w:pPr>
              <w:pStyle w:val="ListParagraph"/>
              <w:ind w:left="2160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 </w:t>
            </w:r>
          </w:p>
          <w:p w14:paraId="67216121" w14:textId="6EDA318C" w:rsidR="00836744" w:rsidRPr="000160E0" w:rsidRDefault="0050288A" w:rsidP="008E46A4">
            <w:pPr>
              <w:pStyle w:val="ListParagraph"/>
              <w:numPr>
                <w:ilvl w:val="0"/>
                <w:numId w:val="82"/>
              </w:num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(a) nifer y plant </w:t>
            </w:r>
            <w:r w:rsidR="006C21AB" w:rsidRPr="000160E0">
              <w:rPr>
                <w:rFonts w:ascii="Arial" w:hAnsi="Arial" w:cs="Arial"/>
                <w:sz w:val="24"/>
                <w:szCs w:val="24"/>
                <w:lang w:val="cy-GB"/>
              </w:rPr>
              <w:t>sydd wedi’u lleoli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y tu allan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sir neu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drawsffiniol (y tu allan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wlad) ar gyfer blwyddyn ariannol 2026-27, y flwyddyn hyd yma hyd at ac yn cynnwys 30 Medi 2026, wedi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u categoreiddio yn ôl </w:t>
            </w:r>
            <w:r w:rsidR="005008FD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y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math o wasanaeth, sef:</w:t>
            </w:r>
          </w:p>
          <w:p w14:paraId="06980F6D" w14:textId="77777777" w:rsidR="00836744" w:rsidRPr="000160E0" w:rsidRDefault="0050288A">
            <w:pPr>
              <w:pStyle w:val="ListParagraph"/>
            </w:pPr>
            <w:r w:rsidRPr="000160E0">
              <w:rPr>
                <w:lang w:val="cy-GB"/>
              </w:rPr>
              <w:t> </w:t>
            </w:r>
          </w:p>
          <w:p w14:paraId="1294734F" w14:textId="647A609E" w:rsidR="00836744" w:rsidRPr="000160E0" w:rsidRDefault="0050288A" w:rsidP="004148BA">
            <w:pPr>
              <w:pStyle w:val="ListParagraph"/>
              <w:numPr>
                <w:ilvl w:val="6"/>
                <w:numId w:val="83"/>
              </w:numPr>
              <w:tabs>
                <w:tab w:val="clear" w:pos="5040"/>
              </w:tabs>
              <w:ind w:left="1298" w:hanging="284"/>
              <w:contextualSpacing w:val="0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cartref plant</w:t>
            </w:r>
          </w:p>
          <w:p w14:paraId="641865B4" w14:textId="2BC52104" w:rsidR="00836744" w:rsidRPr="000160E0" w:rsidRDefault="0050288A" w:rsidP="555CE5E9">
            <w:pPr>
              <w:pStyle w:val="ListParagraph"/>
              <w:numPr>
                <w:ilvl w:val="6"/>
                <w:numId w:val="83"/>
              </w:numPr>
              <w:ind w:left="1298" w:hanging="284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maethu (gan gynnwys gyda rhieni maeth awdurdod lleol)</w:t>
            </w:r>
          </w:p>
          <w:p w14:paraId="17029996" w14:textId="77777777" w:rsidR="00836744" w:rsidRPr="000160E0" w:rsidRDefault="0050288A" w:rsidP="004148BA">
            <w:pPr>
              <w:pStyle w:val="ListParagraph"/>
              <w:numPr>
                <w:ilvl w:val="6"/>
                <w:numId w:val="83"/>
              </w:numPr>
              <w:ind w:left="1298" w:hanging="284"/>
              <w:contextualSpacing w:val="0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llety diogel</w:t>
            </w:r>
          </w:p>
          <w:p w14:paraId="59CAD83F" w14:textId="77777777" w:rsidR="00836744" w:rsidRPr="000160E0" w:rsidRDefault="0050288A">
            <w:pPr>
              <w:pStyle w:val="ListParagraph"/>
              <w:ind w:left="2160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 </w:t>
            </w:r>
          </w:p>
          <w:p w14:paraId="55D6D109" w14:textId="4E56EE0A" w:rsidR="00836744" w:rsidRPr="000160E0" w:rsidRDefault="0050288A" w:rsidP="004927A5">
            <w:pPr>
              <w:pStyle w:val="ListParagraph"/>
              <w:ind w:left="731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ac</w:t>
            </w:r>
            <w:r w:rsidR="005008FD" w:rsidRPr="000160E0">
              <w:rPr>
                <w:rFonts w:ascii="Arial" w:hAnsi="Arial" w:cs="Arial"/>
                <w:sz w:val="24"/>
                <w:szCs w:val="24"/>
                <w:lang w:val="cy-GB"/>
              </w:rPr>
              <w:t>,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o fewn pob math o wasanaeth, yn ôl </w:t>
            </w:r>
            <w:r w:rsidR="005008FD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y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math o ddarparwr (awdurdod lleol, nid-er-elw heb fod yn awdurdod lleol, er-elw)</w:t>
            </w:r>
          </w:p>
          <w:p w14:paraId="2D1E328B" w14:textId="77777777" w:rsidR="00836744" w:rsidRPr="000160E0" w:rsidRDefault="0050288A">
            <w:pPr>
              <w:pStyle w:val="ListParagraph"/>
              <w:ind w:left="2160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 </w:t>
            </w:r>
          </w:p>
          <w:p w14:paraId="7A85C407" w14:textId="293BBA8D" w:rsidR="00836744" w:rsidRPr="000160E0" w:rsidRDefault="0050288A" w:rsidP="555CE5E9">
            <w:pPr>
              <w:ind w:left="734" w:hanging="284"/>
              <w:rPr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2. (b) nifer y plant y mae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awdurdod lleol yn rhagweld y bydd wedi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u lleoli y tu allan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sir neu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drawsffiniol (y tu allan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wlad) ar gyfer blwyddyn ariannol 2026-27, blwyddyn lawn (rhagolwg), wedi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u categoreiddio yn ôl </w:t>
            </w:r>
            <w:r w:rsidR="00904E1B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y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math o wasanaeth, sef:</w:t>
            </w:r>
          </w:p>
          <w:p w14:paraId="78BE2FF5" w14:textId="77777777" w:rsidR="00836744" w:rsidRPr="000160E0" w:rsidRDefault="0050288A">
            <w:pPr>
              <w:rPr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 </w:t>
            </w:r>
          </w:p>
          <w:p w14:paraId="3342CE1B" w14:textId="73708BC9" w:rsidR="00836744" w:rsidRPr="000160E0" w:rsidRDefault="0050288A" w:rsidP="006004B7">
            <w:pPr>
              <w:pStyle w:val="ListParagraph"/>
              <w:numPr>
                <w:ilvl w:val="6"/>
                <w:numId w:val="96"/>
              </w:numPr>
              <w:tabs>
                <w:tab w:val="clear" w:pos="5040"/>
                <w:tab w:val="num" w:pos="1301"/>
              </w:tabs>
              <w:ind w:hanging="4023"/>
              <w:contextualSpacing w:val="0"/>
              <w:rPr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cartref plant</w:t>
            </w:r>
          </w:p>
          <w:p w14:paraId="24E99E47" w14:textId="45AC6ED7" w:rsidR="00836744" w:rsidRPr="000160E0" w:rsidRDefault="0050288A" w:rsidP="555CE5E9">
            <w:pPr>
              <w:pStyle w:val="ListParagraph"/>
              <w:numPr>
                <w:ilvl w:val="6"/>
                <w:numId w:val="96"/>
              </w:numPr>
              <w:ind w:left="1298" w:hanging="284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maethu (gan gynnwys gyda rhieni maeth awdurdod lleol)</w:t>
            </w:r>
          </w:p>
          <w:p w14:paraId="3169D3AC" w14:textId="77777777" w:rsidR="00836744" w:rsidRPr="000160E0" w:rsidRDefault="0050288A" w:rsidP="006004B7">
            <w:pPr>
              <w:pStyle w:val="ListParagraph"/>
              <w:numPr>
                <w:ilvl w:val="6"/>
                <w:numId w:val="96"/>
              </w:numPr>
              <w:ind w:left="1298" w:hanging="284"/>
              <w:contextualSpacing w:val="0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llety diogel</w:t>
            </w:r>
          </w:p>
          <w:p w14:paraId="43EA4B12" w14:textId="77777777" w:rsidR="00836744" w:rsidRPr="000160E0" w:rsidRDefault="0050288A">
            <w:pPr>
              <w:pStyle w:val="ListParagraph"/>
              <w:ind w:left="2160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 </w:t>
            </w:r>
          </w:p>
          <w:p w14:paraId="03CA225D" w14:textId="51B60956" w:rsidR="00836744" w:rsidRPr="000160E0" w:rsidRDefault="0050288A" w:rsidP="006004B7">
            <w:pPr>
              <w:ind w:left="734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ac</w:t>
            </w:r>
            <w:r w:rsidR="00904E1B" w:rsidRPr="000160E0">
              <w:rPr>
                <w:rFonts w:ascii="Arial" w:hAnsi="Arial" w:cs="Arial"/>
                <w:sz w:val="24"/>
                <w:szCs w:val="24"/>
                <w:lang w:val="cy-GB"/>
              </w:rPr>
              <w:t>,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o fewn pob math o wasanaeth, yn ôl </w:t>
            </w:r>
            <w:r w:rsidR="00904E1B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y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math o ddarparwr (awdurdod lleol, nid-er-elw heb fod yn awdurdod lleol, er-elw)</w:t>
            </w:r>
          </w:p>
          <w:p w14:paraId="296EAAD6" w14:textId="77777777" w:rsidR="00FC3F58" w:rsidRPr="000160E0" w:rsidRDefault="00FC3F58" w:rsidP="00FC3F58"/>
          <w:p w14:paraId="11279ACA" w14:textId="4168F49B" w:rsidR="00FC3F58" w:rsidRPr="000160E0" w:rsidRDefault="0050288A" w:rsidP="00FC3F58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Dylai data wahaniaethu rhwng lleoliadau y tu allan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sir a lleoliadau trawsffiniol (y tu allan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wlad) lle mae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ddau yn digwydd.</w:t>
            </w:r>
          </w:p>
          <w:p w14:paraId="7B09C1E8" w14:textId="1CBEFC52" w:rsidR="00836744" w:rsidRPr="000160E0" w:rsidRDefault="0050288A" w:rsidP="00510EF0">
            <w:pPr>
              <w:pStyle w:val="ListParagraph"/>
              <w:ind w:left="2160"/>
            </w:pPr>
            <w:r w:rsidRPr="000160E0">
              <w:rPr>
                <w:rFonts w:ascii="Arial" w:hAnsi="Arial" w:cs="Arial"/>
                <w:i/>
                <w:iCs/>
                <w:sz w:val="24"/>
                <w:szCs w:val="24"/>
                <w:lang w:val="cy-GB"/>
              </w:rPr>
              <w:t> </w:t>
            </w:r>
          </w:p>
          <w:p w14:paraId="37C2E3CA" w14:textId="250BEBD3" w:rsidR="006629A0" w:rsidRPr="000160E0" w:rsidRDefault="006629A0" w:rsidP="005D6FEC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677907A2" w14:textId="542D8AA6" w:rsidR="00131033" w:rsidRPr="000160E0" w:rsidRDefault="00131033" w:rsidP="005D6FEC">
      <w:pPr>
        <w:rPr>
          <w:rFonts w:ascii="Arial" w:hAnsi="Arial" w:cs="Arial"/>
          <w:sz w:val="24"/>
          <w:szCs w:val="24"/>
        </w:rPr>
      </w:pPr>
    </w:p>
    <w:p w14:paraId="0105436C" w14:textId="7F0B3434" w:rsidR="005A5104" w:rsidRPr="000160E0" w:rsidRDefault="0050288A" w:rsidP="0061495A">
      <w:pPr>
        <w:rPr>
          <w:rFonts w:ascii="Arial" w:hAnsi="Arial" w:cs="Arial"/>
          <w:color w:val="0070C0"/>
          <w:sz w:val="24"/>
          <w:szCs w:val="24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1.5 </w:t>
      </w:r>
      <w:r w:rsidR="009A2C5A" w:rsidRPr="000160E0">
        <w:rPr>
          <w:rFonts w:ascii="Arial" w:hAnsi="Arial" w:cs="Arial"/>
          <w:bCs/>
          <w:sz w:val="24"/>
          <w:szCs w:val="24"/>
          <w:lang w:val="cy-GB"/>
        </w:rPr>
        <w:t>Darparwch</w:t>
      </w:r>
      <w:r w:rsidRPr="000160E0">
        <w:rPr>
          <w:rFonts w:ascii="Arial" w:hAnsi="Arial" w:cs="Arial"/>
          <w:bCs/>
          <w:sz w:val="24"/>
          <w:szCs w:val="24"/>
          <w:lang w:val="cy-GB"/>
        </w:rPr>
        <w:t xml:space="preserve"> ddata ar nifer y plant mewn gwasanaethau sy</w:t>
      </w:r>
      <w:r w:rsidR="004812A6" w:rsidRPr="000160E0">
        <w:rPr>
          <w:rFonts w:ascii="Arial" w:hAnsi="Arial" w:cs="Arial"/>
          <w:bCs/>
          <w:sz w:val="24"/>
          <w:szCs w:val="24"/>
          <w:lang w:val="cy-GB"/>
        </w:rPr>
        <w:t>’</w:t>
      </w:r>
      <w:r w:rsidRPr="000160E0">
        <w:rPr>
          <w:rFonts w:ascii="Arial" w:hAnsi="Arial" w:cs="Arial"/>
          <w:bCs/>
          <w:sz w:val="24"/>
          <w:szCs w:val="24"/>
          <w:lang w:val="cy-GB"/>
        </w:rPr>
        <w:t>n gweithredu heb gofrestru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20"/>
      </w:tblGrid>
      <w:tr w:rsidR="00267428" w:rsidRPr="000160E0" w14:paraId="2B326FFD" w14:textId="77777777" w:rsidTr="007F623D">
        <w:tc>
          <w:tcPr>
            <w:tcW w:w="8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D0C6C1" w14:textId="77777777" w:rsidR="00836744" w:rsidRPr="000160E0" w:rsidRDefault="0050288A">
            <w:pPr>
              <w:rPr>
                <w:kern w:val="2"/>
                <w:lang w:eastAsia="en-GB"/>
                <w14:ligatures w14:val="standardContextual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Canllawiau – ymateb i gynnwys:</w:t>
            </w:r>
          </w:p>
          <w:p w14:paraId="5265A916" w14:textId="77777777" w:rsidR="00836744" w:rsidRPr="000160E0" w:rsidRDefault="0050288A"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 </w:t>
            </w:r>
          </w:p>
          <w:p w14:paraId="29DD86F7" w14:textId="634BCA1A" w:rsidR="00836744" w:rsidRPr="000160E0" w:rsidRDefault="0050288A" w:rsidP="004148BA">
            <w:pPr>
              <w:pStyle w:val="ListParagraph"/>
              <w:numPr>
                <w:ilvl w:val="0"/>
                <w:numId w:val="88"/>
              </w:numPr>
              <w:contextualSpacing w:val="0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nifer y plant </w:t>
            </w:r>
            <w:r w:rsidR="006C21AB" w:rsidRPr="000160E0">
              <w:rPr>
                <w:rFonts w:ascii="Arial" w:hAnsi="Arial" w:cs="Arial"/>
                <w:sz w:val="24"/>
                <w:szCs w:val="24"/>
                <w:lang w:val="cy-GB"/>
              </w:rPr>
              <w:t>sydd wedi’u lleoli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mewn gwasanaethau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gweithredu heb gofrestru ar gyfer blwyddyn ariannol 2025-26, blwyddyn lawn (gwirioneddol)</w:t>
            </w:r>
          </w:p>
          <w:p w14:paraId="601FAC14" w14:textId="370FA47E" w:rsidR="004148BA" w:rsidRPr="000160E0" w:rsidRDefault="0050288A" w:rsidP="007F623D">
            <w:pPr>
              <w:pStyle w:val="ListParagraph"/>
              <w:numPr>
                <w:ilvl w:val="0"/>
                <w:numId w:val="88"/>
              </w:numPr>
              <w:contextualSpacing w:val="0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(a) nifer y plant </w:t>
            </w:r>
            <w:r w:rsidR="006C21AB" w:rsidRPr="000160E0">
              <w:rPr>
                <w:rFonts w:ascii="Arial" w:hAnsi="Arial" w:cs="Arial"/>
                <w:sz w:val="24"/>
                <w:szCs w:val="24"/>
                <w:lang w:val="cy-GB"/>
              </w:rPr>
              <w:t>sydd wedi’u lleoli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mewn gwasanaethau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gweithredu heb gofrestru yn ystod y flwyddyn hyd at ac yn cynnwys 30 Medi 2026</w:t>
            </w:r>
          </w:p>
          <w:p w14:paraId="53562767" w14:textId="2A77322A" w:rsidR="006004B7" w:rsidRPr="000160E0" w:rsidRDefault="0050288A" w:rsidP="000B737B">
            <w:pPr>
              <w:tabs>
                <w:tab w:val="left" w:pos="450"/>
              </w:tabs>
              <w:ind w:left="734" w:hanging="425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lastRenderedPageBreak/>
              <w:t xml:space="preserve">2. (b) nifer y plant </w:t>
            </w:r>
            <w:r w:rsidR="006C21AB" w:rsidRPr="000160E0">
              <w:rPr>
                <w:rFonts w:ascii="Arial" w:hAnsi="Arial" w:cs="Arial"/>
                <w:sz w:val="24"/>
                <w:szCs w:val="24"/>
                <w:lang w:val="cy-GB"/>
              </w:rPr>
              <w:t>sydd wedi’u lleoli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mewn gwasanaethau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gweithredu heb gofrestru ar gyfer blwyddyn ariannol 2026-27, blwyddyn lawn (rhagolwg)</w:t>
            </w:r>
          </w:p>
        </w:tc>
      </w:tr>
    </w:tbl>
    <w:p w14:paraId="7047C70F" w14:textId="41F8293A" w:rsidR="005A5104" w:rsidRPr="000160E0" w:rsidRDefault="005A5104" w:rsidP="005D6FEC">
      <w:pPr>
        <w:rPr>
          <w:rFonts w:ascii="Arial" w:hAnsi="Arial" w:cs="Arial"/>
          <w:sz w:val="24"/>
          <w:szCs w:val="24"/>
        </w:rPr>
      </w:pPr>
    </w:p>
    <w:p w14:paraId="0D4EB222" w14:textId="73670FF1" w:rsidR="009756F2" w:rsidRPr="000160E0" w:rsidRDefault="0050288A" w:rsidP="005D6FEC">
      <w:pPr>
        <w:rPr>
          <w:rFonts w:ascii="Arial" w:hAnsi="Arial" w:cs="Arial"/>
          <w:b/>
          <w:bCs/>
          <w:sz w:val="24"/>
          <w:szCs w:val="24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1.6 </w:t>
      </w:r>
      <w:r w:rsidR="009A2C5A" w:rsidRPr="000160E0">
        <w:rPr>
          <w:rFonts w:ascii="Arial" w:hAnsi="Arial" w:cs="Arial"/>
          <w:bCs/>
          <w:sz w:val="24"/>
          <w:szCs w:val="24"/>
          <w:lang w:val="cy-GB"/>
        </w:rPr>
        <w:t>Darparwch</w:t>
      </w:r>
      <w:r w:rsidRPr="000160E0">
        <w:rPr>
          <w:rFonts w:ascii="Arial" w:hAnsi="Arial" w:cs="Arial"/>
          <w:bCs/>
          <w:sz w:val="24"/>
          <w:szCs w:val="24"/>
          <w:lang w:val="cy-GB"/>
        </w:rPr>
        <w:t xml:space="preserve"> ddata ar nifer y plant sy</w:t>
      </w:r>
      <w:r w:rsidR="004812A6" w:rsidRPr="000160E0">
        <w:rPr>
          <w:rFonts w:ascii="Arial" w:hAnsi="Arial" w:cs="Arial"/>
          <w:bCs/>
          <w:sz w:val="24"/>
          <w:szCs w:val="24"/>
          <w:lang w:val="cy-GB"/>
        </w:rPr>
        <w:t>’</w:t>
      </w:r>
      <w:r w:rsidRPr="000160E0">
        <w:rPr>
          <w:rFonts w:ascii="Arial" w:hAnsi="Arial" w:cs="Arial"/>
          <w:bCs/>
          <w:sz w:val="24"/>
          <w:szCs w:val="24"/>
          <w:lang w:val="cy-GB"/>
        </w:rPr>
        <w:t>n destun Gorchymyn Amddifadu o Ryddid</w:t>
      </w:r>
      <w:r w:rsidRPr="000160E0">
        <w:rPr>
          <w:lang w:val="cy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20"/>
      </w:tblGrid>
      <w:tr w:rsidR="00267428" w:rsidRPr="000160E0" w14:paraId="6D3B8502" w14:textId="77777777" w:rsidTr="007F623D">
        <w:tc>
          <w:tcPr>
            <w:tcW w:w="8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3C934" w14:textId="77777777" w:rsidR="00836744" w:rsidRPr="000160E0" w:rsidRDefault="0050288A">
            <w:pPr>
              <w:rPr>
                <w:kern w:val="2"/>
                <w:lang w:eastAsia="en-GB"/>
                <w14:ligatures w14:val="standardContextual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Canllawiau – ymateb i gynnwys:</w:t>
            </w:r>
          </w:p>
          <w:p w14:paraId="4D6AC082" w14:textId="77777777" w:rsidR="00836744" w:rsidRPr="000160E0" w:rsidRDefault="0050288A"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 </w:t>
            </w:r>
          </w:p>
          <w:p w14:paraId="1368154B" w14:textId="55D966B7" w:rsidR="00836744" w:rsidRPr="000160E0" w:rsidRDefault="0050288A" w:rsidP="00836744">
            <w:pPr>
              <w:pStyle w:val="ListParagraph"/>
              <w:numPr>
                <w:ilvl w:val="0"/>
                <w:numId w:val="89"/>
              </w:numPr>
              <w:contextualSpacing w:val="0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nifer y plant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destun Gorchymyn Amddifadu o Ryddid ar gyfer blwyddyn ariannol 2025-26, blwyddyn lawn (gwirioneddol)</w:t>
            </w:r>
          </w:p>
          <w:p w14:paraId="09C69E42" w14:textId="77777777" w:rsidR="00836744" w:rsidRPr="000160E0" w:rsidRDefault="00836744" w:rsidP="007F623D">
            <w:pPr>
              <w:pStyle w:val="ListParagraph"/>
              <w:contextualSpacing w:val="0"/>
            </w:pPr>
          </w:p>
          <w:p w14:paraId="1B059E76" w14:textId="77AFE1D8" w:rsidR="00836744" w:rsidRPr="000160E0" w:rsidRDefault="0050288A" w:rsidP="00836744">
            <w:pPr>
              <w:pStyle w:val="ListParagraph"/>
              <w:numPr>
                <w:ilvl w:val="0"/>
                <w:numId w:val="89"/>
              </w:numPr>
              <w:contextualSpacing w:val="0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(a) nifer y plant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destun Gorchymyn Amddifadu o Ryddid ar gyfer blwyddyn ariannol 2026-27, y flwyddyn hyd yma hyd at ac yn cynnwys 30 Medi 2026</w:t>
            </w:r>
          </w:p>
          <w:p w14:paraId="04D56A70" w14:textId="77777777" w:rsidR="00836744" w:rsidRPr="000160E0" w:rsidRDefault="00836744" w:rsidP="007F623D"/>
          <w:p w14:paraId="419CE1E5" w14:textId="6446AFC8" w:rsidR="00836744" w:rsidRPr="000160E0" w:rsidRDefault="0050288A" w:rsidP="000B737B">
            <w:pPr>
              <w:ind w:left="592" w:hanging="283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2. (b) nifer y plant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destun Gorchymyn Amddifadu o Ryddid ar gyfer blwyddyn ariannol 2026-27, blwyddyn lawn (rhagolwg)</w:t>
            </w:r>
          </w:p>
          <w:p w14:paraId="0E54FB5B" w14:textId="2F064DC4" w:rsidR="005A5104" w:rsidRPr="000160E0" w:rsidRDefault="005A510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75F4003E" w14:textId="77777777" w:rsidR="0062778F" w:rsidRPr="000160E0" w:rsidRDefault="0062778F" w:rsidP="005D6FEC">
      <w:pPr>
        <w:rPr>
          <w:rFonts w:ascii="Arial" w:hAnsi="Arial" w:cs="Arial"/>
          <w:b/>
          <w:bCs/>
          <w:sz w:val="24"/>
          <w:szCs w:val="24"/>
        </w:rPr>
      </w:pPr>
    </w:p>
    <w:p w14:paraId="19C9A5D7" w14:textId="7D335FC6" w:rsidR="006F7255" w:rsidRPr="000160E0" w:rsidRDefault="0050288A" w:rsidP="006F7255">
      <w:pPr>
        <w:rPr>
          <w:rFonts w:ascii="Arial" w:hAnsi="Arial" w:cs="Arial"/>
          <w:b/>
          <w:bCs/>
          <w:sz w:val="24"/>
          <w:szCs w:val="24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1.7 </w:t>
      </w:r>
      <w:r w:rsidRPr="000160E0">
        <w:rPr>
          <w:rFonts w:ascii="Arial" w:hAnsi="Arial" w:cs="Arial"/>
          <w:bCs/>
          <w:sz w:val="24"/>
          <w:szCs w:val="24"/>
          <w:lang w:val="cy-GB"/>
        </w:rPr>
        <w:t>Rhowch grynodeb ysgrifenedig o unrhyw gyfyngiadau yn y data sy</w:t>
      </w:r>
      <w:r w:rsidR="004812A6" w:rsidRPr="000160E0">
        <w:rPr>
          <w:rFonts w:ascii="Arial" w:hAnsi="Arial" w:cs="Arial"/>
          <w:bCs/>
          <w:sz w:val="24"/>
          <w:szCs w:val="24"/>
          <w:lang w:val="cy-GB"/>
        </w:rPr>
        <w:t>’</w:t>
      </w:r>
      <w:r w:rsidRPr="000160E0">
        <w:rPr>
          <w:rFonts w:ascii="Arial" w:hAnsi="Arial" w:cs="Arial"/>
          <w:bCs/>
          <w:sz w:val="24"/>
          <w:szCs w:val="24"/>
          <w:lang w:val="cy-GB"/>
        </w:rPr>
        <w:t>n ymwneud â</w:t>
      </w:r>
      <w:r w:rsidR="004812A6" w:rsidRPr="000160E0">
        <w:rPr>
          <w:rFonts w:ascii="Arial" w:hAnsi="Arial" w:cs="Arial"/>
          <w:bCs/>
          <w:sz w:val="24"/>
          <w:szCs w:val="24"/>
          <w:lang w:val="cy-GB"/>
        </w:rPr>
        <w:t>’</w:t>
      </w:r>
      <w:r w:rsidRPr="000160E0">
        <w:rPr>
          <w:rFonts w:ascii="Arial" w:hAnsi="Arial" w:cs="Arial"/>
          <w:bCs/>
          <w:sz w:val="24"/>
          <w:szCs w:val="24"/>
          <w:lang w:val="cy-GB"/>
        </w:rPr>
        <w:t xml:space="preserve">r cynllun digonolrwydd blynyddol </w:t>
      </w:r>
      <w:r w:rsidR="009E39E9" w:rsidRPr="000160E0">
        <w:rPr>
          <w:rFonts w:ascii="Arial" w:hAnsi="Arial" w:cs="Arial"/>
          <w:bCs/>
          <w:sz w:val="24"/>
          <w:szCs w:val="24"/>
          <w:lang w:val="cy-GB"/>
        </w:rPr>
        <w:t>sydd gan yr</w:t>
      </w:r>
      <w:r w:rsidRPr="000160E0">
        <w:rPr>
          <w:rFonts w:ascii="Arial" w:hAnsi="Arial" w:cs="Arial"/>
          <w:bCs/>
          <w:sz w:val="24"/>
          <w:szCs w:val="24"/>
          <w:lang w:val="cy-GB"/>
        </w:rPr>
        <w:t xml:space="preserve"> awdurdod lleol ar 30 Medi 2026.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20"/>
      </w:tblGrid>
      <w:tr w:rsidR="00267428" w:rsidRPr="000160E0" w14:paraId="5C4328D5" w14:textId="77777777">
        <w:trPr>
          <w:tblCellSpacing w:w="15" w:type="dxa"/>
        </w:trPr>
        <w:tc>
          <w:tcPr>
            <w:tcW w:w="8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99595B" w14:textId="3C92C274" w:rsidR="006F7255" w:rsidRPr="000160E0" w:rsidRDefault="0050288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Rhowch amlinelliad lefel uchel hefyd o unrhyw gamau i fynd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afael ag unrhyw gyfyngiadau yn y data a nodwyd.</w:t>
            </w:r>
          </w:p>
          <w:p w14:paraId="5BECD5FA" w14:textId="77777777" w:rsidR="00844B0D" w:rsidRPr="000160E0" w:rsidRDefault="00844B0D">
            <w:pPr>
              <w:spacing w:after="0" w:line="240" w:lineRule="auto"/>
              <w:rPr>
                <w:i/>
                <w:iCs/>
              </w:rPr>
            </w:pPr>
          </w:p>
          <w:p w14:paraId="7320F4E6" w14:textId="77777777" w:rsidR="00844B0D" w:rsidRPr="000160E0" w:rsidRDefault="00844B0D">
            <w:pPr>
              <w:spacing w:after="0" w:line="240" w:lineRule="auto"/>
              <w:rPr>
                <w:i/>
                <w:iCs/>
              </w:rPr>
            </w:pPr>
          </w:p>
          <w:p w14:paraId="2F0AD05A" w14:textId="77777777" w:rsidR="00844B0D" w:rsidRPr="000160E0" w:rsidRDefault="00844B0D">
            <w:pPr>
              <w:spacing w:after="0" w:line="240" w:lineRule="auto"/>
              <w:rPr>
                <w:i/>
                <w:iCs/>
              </w:rPr>
            </w:pPr>
          </w:p>
          <w:p w14:paraId="49A31FF3" w14:textId="77777777" w:rsidR="00844B0D" w:rsidRPr="000160E0" w:rsidRDefault="00844B0D">
            <w:pPr>
              <w:spacing w:after="0" w:line="240" w:lineRule="auto"/>
              <w:rPr>
                <w:i/>
                <w:iCs/>
              </w:rPr>
            </w:pPr>
          </w:p>
          <w:p w14:paraId="7D411147" w14:textId="77777777" w:rsidR="00844B0D" w:rsidRPr="000160E0" w:rsidRDefault="00844B0D">
            <w:pPr>
              <w:spacing w:after="0" w:line="240" w:lineRule="auto"/>
              <w:rPr>
                <w:i/>
                <w:iCs/>
              </w:rPr>
            </w:pPr>
          </w:p>
          <w:p w14:paraId="7605EC32" w14:textId="77777777" w:rsidR="006F7255" w:rsidRPr="000160E0" w:rsidRDefault="0050288A">
            <w:pPr>
              <w:spacing w:after="0" w:line="240" w:lineRule="auto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 </w:t>
            </w:r>
          </w:p>
        </w:tc>
      </w:tr>
    </w:tbl>
    <w:p w14:paraId="57B61B01" w14:textId="77777777" w:rsidR="00E328AC" w:rsidRPr="000160E0" w:rsidRDefault="00E328AC">
      <w:pPr>
        <w:rPr>
          <w:rFonts w:ascii="Arial" w:hAnsi="Arial" w:cs="Arial"/>
          <w:b/>
          <w:bCs/>
          <w:sz w:val="24"/>
          <w:szCs w:val="24"/>
        </w:rPr>
      </w:pPr>
    </w:p>
    <w:p w14:paraId="006CEB06" w14:textId="1165B235" w:rsidR="00960F10" w:rsidRPr="000160E0" w:rsidRDefault="0050288A">
      <w:pPr>
        <w:rPr>
          <w:kern w:val="2"/>
          <w:lang w:eastAsia="en-GB"/>
          <w14:ligatures w14:val="standardContextual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1.8 </w:t>
      </w:r>
      <w:r w:rsidRPr="000160E0">
        <w:rPr>
          <w:rFonts w:ascii="Arial" w:hAnsi="Arial" w:cs="Arial"/>
          <w:bCs/>
          <w:sz w:val="24"/>
          <w:szCs w:val="24"/>
          <w:lang w:val="cy-GB"/>
        </w:rPr>
        <w:t>Nodwch y risgiau mwyaf arwyddocaol ar hyn o bryd i</w:t>
      </w:r>
      <w:r w:rsidR="004812A6" w:rsidRPr="000160E0">
        <w:rPr>
          <w:rFonts w:ascii="Arial" w:hAnsi="Arial" w:cs="Arial"/>
          <w:bCs/>
          <w:sz w:val="24"/>
          <w:szCs w:val="24"/>
          <w:lang w:val="cy-GB"/>
        </w:rPr>
        <w:t>’</w:t>
      </w:r>
      <w:r w:rsidRPr="000160E0">
        <w:rPr>
          <w:rFonts w:ascii="Arial" w:hAnsi="Arial" w:cs="Arial"/>
          <w:bCs/>
          <w:sz w:val="24"/>
          <w:szCs w:val="24"/>
          <w:lang w:val="cy-GB"/>
        </w:rPr>
        <w:t>r awdurdod lleol allu diwallu anghenion llety plant sy</w:t>
      </w:r>
      <w:r w:rsidR="004812A6" w:rsidRPr="000160E0">
        <w:rPr>
          <w:rFonts w:ascii="Arial" w:hAnsi="Arial" w:cs="Arial"/>
          <w:bCs/>
          <w:sz w:val="24"/>
          <w:szCs w:val="24"/>
          <w:lang w:val="cy-GB"/>
        </w:rPr>
        <w:t>’</w:t>
      </w:r>
      <w:r w:rsidRPr="000160E0">
        <w:rPr>
          <w:rFonts w:ascii="Arial" w:hAnsi="Arial" w:cs="Arial"/>
          <w:bCs/>
          <w:sz w:val="24"/>
          <w:szCs w:val="24"/>
          <w:lang w:val="cy-GB"/>
        </w:rPr>
        <w:t>n derbyn gofal yn ystod blwyddyn ariannol 2026-27 a</w:t>
      </w:r>
      <w:r w:rsidR="004812A6" w:rsidRPr="000160E0">
        <w:rPr>
          <w:rFonts w:ascii="Arial" w:hAnsi="Arial" w:cs="Arial"/>
          <w:bCs/>
          <w:sz w:val="24"/>
          <w:szCs w:val="24"/>
          <w:lang w:val="cy-GB"/>
        </w:rPr>
        <w:t>’</w:t>
      </w:r>
      <w:r w:rsidRPr="000160E0">
        <w:rPr>
          <w:rFonts w:ascii="Arial" w:hAnsi="Arial" w:cs="Arial"/>
          <w:bCs/>
          <w:sz w:val="24"/>
          <w:szCs w:val="24"/>
          <w:lang w:val="cy-GB"/>
        </w:rPr>
        <w:t xml:space="preserve">r </w:t>
      </w:r>
      <w:r w:rsidR="006300D7" w:rsidRPr="000160E0">
        <w:rPr>
          <w:rFonts w:ascii="Arial" w:hAnsi="Arial" w:cs="Arial"/>
          <w:bCs/>
          <w:sz w:val="24"/>
          <w:szCs w:val="24"/>
          <w:lang w:val="cy-GB"/>
        </w:rPr>
        <w:t xml:space="preserve">mesurau </w:t>
      </w:r>
      <w:r w:rsidRPr="000160E0">
        <w:rPr>
          <w:rFonts w:ascii="Arial" w:hAnsi="Arial" w:cs="Arial"/>
          <w:bCs/>
          <w:sz w:val="24"/>
          <w:szCs w:val="24"/>
          <w:lang w:val="cy-GB"/>
        </w:rPr>
        <w:t>lliniaru sydd ar waith i fynd i</w:t>
      </w:r>
      <w:r w:rsidR="004812A6" w:rsidRPr="000160E0">
        <w:rPr>
          <w:rFonts w:ascii="Arial" w:hAnsi="Arial" w:cs="Arial"/>
          <w:bCs/>
          <w:sz w:val="24"/>
          <w:szCs w:val="24"/>
          <w:lang w:val="cy-GB"/>
        </w:rPr>
        <w:t>’</w:t>
      </w:r>
      <w:r w:rsidRPr="000160E0">
        <w:rPr>
          <w:rFonts w:ascii="Arial" w:hAnsi="Arial" w:cs="Arial"/>
          <w:bCs/>
          <w:sz w:val="24"/>
          <w:szCs w:val="24"/>
          <w:lang w:val="cy-GB"/>
        </w:rPr>
        <w:t>r afael â</w:t>
      </w:r>
      <w:r w:rsidR="004812A6" w:rsidRPr="000160E0">
        <w:rPr>
          <w:rFonts w:ascii="Arial" w:hAnsi="Arial" w:cs="Arial"/>
          <w:bCs/>
          <w:sz w:val="24"/>
          <w:szCs w:val="24"/>
          <w:lang w:val="cy-GB"/>
        </w:rPr>
        <w:t>’</w:t>
      </w:r>
      <w:r w:rsidRPr="000160E0">
        <w:rPr>
          <w:rFonts w:ascii="Arial" w:hAnsi="Arial" w:cs="Arial"/>
          <w:bCs/>
          <w:sz w:val="24"/>
          <w:szCs w:val="24"/>
          <w:lang w:val="cy-GB"/>
        </w:rPr>
        <w:t>r rhain.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20"/>
      </w:tblGrid>
      <w:tr w:rsidR="00267428" w:rsidRPr="000160E0" w14:paraId="613077D4" w14:textId="77777777">
        <w:trPr>
          <w:tblCellSpacing w:w="15" w:type="dxa"/>
        </w:trPr>
        <w:tc>
          <w:tcPr>
            <w:tcW w:w="8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F2BA10" w14:textId="7F3BB298" w:rsidR="007F623D" w:rsidRPr="000160E0" w:rsidRDefault="0050288A">
            <w:pPr>
              <w:spacing w:after="0" w:line="240" w:lineRule="auto"/>
              <w:rPr>
                <w:kern w:val="2"/>
                <w:lang w:eastAsia="en-GB"/>
                <w14:ligatures w14:val="standardContextual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 </w:t>
            </w:r>
          </w:p>
          <w:p w14:paraId="0D6EB042" w14:textId="139B336F" w:rsidR="00960F10" w:rsidRPr="000160E0" w:rsidRDefault="00960F10">
            <w:pPr>
              <w:spacing w:after="0" w:line="240" w:lineRule="auto"/>
            </w:pPr>
          </w:p>
          <w:p w14:paraId="2D2676AF" w14:textId="77777777" w:rsidR="00E8511C" w:rsidRPr="000160E0" w:rsidRDefault="00E8511C">
            <w:pPr>
              <w:spacing w:after="0" w:line="240" w:lineRule="auto"/>
            </w:pPr>
          </w:p>
          <w:p w14:paraId="250CFCBA" w14:textId="77777777" w:rsidR="00E8511C" w:rsidRPr="000160E0" w:rsidRDefault="00E8511C">
            <w:pPr>
              <w:spacing w:after="0" w:line="240" w:lineRule="auto"/>
            </w:pPr>
          </w:p>
          <w:p w14:paraId="34DB077B" w14:textId="77777777" w:rsidR="00E8511C" w:rsidRPr="000160E0" w:rsidRDefault="00E8511C">
            <w:pPr>
              <w:spacing w:after="0" w:line="240" w:lineRule="auto"/>
            </w:pPr>
          </w:p>
          <w:p w14:paraId="29A6863A" w14:textId="77777777" w:rsidR="00E8511C" w:rsidRPr="000160E0" w:rsidRDefault="00E8511C">
            <w:pPr>
              <w:spacing w:after="0" w:line="240" w:lineRule="auto"/>
            </w:pPr>
          </w:p>
          <w:p w14:paraId="086580F1" w14:textId="77777777" w:rsidR="00E8511C" w:rsidRPr="000160E0" w:rsidRDefault="00E8511C">
            <w:pPr>
              <w:spacing w:after="0" w:line="240" w:lineRule="auto"/>
            </w:pPr>
          </w:p>
          <w:p w14:paraId="6A6C8B7F" w14:textId="77777777" w:rsidR="00960F10" w:rsidRPr="000160E0" w:rsidRDefault="0050288A">
            <w:pPr>
              <w:spacing w:after="0" w:line="240" w:lineRule="auto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 </w:t>
            </w:r>
          </w:p>
        </w:tc>
      </w:tr>
    </w:tbl>
    <w:p w14:paraId="473B5EDA" w14:textId="3834BC96" w:rsidR="00995097" w:rsidRPr="000160E0" w:rsidRDefault="0050288A" w:rsidP="00995097">
      <w:pPr>
        <w:rPr>
          <w:kern w:val="2"/>
          <w:lang w:eastAsia="en-GB"/>
          <w14:ligatures w14:val="standardContextual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lastRenderedPageBreak/>
        <w:t xml:space="preserve">1.9 </w:t>
      </w:r>
      <w:r w:rsidRPr="000160E0">
        <w:rPr>
          <w:rFonts w:ascii="Arial" w:hAnsi="Arial" w:cs="Arial"/>
          <w:bCs/>
          <w:sz w:val="24"/>
          <w:szCs w:val="24"/>
          <w:lang w:val="cy-GB"/>
        </w:rPr>
        <w:t>Rhowch grynodeb ysgrifenedig o strategaethau a chynlluniau gweithlu cyfredol yr awdurdod lleol yn ymwneud â phlant sy</w:t>
      </w:r>
      <w:r w:rsidR="004812A6" w:rsidRPr="000160E0">
        <w:rPr>
          <w:rFonts w:ascii="Arial" w:hAnsi="Arial" w:cs="Arial"/>
          <w:bCs/>
          <w:sz w:val="24"/>
          <w:szCs w:val="24"/>
          <w:lang w:val="cy-GB"/>
        </w:rPr>
        <w:t>’</w:t>
      </w:r>
      <w:r w:rsidRPr="000160E0">
        <w:rPr>
          <w:rFonts w:ascii="Arial" w:hAnsi="Arial" w:cs="Arial"/>
          <w:bCs/>
          <w:sz w:val="24"/>
          <w:szCs w:val="24"/>
          <w:lang w:val="cy-GB"/>
        </w:rPr>
        <w:t xml:space="preserve">n derbyn gofal ar 30 Medi 2026.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20"/>
      </w:tblGrid>
      <w:tr w:rsidR="00267428" w:rsidRPr="000160E0" w14:paraId="3856620A" w14:textId="77777777">
        <w:trPr>
          <w:tblCellSpacing w:w="15" w:type="dxa"/>
        </w:trPr>
        <w:tc>
          <w:tcPr>
            <w:tcW w:w="8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2A1E5" w14:textId="77777777" w:rsidR="00995097" w:rsidRPr="000160E0" w:rsidRDefault="0050288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 </w:t>
            </w:r>
          </w:p>
          <w:p w14:paraId="402420AF" w14:textId="77777777" w:rsidR="00E8511C" w:rsidRPr="000160E0" w:rsidRDefault="00E8511C">
            <w:pPr>
              <w:spacing w:after="0" w:line="240" w:lineRule="auto"/>
              <w:rPr>
                <w:kern w:val="2"/>
                <w:lang w:eastAsia="en-GB"/>
                <w14:ligatures w14:val="standardContextual"/>
              </w:rPr>
            </w:pPr>
          </w:p>
          <w:p w14:paraId="2C154714" w14:textId="77777777" w:rsidR="00E8511C" w:rsidRPr="000160E0" w:rsidRDefault="00E8511C">
            <w:pPr>
              <w:spacing w:after="0" w:line="240" w:lineRule="auto"/>
              <w:rPr>
                <w:kern w:val="2"/>
                <w:lang w:eastAsia="en-GB"/>
                <w14:ligatures w14:val="standardContextual"/>
              </w:rPr>
            </w:pPr>
          </w:p>
          <w:p w14:paraId="146ABA05" w14:textId="77777777" w:rsidR="00E8511C" w:rsidRPr="000160E0" w:rsidRDefault="00E8511C">
            <w:pPr>
              <w:spacing w:after="0" w:line="240" w:lineRule="auto"/>
              <w:rPr>
                <w:kern w:val="2"/>
                <w:lang w:eastAsia="en-GB"/>
                <w14:ligatures w14:val="standardContextual"/>
              </w:rPr>
            </w:pPr>
          </w:p>
          <w:p w14:paraId="079DDAC0" w14:textId="77777777" w:rsidR="00E8511C" w:rsidRPr="000160E0" w:rsidRDefault="00E8511C">
            <w:pPr>
              <w:spacing w:after="0" w:line="240" w:lineRule="auto"/>
              <w:rPr>
                <w:kern w:val="2"/>
                <w:lang w:eastAsia="en-GB"/>
                <w14:ligatures w14:val="standardContextual"/>
              </w:rPr>
            </w:pPr>
          </w:p>
          <w:p w14:paraId="4A38762D" w14:textId="77777777" w:rsidR="00E8511C" w:rsidRPr="000160E0" w:rsidRDefault="00E8511C">
            <w:pPr>
              <w:spacing w:after="0" w:line="240" w:lineRule="auto"/>
              <w:rPr>
                <w:kern w:val="2"/>
                <w:lang w:eastAsia="en-GB"/>
                <w14:ligatures w14:val="standardContextual"/>
              </w:rPr>
            </w:pPr>
          </w:p>
          <w:p w14:paraId="58FB63B2" w14:textId="77777777" w:rsidR="00E8511C" w:rsidRPr="000160E0" w:rsidRDefault="00E8511C">
            <w:pPr>
              <w:spacing w:after="0" w:line="240" w:lineRule="auto"/>
              <w:rPr>
                <w:kern w:val="2"/>
                <w:lang w:eastAsia="en-GB"/>
                <w14:ligatures w14:val="standardContextual"/>
              </w:rPr>
            </w:pPr>
          </w:p>
          <w:p w14:paraId="1EF999B9" w14:textId="77777777" w:rsidR="00995097" w:rsidRPr="000160E0" w:rsidRDefault="00995097">
            <w:pPr>
              <w:spacing w:after="0" w:line="240" w:lineRule="auto"/>
            </w:pPr>
          </w:p>
          <w:p w14:paraId="688B0547" w14:textId="77777777" w:rsidR="00995097" w:rsidRPr="000160E0" w:rsidRDefault="0050288A">
            <w:pPr>
              <w:spacing w:after="0" w:line="240" w:lineRule="auto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 </w:t>
            </w:r>
          </w:p>
        </w:tc>
      </w:tr>
    </w:tbl>
    <w:p w14:paraId="4504DB16" w14:textId="77777777" w:rsidR="00995097" w:rsidRPr="000160E0" w:rsidRDefault="00995097" w:rsidP="005D6FEC">
      <w:pPr>
        <w:rPr>
          <w:rFonts w:ascii="Arial" w:hAnsi="Arial" w:cs="Arial"/>
          <w:b/>
          <w:bCs/>
          <w:sz w:val="24"/>
          <w:szCs w:val="24"/>
        </w:rPr>
      </w:pPr>
    </w:p>
    <w:p w14:paraId="7C24B014" w14:textId="0A13691F" w:rsidR="00960F10" w:rsidRPr="004C4328" w:rsidRDefault="0050288A" w:rsidP="004C4328">
      <w:pPr>
        <w:pStyle w:val="Heading2"/>
        <w:rPr>
          <w:rFonts w:ascii="Arial" w:hAnsi="Arial" w:cs="Arial"/>
          <w:color w:val="auto"/>
        </w:rPr>
      </w:pPr>
      <w:r w:rsidRPr="004C4328">
        <w:rPr>
          <w:rFonts w:ascii="Arial" w:hAnsi="Arial" w:cs="Arial"/>
          <w:color w:val="auto"/>
          <w:lang w:val="cy-GB"/>
        </w:rPr>
        <w:t>Adran 2: cynllun digonolrwydd 2027/28 – rhagolwg o</w:t>
      </w:r>
      <w:r w:rsidR="004812A6" w:rsidRPr="004C4328">
        <w:rPr>
          <w:rFonts w:ascii="Arial" w:hAnsi="Arial" w:cs="Arial"/>
          <w:color w:val="auto"/>
          <w:lang w:val="cy-GB"/>
        </w:rPr>
        <w:t>’</w:t>
      </w:r>
      <w:r w:rsidRPr="004C4328">
        <w:rPr>
          <w:rFonts w:ascii="Arial" w:hAnsi="Arial" w:cs="Arial"/>
          <w:color w:val="auto"/>
          <w:lang w:val="cy-GB"/>
        </w:rPr>
        <w:t>r sefyllfa</w:t>
      </w:r>
    </w:p>
    <w:p w14:paraId="5BE08AB2" w14:textId="12C5941F" w:rsidR="00F83B71" w:rsidRPr="000160E0" w:rsidRDefault="0050288A" w:rsidP="005D6FEC">
      <w:pPr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>2.1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Ar gyfer y flwyddyn ariannol </w:t>
      </w:r>
      <w:r w:rsidR="00A840C7" w:rsidRPr="000160E0">
        <w:rPr>
          <w:rFonts w:ascii="Arial" w:hAnsi="Arial" w:cs="Arial"/>
          <w:sz w:val="24"/>
          <w:szCs w:val="24"/>
          <w:lang w:val="cy-GB"/>
        </w:rPr>
        <w:t xml:space="preserve">y </w:t>
      </w:r>
      <w:r w:rsidRPr="000160E0">
        <w:rPr>
          <w:rFonts w:ascii="Arial" w:hAnsi="Arial" w:cs="Arial"/>
          <w:sz w:val="24"/>
          <w:szCs w:val="24"/>
          <w:lang w:val="cy-GB"/>
        </w:rPr>
        <w:t>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cynllun digonolrwydd blynyddol yn ymwneud â hi, nodwch y canlynol:</w:t>
      </w:r>
    </w:p>
    <w:p w14:paraId="7386E4BF" w14:textId="3872C9C4" w:rsidR="00F83B71" w:rsidRPr="000160E0" w:rsidRDefault="0050288A" w:rsidP="00267826">
      <w:pPr>
        <w:pStyle w:val="ListParagraph"/>
        <w:numPr>
          <w:ilvl w:val="1"/>
          <w:numId w:val="74"/>
        </w:numPr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nifer y plant y 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awdurdod lleol yn amcangyfrif y bydd yn gofalu amdanynt</w:t>
      </w:r>
    </w:p>
    <w:p w14:paraId="17EAB041" w14:textId="77777777" w:rsidR="00E76C55" w:rsidRPr="000160E0" w:rsidRDefault="00E76C55" w:rsidP="00E76C55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67428" w:rsidRPr="000160E0" w14:paraId="27C6C36A" w14:textId="77777777" w:rsidTr="555CE5E9">
        <w:trPr>
          <w:trHeight w:val="6109"/>
        </w:trPr>
        <w:tc>
          <w:tcPr>
            <w:tcW w:w="8630" w:type="dxa"/>
          </w:tcPr>
          <w:p w14:paraId="6AF268AA" w14:textId="77777777" w:rsidR="0062778F" w:rsidRPr="000160E0" w:rsidRDefault="0062778F" w:rsidP="0062778F">
            <w:pPr>
              <w:pStyle w:val="ListParagraph"/>
              <w:ind w:left="2160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199C65ED" w14:textId="77777777" w:rsidR="00E76C55" w:rsidRPr="000160E0" w:rsidRDefault="0050288A" w:rsidP="00E76C55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Canllawiau – ymateb i gynnwys:</w:t>
            </w:r>
          </w:p>
          <w:p w14:paraId="5D29BD9B" w14:textId="77777777" w:rsidR="00E76C55" w:rsidRPr="000160E0" w:rsidRDefault="00E76C55" w:rsidP="00E76C55">
            <w:pPr>
              <w:rPr>
                <w:kern w:val="2"/>
                <w:lang w:eastAsia="en-GB"/>
                <w14:ligatures w14:val="standardContextual"/>
              </w:rPr>
            </w:pPr>
          </w:p>
          <w:p w14:paraId="395131CD" w14:textId="2EDC01E2" w:rsidR="00B552B6" w:rsidRPr="000160E0" w:rsidRDefault="0050288A" w:rsidP="00B552B6">
            <w:pPr>
              <w:pStyle w:val="ListParagraph"/>
              <w:numPr>
                <w:ilvl w:val="2"/>
                <w:numId w:val="53"/>
              </w:num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Amcangyfrif o gyfanswm nifer y plant a fydd yn derbyn gofal gan yr awdurdod lleol ar 31 Mawrth 2028.</w:t>
            </w:r>
          </w:p>
          <w:p w14:paraId="7AF05711" w14:textId="77777777" w:rsidR="00B552B6" w:rsidRPr="000160E0" w:rsidRDefault="00B552B6" w:rsidP="00B552B6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14:paraId="71491FF5" w14:textId="52FCA225" w:rsidR="00B552B6" w:rsidRPr="000160E0" w:rsidRDefault="0050288A" w:rsidP="00B552B6">
            <w:pPr>
              <w:pStyle w:val="ListParagraph"/>
              <w:numPr>
                <w:ilvl w:val="2"/>
                <w:numId w:val="53"/>
              </w:num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o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rhain, nifer y plant y mae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r awdurdod lleol yn rhagweld na fydd yn gallu gwneud trefniadau ar eu cyfer o dan adran 81(2) </w:t>
            </w:r>
          </w:p>
          <w:p w14:paraId="1D5BF2B7" w14:textId="77777777" w:rsidR="00B552B6" w:rsidRPr="000160E0" w:rsidRDefault="00B552B6" w:rsidP="00B552B6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14:paraId="6B7B21EE" w14:textId="4EA2B814" w:rsidR="00B552B6" w:rsidRPr="000160E0" w:rsidRDefault="0050288A" w:rsidP="00B552B6">
            <w:pPr>
              <w:pStyle w:val="ListParagraph"/>
              <w:numPr>
                <w:ilvl w:val="2"/>
                <w:numId w:val="53"/>
              </w:num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o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rhain, nifer y plant y mae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r awdurdod lleol yn rhagweld a fydd yn cael eu lleoli mewn: </w:t>
            </w:r>
          </w:p>
          <w:p w14:paraId="6DD1A44A" w14:textId="7F9F5893" w:rsidR="00B552B6" w:rsidRPr="000160E0" w:rsidRDefault="0050288A" w:rsidP="005F399B">
            <w:pPr>
              <w:ind w:left="2160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1. gwasanaethau cartref plant</w:t>
            </w:r>
          </w:p>
          <w:p w14:paraId="1E989C67" w14:textId="21487267" w:rsidR="00B552B6" w:rsidRPr="000160E0" w:rsidRDefault="0050288A" w:rsidP="555CE5E9">
            <w:pPr>
              <w:pStyle w:val="ListParagraph"/>
              <w:numPr>
                <w:ilvl w:val="6"/>
                <w:numId w:val="92"/>
              </w:num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maethu (gan gynnwys gyda rhieni maeth awdurdod lleol)</w:t>
            </w:r>
          </w:p>
          <w:p w14:paraId="5FB4D616" w14:textId="77777777" w:rsidR="00B552B6" w:rsidRPr="000160E0" w:rsidRDefault="0050288A" w:rsidP="005F399B">
            <w:pPr>
              <w:pStyle w:val="ListParagraph"/>
              <w:numPr>
                <w:ilvl w:val="6"/>
                <w:numId w:val="92"/>
              </w:num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llety diogel</w:t>
            </w:r>
          </w:p>
          <w:p w14:paraId="3785EC73" w14:textId="77777777" w:rsidR="00B552B6" w:rsidRPr="000160E0" w:rsidRDefault="00B552B6" w:rsidP="00B552B6">
            <w:pPr>
              <w:pStyle w:val="ListParagraph"/>
              <w:ind w:left="2160"/>
              <w:rPr>
                <w:rFonts w:ascii="Arial" w:hAnsi="Arial" w:cs="Arial"/>
                <w:sz w:val="24"/>
                <w:szCs w:val="24"/>
              </w:rPr>
            </w:pPr>
          </w:p>
          <w:p w14:paraId="1CF6166B" w14:textId="17907FB1" w:rsidR="00F83B71" w:rsidRPr="000160E0" w:rsidRDefault="0050288A" w:rsidP="00E76C55">
            <w:pPr>
              <w:pStyle w:val="ListParagraph"/>
              <w:ind w:left="216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ac</w:t>
            </w:r>
            <w:r w:rsidR="00FA5A50" w:rsidRPr="000160E0">
              <w:rPr>
                <w:rFonts w:ascii="Arial" w:hAnsi="Arial" w:cs="Arial"/>
                <w:sz w:val="24"/>
                <w:szCs w:val="24"/>
                <w:lang w:val="cy-GB"/>
              </w:rPr>
              <w:t>,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o fewn pob math o wasanaeth, y nifer </w:t>
            </w:r>
            <w:r w:rsidR="00FA5A50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y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mae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awdurdod lleol yn r</w:t>
            </w:r>
            <w:r w:rsidR="00FA5A50" w:rsidRPr="000160E0">
              <w:rPr>
                <w:rFonts w:ascii="Arial" w:hAnsi="Arial" w:cs="Arial"/>
                <w:sz w:val="24"/>
                <w:szCs w:val="24"/>
                <w:lang w:val="cy-GB"/>
              </w:rPr>
              <w:t>h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agweld </w:t>
            </w:r>
            <w:r w:rsidR="00FA5A50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a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fydd yn cael e</w:t>
            </w:r>
            <w:r w:rsidR="00FA5A50" w:rsidRPr="000160E0">
              <w:rPr>
                <w:rFonts w:ascii="Arial" w:hAnsi="Arial" w:cs="Arial"/>
                <w:sz w:val="24"/>
                <w:szCs w:val="24"/>
                <w:lang w:val="cy-GB"/>
              </w:rPr>
              <w:t>u l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leoli yn ôl </w:t>
            </w:r>
            <w:r w:rsidR="00FA5A50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y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math o ddarparwr (awdurdod lleol, nid-er-elw heb fod yn awdurdod lleol, er-elw)</w:t>
            </w:r>
          </w:p>
        </w:tc>
      </w:tr>
    </w:tbl>
    <w:p w14:paraId="224FBDFD" w14:textId="77777777" w:rsidR="00F83B71" w:rsidRPr="000160E0" w:rsidRDefault="00F83B71" w:rsidP="00070661">
      <w:pPr>
        <w:spacing w:after="0"/>
        <w:rPr>
          <w:rFonts w:ascii="Arial" w:hAnsi="Arial" w:cs="Arial"/>
          <w:sz w:val="24"/>
          <w:szCs w:val="24"/>
        </w:rPr>
      </w:pPr>
    </w:p>
    <w:p w14:paraId="49A8ECD8" w14:textId="6BD75895" w:rsidR="00E76C55" w:rsidRPr="000160E0" w:rsidRDefault="0050288A" w:rsidP="00E76C55">
      <w:pPr>
        <w:pStyle w:val="ListParagraph"/>
        <w:numPr>
          <w:ilvl w:val="1"/>
          <w:numId w:val="74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lastRenderedPageBreak/>
        <w:t>nifer y plant y 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awdurdod lleol yn amcangyfrif a fydd yn cael eu lleoli y tu allan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sir neu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wlad</w:t>
      </w:r>
    </w:p>
    <w:p w14:paraId="290B6FF2" w14:textId="7092FE0C" w:rsidR="00F57F68" w:rsidRPr="000160E0" w:rsidRDefault="00F57F68" w:rsidP="00E76C55">
      <w:pPr>
        <w:pStyle w:val="ListParagraph"/>
        <w:spacing w:after="0"/>
        <w:ind w:left="144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67428" w:rsidRPr="000160E0" w14:paraId="37302F4C" w14:textId="77777777" w:rsidTr="00F57F68">
        <w:tc>
          <w:tcPr>
            <w:tcW w:w="8630" w:type="dxa"/>
          </w:tcPr>
          <w:p w14:paraId="6148B646" w14:textId="77777777" w:rsidR="00FE7022" w:rsidRPr="000160E0" w:rsidRDefault="0050288A" w:rsidP="00FE7022">
            <w:pPr>
              <w:rPr>
                <w:kern w:val="2"/>
                <w:lang w:eastAsia="en-GB"/>
                <w14:ligatures w14:val="standardContextual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Canllawiau – ymateb i gynnwys:</w:t>
            </w:r>
          </w:p>
          <w:p w14:paraId="3D8583A8" w14:textId="77777777" w:rsidR="00FE7022" w:rsidRPr="000160E0" w:rsidRDefault="00FE7022" w:rsidP="00FE702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1890E8" w14:textId="6EB197D6" w:rsidR="00FE7022" w:rsidRPr="000160E0" w:rsidRDefault="0050288A" w:rsidP="00FE7022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Nifer y plant sydd wedi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u lleoli y tu allan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sir neu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drawsffiniol (y tu allan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wlad) ar gyfer blwyddyn ariannol 2027-28 (blwyddyn lawn – rhagolwg)</w:t>
            </w:r>
          </w:p>
          <w:p w14:paraId="68474B65" w14:textId="77777777" w:rsidR="00B71AF6" w:rsidRPr="000160E0" w:rsidRDefault="00B71AF6" w:rsidP="00FE702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2BDEFDC" w14:textId="032B63C1" w:rsidR="00B71AF6" w:rsidRPr="000160E0" w:rsidRDefault="0050288A" w:rsidP="00B71AF6">
            <w:pPr>
              <w:ind w:left="734" w:hanging="284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wedi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="006C21AB" w:rsidRPr="000160E0">
              <w:rPr>
                <w:rFonts w:ascii="Arial" w:hAnsi="Arial" w:cs="Arial"/>
                <w:sz w:val="24"/>
                <w:szCs w:val="24"/>
                <w:lang w:val="cy-GB"/>
              </w:rPr>
              <w:t>u c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ategoreiddio yn ôl </w:t>
            </w:r>
            <w:r w:rsidR="006C21AB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y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math o wasanaeth, sef:</w:t>
            </w:r>
          </w:p>
          <w:p w14:paraId="2BA7A5A9" w14:textId="77777777" w:rsidR="00B71AF6" w:rsidRPr="000160E0" w:rsidRDefault="0050288A" w:rsidP="00B71AF6"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 </w:t>
            </w:r>
          </w:p>
          <w:p w14:paraId="598B1CF5" w14:textId="4AE5CCE1" w:rsidR="00B71AF6" w:rsidRPr="000160E0" w:rsidRDefault="0050288A" w:rsidP="00B05DCD">
            <w:pPr>
              <w:pStyle w:val="ListParagraph"/>
              <w:numPr>
                <w:ilvl w:val="6"/>
                <w:numId w:val="98"/>
              </w:numPr>
              <w:tabs>
                <w:tab w:val="clear" w:pos="5040"/>
                <w:tab w:val="num" w:pos="1156"/>
              </w:tabs>
              <w:spacing w:after="200" w:line="276" w:lineRule="auto"/>
              <w:ind w:left="1298" w:hanging="284"/>
              <w:contextualSpacing w:val="0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cartref plant</w:t>
            </w:r>
          </w:p>
          <w:p w14:paraId="48E2D7AB" w14:textId="77777777" w:rsidR="00B71AF6" w:rsidRPr="000160E0" w:rsidRDefault="0050288A" w:rsidP="00B71AF6">
            <w:pPr>
              <w:pStyle w:val="ListParagraph"/>
              <w:numPr>
                <w:ilvl w:val="6"/>
                <w:numId w:val="98"/>
              </w:numPr>
              <w:spacing w:after="200" w:line="276" w:lineRule="auto"/>
              <w:ind w:left="1298" w:hanging="284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maethu (gan gynnwys gyda rhieni maeth awdurdod lleol)</w:t>
            </w:r>
          </w:p>
          <w:p w14:paraId="41788DD8" w14:textId="77777777" w:rsidR="00B71AF6" w:rsidRPr="000160E0" w:rsidRDefault="0050288A" w:rsidP="00B71AF6">
            <w:pPr>
              <w:pStyle w:val="ListParagraph"/>
              <w:numPr>
                <w:ilvl w:val="6"/>
                <w:numId w:val="98"/>
              </w:numPr>
              <w:spacing w:after="200" w:line="276" w:lineRule="auto"/>
              <w:ind w:left="1298" w:hanging="284"/>
              <w:contextualSpacing w:val="0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gwasanaethau llety diogel</w:t>
            </w:r>
          </w:p>
          <w:p w14:paraId="48E65F53" w14:textId="77777777" w:rsidR="00B71AF6" w:rsidRPr="000160E0" w:rsidRDefault="0050288A" w:rsidP="00B71AF6">
            <w:pPr>
              <w:pStyle w:val="ListParagraph"/>
              <w:ind w:left="2160"/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 </w:t>
            </w:r>
          </w:p>
          <w:p w14:paraId="48E3D469" w14:textId="1D05E026" w:rsidR="00B71AF6" w:rsidRPr="000160E0" w:rsidRDefault="0050288A" w:rsidP="00E70B02"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ac</w:t>
            </w:r>
            <w:r w:rsidR="006C21AB" w:rsidRPr="000160E0">
              <w:rPr>
                <w:rFonts w:ascii="Arial" w:hAnsi="Arial" w:cs="Arial"/>
                <w:sz w:val="24"/>
                <w:szCs w:val="24"/>
                <w:lang w:val="cy-GB"/>
              </w:rPr>
              <w:t>,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o fewn pob math o wasanaeth, yn ôl </w:t>
            </w:r>
            <w:r w:rsidR="006C21AB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y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math o ddarparwr (awdurdod lleol, nid-er-elw heb fod yn awdurdod lleol, er-elw)</w:t>
            </w:r>
          </w:p>
          <w:p w14:paraId="3D2E2AAD" w14:textId="7DB1D340" w:rsidR="00FC3F58" w:rsidRPr="000160E0" w:rsidRDefault="0050288A" w:rsidP="00FC3F58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Dylai data wahaniaethu rhwng lleoliadau y tu allan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sir a lleoliadau trawsffiniol (y tu allan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wlad) lle mae disgwyl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ddau beth ddigwydd.</w:t>
            </w:r>
          </w:p>
          <w:p w14:paraId="6174A12F" w14:textId="77777777" w:rsidR="00E8511C" w:rsidRPr="000160E0" w:rsidRDefault="00E8511C" w:rsidP="005F399B"/>
          <w:p w14:paraId="1F345F13" w14:textId="2A8DA1BF" w:rsidR="00F57F68" w:rsidRPr="000160E0" w:rsidRDefault="00F57F68" w:rsidP="000706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DC05515" w14:textId="77777777" w:rsidR="00F57F68" w:rsidRPr="000160E0" w:rsidRDefault="00F57F68" w:rsidP="00070661">
      <w:pPr>
        <w:spacing w:after="0"/>
        <w:rPr>
          <w:rFonts w:ascii="Arial" w:hAnsi="Arial" w:cs="Arial"/>
          <w:sz w:val="24"/>
          <w:szCs w:val="24"/>
        </w:rPr>
      </w:pPr>
    </w:p>
    <w:p w14:paraId="1EBF5745" w14:textId="23A74075" w:rsidR="00F57F68" w:rsidRPr="000160E0" w:rsidRDefault="0050288A" w:rsidP="00267826">
      <w:pPr>
        <w:pStyle w:val="ListParagraph"/>
        <w:numPr>
          <w:ilvl w:val="1"/>
          <w:numId w:val="74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nifer y plant y 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awdurdod lleol yn amcangyfrif a fydd yn cael eu lleoli mewn gwasanaethau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gweithredu heb gofrestru</w:t>
      </w:r>
    </w:p>
    <w:p w14:paraId="72A3BF5D" w14:textId="77777777" w:rsidR="00E76C55" w:rsidRPr="000160E0" w:rsidRDefault="00E76C55" w:rsidP="00E76C55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67428" w:rsidRPr="000160E0" w14:paraId="173AD618" w14:textId="77777777" w:rsidTr="00F57F68">
        <w:tc>
          <w:tcPr>
            <w:tcW w:w="8630" w:type="dxa"/>
          </w:tcPr>
          <w:p w14:paraId="412FC661" w14:textId="77777777" w:rsidR="00FE7022" w:rsidRPr="000160E0" w:rsidRDefault="0050288A" w:rsidP="00FE7022">
            <w:pPr>
              <w:rPr>
                <w:kern w:val="2"/>
                <w:lang w:eastAsia="en-GB"/>
                <w14:ligatures w14:val="standardContextual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Canllawiau – ymateb i gynnwys:</w:t>
            </w:r>
          </w:p>
          <w:p w14:paraId="60DA3B7F" w14:textId="77777777" w:rsidR="00FE7022" w:rsidRPr="000160E0" w:rsidRDefault="00FE7022" w:rsidP="00FE7022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29632F" w14:textId="5BEC5DCD" w:rsidR="00FE7022" w:rsidRPr="000160E0" w:rsidRDefault="0050288A" w:rsidP="00FE7022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Nifer y plant </w:t>
            </w:r>
            <w:r w:rsidR="006C21AB" w:rsidRPr="000160E0">
              <w:rPr>
                <w:rFonts w:ascii="Arial" w:hAnsi="Arial" w:cs="Arial"/>
                <w:sz w:val="24"/>
                <w:szCs w:val="24"/>
                <w:lang w:val="cy-GB"/>
              </w:rPr>
              <w:t>sydd wedi’u lleoli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mewn gwasanaethau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gweithredu heb gofrestru ar gyfer blwyddyn ariannol 2027-28 (blwyddyn lawn</w:t>
            </w:r>
            <w:r w:rsidR="006C21AB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- rhagolwg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)</w:t>
            </w:r>
          </w:p>
          <w:p w14:paraId="26FE39A9" w14:textId="77777777" w:rsidR="00E8511C" w:rsidRPr="000160E0" w:rsidRDefault="00E8511C" w:rsidP="00070661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73E810C8" w14:textId="77777777" w:rsidR="00E8511C" w:rsidRPr="000160E0" w:rsidRDefault="00E8511C" w:rsidP="00070661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1D936023" w14:textId="77777777" w:rsidR="00E8511C" w:rsidRPr="000160E0" w:rsidRDefault="00E8511C" w:rsidP="00070661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7C1F98E3" w14:textId="77777777" w:rsidR="00E76C55" w:rsidRPr="000160E0" w:rsidRDefault="00E76C55" w:rsidP="000706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CFFF71" w14:textId="77777777" w:rsidR="00844B0D" w:rsidRPr="000160E0" w:rsidRDefault="00844B0D" w:rsidP="000706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DC098B" w14:textId="77777777" w:rsidR="00844B0D" w:rsidRPr="000160E0" w:rsidRDefault="00844B0D" w:rsidP="000706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D88A35" w14:textId="4DF4A943" w:rsidR="00844B0D" w:rsidRPr="000160E0" w:rsidRDefault="00844B0D" w:rsidP="000706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7C87C6B" w14:textId="77777777" w:rsidR="00E76C55" w:rsidRPr="000160E0" w:rsidRDefault="00E76C55" w:rsidP="00E76C55">
      <w:pPr>
        <w:spacing w:after="0"/>
        <w:rPr>
          <w:rFonts w:ascii="Arial" w:hAnsi="Arial" w:cs="Arial"/>
          <w:sz w:val="24"/>
          <w:szCs w:val="24"/>
        </w:rPr>
      </w:pPr>
    </w:p>
    <w:p w14:paraId="2159E9D8" w14:textId="23075715" w:rsidR="00E76C55" w:rsidRPr="000160E0" w:rsidRDefault="0050288A" w:rsidP="00E76C55">
      <w:pPr>
        <w:pStyle w:val="ListParagraph"/>
        <w:numPr>
          <w:ilvl w:val="1"/>
          <w:numId w:val="74"/>
        </w:num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sz w:val="24"/>
          <w:szCs w:val="24"/>
          <w:lang w:val="cy-GB"/>
        </w:rPr>
        <w:t>nifer y plant y 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r awdurdod lleol yn amcangyfrif a fydd yn destun Gorchymyn Amddifadu o Ryddid </w:t>
      </w:r>
    </w:p>
    <w:p w14:paraId="0F470EDE" w14:textId="77777777" w:rsidR="00E76C55" w:rsidRPr="000160E0" w:rsidRDefault="00E76C55" w:rsidP="00E76C55">
      <w:pPr>
        <w:pStyle w:val="ListParagraph"/>
        <w:spacing w:after="0"/>
        <w:ind w:left="144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67428" w:rsidRPr="000160E0" w14:paraId="129674E2" w14:textId="77777777">
        <w:tc>
          <w:tcPr>
            <w:tcW w:w="8630" w:type="dxa"/>
          </w:tcPr>
          <w:p w14:paraId="4714249F" w14:textId="77777777" w:rsidR="00E76C55" w:rsidRPr="000160E0" w:rsidRDefault="0050288A" w:rsidP="00E76C55">
            <w:pPr>
              <w:rPr>
                <w:kern w:val="2"/>
                <w:lang w:eastAsia="en-GB"/>
                <w14:ligatures w14:val="standardContextual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Canllawiau – ymateb i gynnwys:</w:t>
            </w:r>
          </w:p>
          <w:p w14:paraId="4E361E0F" w14:textId="77777777" w:rsidR="00E76C55" w:rsidRPr="000160E0" w:rsidRDefault="00E76C5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D8FF6D" w14:textId="2057525A" w:rsidR="00E76C55" w:rsidRPr="000160E0" w:rsidRDefault="0050288A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lastRenderedPageBreak/>
              <w:t>nifer y plant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destun Gorchymyn Amddifadu o Ryddid ar gyfer blwyddyn ariannol 2027-28, (blwyddyn lawn – rhagolwg)</w:t>
            </w:r>
          </w:p>
          <w:p w14:paraId="3D462DFD" w14:textId="77777777" w:rsidR="00E8511C" w:rsidRPr="000160E0" w:rsidRDefault="00E8511C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39442017" w14:textId="77777777" w:rsidR="00844B0D" w:rsidRPr="000160E0" w:rsidRDefault="00844B0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0720ADF" w14:textId="77777777" w:rsidR="00E8511C" w:rsidRPr="000160E0" w:rsidRDefault="00E8511C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2D33D82" w14:textId="77777777" w:rsidR="00E8511C" w:rsidRPr="000160E0" w:rsidRDefault="00E8511C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7C007F51" w14:textId="77777777" w:rsidR="00844B0D" w:rsidRPr="000160E0" w:rsidRDefault="00844B0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62C45F40" w14:textId="77777777" w:rsidR="00E8511C" w:rsidRPr="000160E0" w:rsidRDefault="00E8511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6CB633" w14:textId="48AA7422" w:rsidR="00844B0D" w:rsidRPr="000160E0" w:rsidRDefault="00844B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4A2C8B7" w14:textId="77777777" w:rsidR="00E76C55" w:rsidRPr="000160E0" w:rsidRDefault="00E76C55" w:rsidP="00E76C55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761EECD" w14:textId="4D21B25F" w:rsidR="009369D5" w:rsidRPr="000160E0" w:rsidRDefault="0050288A" w:rsidP="009369D5">
      <w:pPr>
        <w:spacing w:after="0"/>
        <w:rPr>
          <w:rFonts w:ascii="Arial" w:hAnsi="Arial" w:cs="Arial"/>
          <w:sz w:val="24"/>
          <w:szCs w:val="24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>2.2</w:t>
      </w:r>
      <w:r w:rsidR="004812A6" w:rsidRPr="000160E0">
        <w:rPr>
          <w:rFonts w:ascii="Arial" w:hAnsi="Arial" w:cs="Arial"/>
          <w:sz w:val="24"/>
          <w:szCs w:val="24"/>
          <w:lang w:val="cy-GB"/>
        </w:rPr>
        <w:t xml:space="preserve"> </w:t>
      </w:r>
      <w:r w:rsidRPr="000160E0">
        <w:rPr>
          <w:rFonts w:ascii="Arial" w:hAnsi="Arial" w:cs="Arial"/>
          <w:sz w:val="24"/>
          <w:szCs w:val="24"/>
          <w:lang w:val="cy-GB"/>
        </w:rPr>
        <w:t>Nodwch unrhyw gyd-destun ac amgylchiadau lleol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n effeithio ar eich rhagolwg </w:t>
      </w:r>
    </w:p>
    <w:p w14:paraId="2E173DEC" w14:textId="77777777" w:rsidR="00E76C55" w:rsidRPr="000160E0" w:rsidRDefault="00E76C55" w:rsidP="00E76C55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67428" w:rsidRPr="000160E0" w14:paraId="1A2CDDE7" w14:textId="77777777" w:rsidTr="00070661">
        <w:trPr>
          <w:trHeight w:val="2960"/>
        </w:trPr>
        <w:tc>
          <w:tcPr>
            <w:tcW w:w="8630" w:type="dxa"/>
          </w:tcPr>
          <w:p w14:paraId="414AAC10" w14:textId="4EF81514" w:rsidR="00070661" w:rsidRPr="000160E0" w:rsidRDefault="0050288A" w:rsidP="005D6FEC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Canllawiau – rhowch enghreifftiau – gan </w:t>
            </w:r>
            <w:r w:rsidR="000160E0">
              <w:rPr>
                <w:rFonts w:ascii="Arial" w:hAnsi="Arial" w:cs="Arial"/>
                <w:sz w:val="24"/>
                <w:szCs w:val="24"/>
                <w:lang w:val="cy-GB"/>
              </w:rPr>
              <w:t>g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ynnwys adnoddau, materion ansawdd, canlyniadau, lles unigol</w:t>
            </w:r>
            <w:r w:rsidR="00D25258" w:rsidRPr="000160E0">
              <w:rPr>
                <w:rFonts w:ascii="Arial" w:hAnsi="Arial" w:cs="Arial"/>
                <w:sz w:val="24"/>
                <w:szCs w:val="24"/>
                <w:lang w:val="cy-GB"/>
              </w:rPr>
              <w:t>ion</w:t>
            </w:r>
          </w:p>
          <w:p w14:paraId="76501380" w14:textId="77777777" w:rsidR="00844B0D" w:rsidRPr="000160E0" w:rsidRDefault="00844B0D" w:rsidP="005D6FEC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2D395F6" w14:textId="1879C304" w:rsidR="00844B0D" w:rsidRPr="000160E0" w:rsidRDefault="00844B0D" w:rsidP="005D6FEC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3ABCB4ED" w14:textId="77777777" w:rsidR="007F623D" w:rsidRPr="000160E0" w:rsidRDefault="007F623D" w:rsidP="005A5104">
      <w:pPr>
        <w:spacing w:after="0"/>
        <w:rPr>
          <w:rFonts w:ascii="Arial" w:hAnsi="Arial" w:cs="Arial"/>
          <w:sz w:val="24"/>
          <w:szCs w:val="24"/>
        </w:rPr>
      </w:pPr>
    </w:p>
    <w:p w14:paraId="19AFFE54" w14:textId="719EDF62" w:rsidR="005D6FEC" w:rsidRPr="004C4328" w:rsidRDefault="0050288A" w:rsidP="004C4328">
      <w:pPr>
        <w:pStyle w:val="Heading2"/>
        <w:rPr>
          <w:rFonts w:ascii="Arial" w:hAnsi="Arial" w:cs="Arial"/>
          <w:color w:val="auto"/>
          <w:lang w:val="de-CH"/>
        </w:rPr>
      </w:pPr>
      <w:r w:rsidRPr="004C4328">
        <w:rPr>
          <w:rFonts w:ascii="Arial" w:hAnsi="Arial" w:cs="Arial"/>
          <w:color w:val="auto"/>
          <w:lang w:val="cy-GB"/>
        </w:rPr>
        <w:t>Adran 3: cynllun digonolrwydd 2027/28 – dull strategol o sicrhau digonolrwydd</w:t>
      </w:r>
    </w:p>
    <w:p w14:paraId="28987722" w14:textId="77777777" w:rsidR="00070661" w:rsidRPr="0032387A" w:rsidRDefault="00070661" w:rsidP="0039671F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4F646021" w14:textId="28D24EBC" w:rsidR="00A40A50" w:rsidRPr="0032387A" w:rsidRDefault="0050288A" w:rsidP="00A40A50">
      <w:pPr>
        <w:spacing w:after="0"/>
        <w:rPr>
          <w:rFonts w:ascii="Arial" w:hAnsi="Arial" w:cs="Arial"/>
          <w:sz w:val="24"/>
          <w:szCs w:val="24"/>
          <w:lang w:val="de-CH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3.1 </w:t>
      </w:r>
      <w:r w:rsidRPr="000160E0">
        <w:rPr>
          <w:rFonts w:ascii="Arial" w:hAnsi="Arial" w:cs="Arial"/>
          <w:sz w:val="24"/>
          <w:szCs w:val="24"/>
          <w:lang w:val="cy-GB"/>
        </w:rPr>
        <w:t>Ar gyfer y flwyddyn ariannol y 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cynllun digonolrwydd yn ymwneud â hi, esboniwch sut 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awdurdod yn bwriadu bodloni ei ddyletswydd o dan adran 75(1) yn ystod y flwyddyn ariannol, gan roi sylw i</w:t>
      </w:r>
      <w:r w:rsidR="00B43F09" w:rsidRPr="000160E0">
        <w:rPr>
          <w:rFonts w:ascii="Arial" w:hAnsi="Arial" w:cs="Arial"/>
          <w:sz w:val="24"/>
          <w:szCs w:val="24"/>
          <w:lang w:val="cy-GB"/>
        </w:rPr>
        <w:t>’r canlynol</w:t>
      </w:r>
      <w:r w:rsidRPr="000160E0">
        <w:rPr>
          <w:rFonts w:ascii="Arial" w:hAnsi="Arial" w:cs="Arial"/>
          <w:sz w:val="24"/>
          <w:szCs w:val="24"/>
          <w:lang w:val="cy-GB"/>
        </w:rPr>
        <w:t>:</w:t>
      </w:r>
    </w:p>
    <w:p w14:paraId="42F07D44" w14:textId="77777777" w:rsidR="00070661" w:rsidRPr="0032387A" w:rsidRDefault="00070661" w:rsidP="00A40A50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536F7393" w14:textId="06CE1C3E" w:rsidR="003966AF" w:rsidRPr="0032387A" w:rsidRDefault="0050288A" w:rsidP="003966AF">
      <w:pPr>
        <w:pStyle w:val="FootnoteText"/>
        <w:numPr>
          <w:ilvl w:val="0"/>
          <w:numId w:val="18"/>
        </w:numPr>
        <w:rPr>
          <w:rFonts w:ascii="Arial" w:hAnsi="Arial" w:cs="Arial"/>
          <w:sz w:val="24"/>
          <w:szCs w:val="24"/>
          <w:lang w:val="de-CH"/>
        </w:rPr>
      </w:pPr>
      <w:r w:rsidRPr="000160E0">
        <w:rPr>
          <w:rFonts w:ascii="Arial" w:hAnsi="Arial" w:cs="Arial"/>
          <w:sz w:val="24"/>
          <w:szCs w:val="24"/>
          <w:lang w:val="cy-GB"/>
        </w:rPr>
        <w:t>cymryd pob cam rhesymol i sicrhau llety ar gyfer plant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derbyn gofal, gan gynnwys llety yn ardal yr awdurdod neu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agos at ardal yr awdurdod, gan gydnabod y gall lleoliad y tu allan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sir fod yn nes at gymuned gartref y plentyn o dan rai amgylchiadau</w:t>
      </w:r>
    </w:p>
    <w:p w14:paraId="75B1B700" w14:textId="05C51DE7" w:rsidR="003966AF" w:rsidRPr="0032387A" w:rsidRDefault="00B43F09" w:rsidP="003966AF">
      <w:pPr>
        <w:pStyle w:val="FootnoteText"/>
        <w:numPr>
          <w:ilvl w:val="0"/>
          <w:numId w:val="18"/>
        </w:numPr>
        <w:rPr>
          <w:rFonts w:ascii="Arial" w:hAnsi="Arial" w:cs="Arial"/>
          <w:sz w:val="24"/>
          <w:szCs w:val="24"/>
          <w:lang w:val="de-CH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sicrhau bod y </w:t>
      </w:r>
      <w:r w:rsidR="0050288A" w:rsidRPr="000160E0">
        <w:rPr>
          <w:rFonts w:ascii="Arial" w:hAnsi="Arial" w:cs="Arial"/>
          <w:sz w:val="24"/>
          <w:szCs w:val="24"/>
          <w:lang w:val="cy-GB"/>
        </w:rPr>
        <w:t>llety gyda darparwyr sydd naill ai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="0050288A" w:rsidRPr="000160E0">
        <w:rPr>
          <w:rFonts w:ascii="Arial" w:hAnsi="Arial" w:cs="Arial"/>
          <w:sz w:val="24"/>
          <w:szCs w:val="24"/>
          <w:lang w:val="cy-GB"/>
        </w:rPr>
        <w:t>n awdurdod lleol neu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="0050288A" w:rsidRPr="000160E0">
        <w:rPr>
          <w:rFonts w:ascii="Arial" w:hAnsi="Arial" w:cs="Arial"/>
          <w:sz w:val="24"/>
          <w:szCs w:val="24"/>
          <w:lang w:val="cy-GB"/>
        </w:rPr>
        <w:t>n bodloni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="0050288A" w:rsidRPr="000160E0">
        <w:rPr>
          <w:rFonts w:ascii="Arial" w:hAnsi="Arial" w:cs="Arial"/>
          <w:sz w:val="24"/>
          <w:szCs w:val="24"/>
          <w:lang w:val="cy-GB"/>
        </w:rPr>
        <w:t>r gofynion nid-er-elw (oni bai y byddai gwneud hynny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="0050288A" w:rsidRPr="000160E0">
        <w:rPr>
          <w:rFonts w:ascii="Arial" w:hAnsi="Arial" w:cs="Arial"/>
          <w:sz w:val="24"/>
          <w:szCs w:val="24"/>
          <w:lang w:val="cy-GB"/>
        </w:rPr>
        <w:t xml:space="preserve">n 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effeithio ar </w:t>
      </w:r>
      <w:r w:rsidR="0050288A" w:rsidRPr="000160E0">
        <w:rPr>
          <w:rFonts w:ascii="Arial" w:hAnsi="Arial" w:cs="Arial"/>
          <w:sz w:val="24"/>
          <w:szCs w:val="24"/>
          <w:lang w:val="cy-GB"/>
        </w:rPr>
        <w:t>les y plentyn)</w:t>
      </w:r>
    </w:p>
    <w:p w14:paraId="3DC66AB8" w14:textId="0DA612DD" w:rsidR="003966AF" w:rsidRPr="0032387A" w:rsidRDefault="00B43F09" w:rsidP="003966AF">
      <w:pPr>
        <w:pStyle w:val="FootnoteText"/>
        <w:numPr>
          <w:ilvl w:val="0"/>
          <w:numId w:val="18"/>
        </w:numPr>
        <w:rPr>
          <w:rFonts w:ascii="Arial" w:hAnsi="Arial" w:cs="Arial"/>
          <w:sz w:val="24"/>
          <w:szCs w:val="24"/>
          <w:lang w:val="de-CH"/>
        </w:rPr>
      </w:pPr>
      <w:r w:rsidRPr="000160E0">
        <w:rPr>
          <w:rFonts w:ascii="Arial" w:hAnsi="Arial" w:cs="Arial"/>
          <w:sz w:val="24"/>
          <w:szCs w:val="24"/>
          <w:lang w:val="cy-GB"/>
        </w:rPr>
        <w:t>y budd o gael gwahanol fathau o lety o fewn eu hardal, neu’n agos ati, sy’n diwallu anghenion gwahanol y plant sy’n derbyn gofal ganddynt</w:t>
      </w:r>
    </w:p>
    <w:p w14:paraId="2D7EC9F5" w14:textId="77777777" w:rsidR="00A40A50" w:rsidRPr="0032387A" w:rsidRDefault="00A40A50" w:rsidP="003966AF">
      <w:pPr>
        <w:spacing w:after="0"/>
        <w:ind w:left="720"/>
        <w:rPr>
          <w:rFonts w:ascii="Arial" w:hAnsi="Arial" w:cs="Arial"/>
          <w:b/>
          <w:bCs/>
          <w:sz w:val="24"/>
          <w:szCs w:val="24"/>
          <w:lang w:val="de-CH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67428" w:rsidRPr="0032387A" w14:paraId="605AD9D1" w14:textId="77777777" w:rsidTr="003966AF">
        <w:trPr>
          <w:trHeight w:val="70"/>
        </w:trPr>
        <w:tc>
          <w:tcPr>
            <w:tcW w:w="8856" w:type="dxa"/>
          </w:tcPr>
          <w:p w14:paraId="3F8E9613" w14:textId="77777777" w:rsidR="00A40A50" w:rsidRPr="0032387A" w:rsidRDefault="00A40A50" w:rsidP="005D6FEC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2963138F" w14:textId="3B0F77E8" w:rsidR="0061495A" w:rsidRPr="0032387A" w:rsidRDefault="0050288A" w:rsidP="0061495A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Wrth ymateb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r cwestiwn hwn, efallai yr hoffech ystyried y canlynol: </w:t>
            </w:r>
          </w:p>
          <w:p w14:paraId="3320E0F4" w14:textId="77777777" w:rsidR="0061495A" w:rsidRPr="0032387A" w:rsidRDefault="0061495A" w:rsidP="0061495A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</w:p>
          <w:p w14:paraId="58F22F9C" w14:textId="77777777" w:rsidR="0061495A" w:rsidRPr="0032387A" w:rsidRDefault="0050288A" w:rsidP="0061495A">
            <w:pPr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Tymor hir: Sut mae eich dull yn cefnogi newid cynaliadwy tuag at ddarpariaeth nid-er-elw dros amser.</w:t>
            </w:r>
          </w:p>
          <w:p w14:paraId="5E196BA1" w14:textId="1FDCCB6B" w:rsidR="0061495A" w:rsidRPr="0032387A" w:rsidRDefault="0050288A" w:rsidP="0061495A">
            <w:pPr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Atal: Disgrifiwch sut mae dull yr awdurdod yn ceisio lleihau dibyniaeth ar leoliadau brys, lleoliadau y tu allan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ardal neu leoliadau amhriodol.</w:t>
            </w:r>
          </w:p>
          <w:p w14:paraId="1042F847" w14:textId="69357CBF" w:rsidR="0061495A" w:rsidRPr="0032387A" w:rsidRDefault="0050288A" w:rsidP="0061495A">
            <w:pPr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Integreiddio: Cyfeiriwch at sut mae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r dull hwn yn </w:t>
            </w:r>
            <w:r w:rsidR="00B43F09" w:rsidRPr="000160E0">
              <w:rPr>
                <w:rFonts w:ascii="Arial" w:hAnsi="Arial" w:cs="Arial"/>
                <w:sz w:val="24"/>
                <w:szCs w:val="24"/>
                <w:lang w:val="cy-GB"/>
              </w:rPr>
              <w:t>cydweddu â gweithgaredd comisiynu, cynlluniau gweithlu a threfniadau goruchwylio’r farchnad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.</w:t>
            </w:r>
          </w:p>
          <w:p w14:paraId="56E15E63" w14:textId="77777777" w:rsidR="00A40A50" w:rsidRPr="0032387A" w:rsidRDefault="00A40A50" w:rsidP="005D6FEC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4F362759" w14:textId="77777777" w:rsidR="00A40A50" w:rsidRPr="0032387A" w:rsidRDefault="00A40A50" w:rsidP="005D6FEC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503C72FA" w14:textId="645CD719" w:rsidR="007153DD" w:rsidRPr="0032387A" w:rsidRDefault="0050288A" w:rsidP="004148BA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Bydd hefyd angen nodi sut mae</w:t>
            </w:r>
            <w:r w:rsidR="004812A6"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r camau i</w:t>
            </w:r>
            <w:r w:rsidR="004812A6"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w cymryd yn bwriadu sicrhau bod gan yr awdurdod lety digonol sy</w:t>
            </w:r>
            <w:r w:rsidR="004812A6"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n bodloni gofynion adran 75(1).</w:t>
            </w:r>
          </w:p>
          <w:p w14:paraId="37BE1FF5" w14:textId="77777777" w:rsidR="00A40A50" w:rsidRPr="0032387A" w:rsidRDefault="00A40A50" w:rsidP="005D6FEC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19111EA5" w14:textId="77777777" w:rsidR="00A40A50" w:rsidRPr="0032387A" w:rsidRDefault="00A40A50" w:rsidP="005D6FEC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3ABBF30F" w14:textId="77777777" w:rsidR="00A40A50" w:rsidRPr="0032387A" w:rsidRDefault="00A40A50" w:rsidP="005D6FEC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5A038B66" w14:textId="77777777" w:rsidR="00A40A50" w:rsidRPr="0032387A" w:rsidRDefault="00A40A50" w:rsidP="005D6FEC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22E00896" w14:textId="77777777" w:rsidR="00A40A50" w:rsidRPr="0032387A" w:rsidRDefault="00A40A50" w:rsidP="005D6FEC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46DE0D3E" w14:textId="77777777" w:rsidR="00A40A50" w:rsidRPr="0032387A" w:rsidRDefault="00A40A50" w:rsidP="005D6FEC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590846A4" w14:textId="77777777" w:rsidR="00A40A50" w:rsidRPr="0032387A" w:rsidRDefault="00A40A50" w:rsidP="005D6FEC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426F70C9" w14:textId="77777777" w:rsidR="00A40A50" w:rsidRPr="0032387A" w:rsidRDefault="00A40A50" w:rsidP="005D6FEC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5D1C5E90" w14:textId="77777777" w:rsidR="00A40A50" w:rsidRPr="0032387A" w:rsidRDefault="00A40A50" w:rsidP="005D6FEC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443DAF31" w14:textId="77777777" w:rsidR="00A40A50" w:rsidRPr="0032387A" w:rsidRDefault="00A40A50" w:rsidP="005D6FEC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2FEB7462" w14:textId="77777777" w:rsidR="00A40A50" w:rsidRPr="0032387A" w:rsidRDefault="00A40A50" w:rsidP="005D6FEC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079E0044" w14:textId="77777777" w:rsidR="00A40A50" w:rsidRPr="0032387A" w:rsidRDefault="00A40A50" w:rsidP="005D6FEC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794A8A61" w14:textId="77777777" w:rsidR="00A40A50" w:rsidRPr="0032387A" w:rsidRDefault="00A40A50" w:rsidP="005D6FEC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18967D8A" w14:textId="77777777" w:rsidR="00A40A50" w:rsidRPr="0032387A" w:rsidRDefault="00A40A50" w:rsidP="005D6FEC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</w:tc>
      </w:tr>
    </w:tbl>
    <w:p w14:paraId="1EE4A907" w14:textId="77777777" w:rsidR="008F05C4" w:rsidRPr="0032387A" w:rsidRDefault="008F05C4" w:rsidP="00931FE3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2D46137E" w14:textId="2B2D0AF4" w:rsidR="003F3EED" w:rsidRPr="0032387A" w:rsidRDefault="0050288A">
      <w:pPr>
        <w:rPr>
          <w:rFonts w:ascii="Arial" w:hAnsi="Arial" w:cs="Arial"/>
          <w:sz w:val="24"/>
          <w:szCs w:val="24"/>
          <w:lang w:val="de-CH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3.2 </w:t>
      </w:r>
      <w:r w:rsidRPr="000160E0">
        <w:rPr>
          <w:rFonts w:ascii="Arial" w:hAnsi="Arial" w:cs="Arial"/>
          <w:sz w:val="24"/>
          <w:szCs w:val="24"/>
          <w:lang w:val="cy-GB"/>
        </w:rPr>
        <w:t>Esboniwch sut y byddwch yn gweithio gyda phartneriaid yn ardal eich awdurdod lleol i fodloni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r ddyletswydd ddigonolrwydd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67428" w:rsidRPr="0032387A" w14:paraId="414A5362" w14:textId="77777777" w:rsidTr="00370AFB">
        <w:trPr>
          <w:trHeight w:val="4217"/>
        </w:trPr>
        <w:tc>
          <w:tcPr>
            <w:tcW w:w="8856" w:type="dxa"/>
          </w:tcPr>
          <w:p w14:paraId="72C8FF44" w14:textId="77777777" w:rsidR="003F3EED" w:rsidRPr="0032387A" w:rsidRDefault="003F3EED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23F5C034" w14:textId="6DF26356" w:rsidR="003F3EED" w:rsidRPr="0032387A" w:rsidRDefault="0050288A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Wrth ymateb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r cwestiwn hwn, efallai yr hoffech ystyried y canlynol: </w:t>
            </w:r>
          </w:p>
          <w:p w14:paraId="25DB3EF8" w14:textId="77777777" w:rsidR="003F3EED" w:rsidRPr="0032387A" w:rsidRDefault="003F3EED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</w:p>
          <w:p w14:paraId="670B6CC9" w14:textId="77777777" w:rsidR="003F3EED" w:rsidRPr="0032387A" w:rsidRDefault="0050288A">
            <w:pPr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Tymor hir: Sut mae eich dull yn cefnogi newid cynaliadwy tuag at ddarpariaeth nid-er-elw dros amser.</w:t>
            </w:r>
          </w:p>
          <w:p w14:paraId="3C5939CE" w14:textId="6D67A720" w:rsidR="003F3EED" w:rsidRPr="0032387A" w:rsidRDefault="0050288A">
            <w:pPr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Atal: Disgrifiwch sut mae dull yr awdurdod yn ceisio lleihau dibyniaeth ar leoliadau brys, lleoliadau y tu allan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ardal neu leoliadau amhriodol.</w:t>
            </w:r>
          </w:p>
          <w:p w14:paraId="460B650F" w14:textId="7C0C221E" w:rsidR="003F3EED" w:rsidRPr="0032387A" w:rsidRDefault="0050288A">
            <w:pPr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Integreiddio: Cyfeiriwch at sut mae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dull hwn yn cydweddu â gweithgar</w:t>
            </w:r>
            <w:r w:rsidR="00EB7486" w:rsidRPr="000160E0">
              <w:rPr>
                <w:rFonts w:ascii="Arial" w:hAnsi="Arial" w:cs="Arial"/>
                <w:sz w:val="24"/>
                <w:szCs w:val="24"/>
                <w:lang w:val="cy-GB"/>
              </w:rPr>
              <w:t>edd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comisiynu, </w:t>
            </w:r>
            <w:r w:rsidR="00EB7486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cynlluniau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gweithlu a </w:t>
            </w:r>
            <w:r w:rsidR="00EB7486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threfniadau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goruchwylio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farchnad.</w:t>
            </w:r>
          </w:p>
          <w:p w14:paraId="7037D147" w14:textId="77777777" w:rsidR="003F3EED" w:rsidRPr="0032387A" w:rsidRDefault="003F3EED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286480AA" w14:textId="60CB65F2" w:rsidR="003F3EED" w:rsidRPr="0032387A" w:rsidRDefault="0050288A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Bydd hefyd angen nodi sut mae</w:t>
            </w:r>
            <w:r w:rsidR="004812A6"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r camau i</w:t>
            </w:r>
            <w:r w:rsidR="004812A6"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w cymryd yn bwriadu sicrhau bod gan yr awdurdod lety digonol sy</w:t>
            </w:r>
            <w:r w:rsidR="004812A6"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n bodloni gofynion adran 75(1).</w:t>
            </w:r>
          </w:p>
          <w:p w14:paraId="32A8B494" w14:textId="77777777" w:rsidR="003F3EED" w:rsidRPr="0032387A" w:rsidRDefault="003F3EED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0D245BCC" w14:textId="77777777" w:rsidR="003F3EED" w:rsidRPr="0032387A" w:rsidRDefault="003F3EED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0CAFA916" w14:textId="77777777" w:rsidR="003F3EED" w:rsidRPr="0032387A" w:rsidRDefault="003F3EED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1C172308" w14:textId="77777777" w:rsidR="003F3EED" w:rsidRPr="0032387A" w:rsidRDefault="003F3EED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3EA7AAA5" w14:textId="77777777" w:rsidR="003F3EED" w:rsidRPr="0032387A" w:rsidRDefault="003F3EED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</w:tc>
      </w:tr>
    </w:tbl>
    <w:p w14:paraId="2269D25A" w14:textId="4544E67B" w:rsidR="00370AFB" w:rsidRPr="0032387A" w:rsidRDefault="00370AFB" w:rsidP="003F3EED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1773C8D7" w14:textId="4AAC729F" w:rsidR="003F3EED" w:rsidRPr="0032387A" w:rsidRDefault="0050288A" w:rsidP="003F3EED">
      <w:pPr>
        <w:rPr>
          <w:rFonts w:ascii="Arial" w:hAnsi="Arial" w:cs="Arial"/>
          <w:sz w:val="24"/>
          <w:szCs w:val="24"/>
          <w:lang w:val="de-CH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3.3 </w:t>
      </w:r>
      <w:r w:rsidRPr="000160E0">
        <w:rPr>
          <w:rFonts w:ascii="Arial" w:hAnsi="Arial" w:cs="Arial"/>
          <w:sz w:val="24"/>
          <w:szCs w:val="24"/>
          <w:lang w:val="cy-GB"/>
        </w:rPr>
        <w:t>Esboniwch sut y byddwch yn gweithio gyda phartneriaid ar draws ardal eich awdurdod lleol (h.y. ôl troed y Bwrdd Partneriaeth Rhanbarthol) i fodloni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ddyletswydd ddigonolrwydd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67428" w:rsidRPr="0032387A" w14:paraId="2FEB61A9" w14:textId="77777777">
        <w:trPr>
          <w:trHeight w:val="70"/>
        </w:trPr>
        <w:tc>
          <w:tcPr>
            <w:tcW w:w="8856" w:type="dxa"/>
          </w:tcPr>
          <w:p w14:paraId="0339214B" w14:textId="77777777" w:rsidR="00370AFB" w:rsidRPr="0032387A" w:rsidRDefault="00370AFB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41BEF644" w14:textId="68D6BF10" w:rsidR="00370AFB" w:rsidRPr="0032387A" w:rsidRDefault="0050288A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Wrth ymateb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r cwestiwn hwn, efallai yr hoffech ystyried y canlynol: </w:t>
            </w:r>
          </w:p>
          <w:p w14:paraId="55FA5523" w14:textId="77777777" w:rsidR="00370AFB" w:rsidRPr="0032387A" w:rsidRDefault="00370AFB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</w:p>
          <w:p w14:paraId="7FA106AA" w14:textId="77777777" w:rsidR="00370AFB" w:rsidRPr="0032387A" w:rsidRDefault="0050288A" w:rsidP="00370AFB">
            <w:pPr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Tymor hir: Sut mae eich dull yn cefnogi newid cynaliadwy tuag at ddarpariaeth nid-er-elw dros amser.</w:t>
            </w:r>
          </w:p>
          <w:p w14:paraId="5F8997A0" w14:textId="13ADC40B" w:rsidR="00370AFB" w:rsidRPr="0032387A" w:rsidRDefault="0050288A" w:rsidP="00370AFB">
            <w:pPr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Atal: Disgrifiwch sut mae dull yr awdurdod yn ceisio lleihau dibyniaeth ar leoliadau brys, lleoliadau y tu allan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ardal neu leoliadau amhriodol.</w:t>
            </w:r>
          </w:p>
          <w:p w14:paraId="3C8AB64F" w14:textId="7BD8FC3B" w:rsidR="00370AFB" w:rsidRPr="0032387A" w:rsidRDefault="0050288A" w:rsidP="00370AFB">
            <w:pPr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Integreiddio: Cyfeiriwch at sut mae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dull hwn yn cydweddu â gweithgar</w:t>
            </w:r>
            <w:r w:rsidR="00C00B32" w:rsidRPr="000160E0">
              <w:rPr>
                <w:rFonts w:ascii="Arial" w:hAnsi="Arial" w:cs="Arial"/>
                <w:sz w:val="24"/>
                <w:szCs w:val="24"/>
                <w:lang w:val="cy-GB"/>
              </w:rPr>
              <w:t>edd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comisiynu, </w:t>
            </w:r>
            <w:r w:rsidR="00C00B32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cynllunio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gweithlu a </w:t>
            </w:r>
            <w:r w:rsidR="00C00B32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threfniadau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goruchwylio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farchnad.</w:t>
            </w:r>
          </w:p>
          <w:p w14:paraId="3080BEBB" w14:textId="77777777" w:rsidR="00370AFB" w:rsidRPr="0032387A" w:rsidRDefault="00370AFB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5621D117" w14:textId="50AE5970" w:rsidR="00370AFB" w:rsidRPr="0032387A" w:rsidRDefault="0050288A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Bydd hefyd angen nodi sut mae</w:t>
            </w:r>
            <w:r w:rsidR="004812A6"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r camau i</w:t>
            </w:r>
            <w:r w:rsidR="004812A6"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w cymryd yn bwriadu sicrhau bod gan yr awdurdod lety digonol sy</w:t>
            </w:r>
            <w:r w:rsidR="004812A6"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bCs/>
                <w:sz w:val="24"/>
                <w:szCs w:val="24"/>
                <w:lang w:val="cy-GB"/>
              </w:rPr>
              <w:t>n bodloni gofynion adran 75(1).</w:t>
            </w:r>
          </w:p>
          <w:p w14:paraId="63CEF321" w14:textId="77777777" w:rsidR="00370AFB" w:rsidRPr="0032387A" w:rsidRDefault="00370AFB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11D9855B" w14:textId="77777777" w:rsidR="00370AFB" w:rsidRPr="0032387A" w:rsidRDefault="00370AFB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60DDAF7A" w14:textId="77777777" w:rsidR="00370AFB" w:rsidRPr="0032387A" w:rsidRDefault="00370AFB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33A1B6BC" w14:textId="77777777" w:rsidR="00370AFB" w:rsidRPr="0032387A" w:rsidRDefault="00370AFB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5DEC14D9" w14:textId="77777777" w:rsidR="00370AFB" w:rsidRPr="0032387A" w:rsidRDefault="00370AFB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44E8BEC5" w14:textId="77777777" w:rsidR="00370AFB" w:rsidRPr="0032387A" w:rsidRDefault="00370AFB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</w:tc>
      </w:tr>
    </w:tbl>
    <w:p w14:paraId="5F852149" w14:textId="150152FE" w:rsidR="00A12BBA" w:rsidRPr="0032387A" w:rsidRDefault="0050288A">
      <w:pPr>
        <w:rPr>
          <w:rFonts w:ascii="Arial" w:hAnsi="Arial" w:cs="Arial"/>
          <w:sz w:val="24"/>
          <w:szCs w:val="24"/>
          <w:lang w:val="de-CH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>3.4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Esboniwch sut y byddwch yn gweithio gyda phartneriaid y tu hwnt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ch rhanbarth i fodloni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r ddyletswydd ddigonolrwydd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67428" w:rsidRPr="0032387A" w14:paraId="660B82A1" w14:textId="77777777">
        <w:trPr>
          <w:trHeight w:val="70"/>
        </w:trPr>
        <w:tc>
          <w:tcPr>
            <w:tcW w:w="8856" w:type="dxa"/>
          </w:tcPr>
          <w:p w14:paraId="11CA5B80" w14:textId="77777777" w:rsidR="00370AFB" w:rsidRPr="0032387A" w:rsidRDefault="00370AFB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1B24EFC8" w14:textId="2AFA721B" w:rsidR="00370AFB" w:rsidRPr="0032387A" w:rsidRDefault="0050288A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Wrth ymateb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r cwestiwn hwn, efallai yr hoffech ystyried y canlynol: </w:t>
            </w:r>
          </w:p>
          <w:p w14:paraId="730F7A8F" w14:textId="77777777" w:rsidR="00370AFB" w:rsidRPr="0032387A" w:rsidRDefault="00370AFB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</w:p>
          <w:p w14:paraId="33DDB4EA" w14:textId="77777777" w:rsidR="00370AFB" w:rsidRPr="0032387A" w:rsidRDefault="0050288A" w:rsidP="00370AFB">
            <w:pPr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lastRenderedPageBreak/>
              <w:t>Tymor hir: Sut mae eich dull yn cefnogi newid cynaliadwy tuag at ddarpariaeth nid-er-elw dros amser.</w:t>
            </w:r>
          </w:p>
          <w:p w14:paraId="5B723D50" w14:textId="218DCD96" w:rsidR="00370AFB" w:rsidRPr="0032387A" w:rsidRDefault="0050288A" w:rsidP="00370AFB">
            <w:pPr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Atal: Disgrifiwch sut mae dull yr awdurdod yn ceisio lleihau dibyniaeth ar leoliadau brys, lleoliadau y tu allan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ardal neu leoliadau amhriodol.</w:t>
            </w:r>
          </w:p>
          <w:p w14:paraId="48A70AC4" w14:textId="0C4C027E" w:rsidR="00370AFB" w:rsidRPr="0032387A" w:rsidRDefault="0050288A" w:rsidP="00370AFB">
            <w:pPr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Integreiddio: Cyfeiriwch at sut mae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dull hwn yn cydweddu â gweithgar</w:t>
            </w:r>
            <w:r w:rsidR="00B170D7" w:rsidRPr="000160E0">
              <w:rPr>
                <w:rFonts w:ascii="Arial" w:hAnsi="Arial" w:cs="Arial"/>
                <w:sz w:val="24"/>
                <w:szCs w:val="24"/>
                <w:lang w:val="cy-GB"/>
              </w:rPr>
              <w:t>edd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comisiynu, </w:t>
            </w:r>
            <w:r w:rsidR="00B170D7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cynllunio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gweithlu a </w:t>
            </w:r>
            <w:r w:rsidR="00B170D7"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threfniadau 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goruchwylio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farchnad.</w:t>
            </w:r>
          </w:p>
          <w:p w14:paraId="4B54DFD6" w14:textId="77777777" w:rsidR="00370AFB" w:rsidRPr="0032387A" w:rsidRDefault="00370AFB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121BFE65" w14:textId="248DAB21" w:rsidR="00370AFB" w:rsidRPr="0032387A" w:rsidRDefault="0050288A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Bydd hefyd angen nodi sut mae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camau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w cymryd yn bwriadu sicrhau bod gan yr awdurdod lety digonol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n bodloni gofynion adran 75(1).</w:t>
            </w:r>
          </w:p>
          <w:p w14:paraId="4F2116B9" w14:textId="77777777" w:rsidR="00370AFB" w:rsidRPr="0032387A" w:rsidRDefault="00370AFB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43719159" w14:textId="77777777" w:rsidR="00370AFB" w:rsidRPr="0032387A" w:rsidRDefault="00370AFB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76E1CA83" w14:textId="77777777" w:rsidR="00370AFB" w:rsidRPr="0032387A" w:rsidRDefault="00370AFB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4F22F2DC" w14:textId="77777777" w:rsidR="00370AFB" w:rsidRPr="0032387A" w:rsidRDefault="00370AFB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0ACBB1B9" w14:textId="77777777" w:rsidR="00370AFB" w:rsidRPr="0032387A" w:rsidRDefault="00370AFB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436DCAD7" w14:textId="77777777" w:rsidR="00370AFB" w:rsidRPr="0032387A" w:rsidRDefault="00370AFB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</w:tc>
      </w:tr>
    </w:tbl>
    <w:p w14:paraId="4C835129" w14:textId="77777777" w:rsidR="00A12BBA" w:rsidRPr="0032387A" w:rsidRDefault="00A12BBA" w:rsidP="00A12BBA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32A86679" w14:textId="77777777" w:rsidR="00A12BBA" w:rsidRPr="0032387A" w:rsidRDefault="00A12BBA" w:rsidP="00A12BBA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016FF379" w14:textId="77777777" w:rsidR="00A12BBA" w:rsidRPr="0032387A" w:rsidRDefault="00A12BBA" w:rsidP="00A12BBA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3EDC0F52" w14:textId="77777777" w:rsidR="00A12BBA" w:rsidRPr="0032387A" w:rsidRDefault="00A12BBA" w:rsidP="00A12BBA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6CB65CDF" w14:textId="27616C51" w:rsidR="003F3EED" w:rsidRPr="0032387A" w:rsidRDefault="0050288A">
      <w:pPr>
        <w:rPr>
          <w:rFonts w:ascii="Arial" w:hAnsi="Arial" w:cs="Arial"/>
          <w:b/>
          <w:bCs/>
          <w:sz w:val="24"/>
          <w:szCs w:val="24"/>
          <w:lang w:val="de-CH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br w:type="page"/>
      </w:r>
    </w:p>
    <w:p w14:paraId="56CF62EB" w14:textId="702947C2" w:rsidR="00465F43" w:rsidRPr="004C4328" w:rsidRDefault="0050288A" w:rsidP="004C4328">
      <w:pPr>
        <w:pStyle w:val="Heading2"/>
        <w:rPr>
          <w:rFonts w:ascii="Arial" w:hAnsi="Arial" w:cs="Arial"/>
          <w:color w:val="auto"/>
          <w:lang w:val="de-CH"/>
        </w:rPr>
      </w:pPr>
      <w:r w:rsidRPr="004C4328">
        <w:rPr>
          <w:rFonts w:ascii="Arial" w:hAnsi="Arial" w:cs="Arial"/>
          <w:color w:val="auto"/>
          <w:lang w:val="cy-GB"/>
        </w:rPr>
        <w:lastRenderedPageBreak/>
        <w:t>Adran 4: cynllun digonolrwydd 2027/28 – capasiti a chynllunio</w:t>
      </w:r>
      <w:r w:rsidR="004812A6" w:rsidRPr="004C4328">
        <w:rPr>
          <w:rFonts w:ascii="Arial" w:hAnsi="Arial" w:cs="Arial"/>
          <w:color w:val="auto"/>
          <w:lang w:val="cy-GB"/>
        </w:rPr>
        <w:t>’</w:t>
      </w:r>
      <w:r w:rsidRPr="004C4328">
        <w:rPr>
          <w:rFonts w:ascii="Arial" w:hAnsi="Arial" w:cs="Arial"/>
          <w:color w:val="auto"/>
          <w:lang w:val="cy-GB"/>
        </w:rPr>
        <w:t xml:space="preserve">r gweithlu </w:t>
      </w:r>
    </w:p>
    <w:p w14:paraId="0D5BB3AF" w14:textId="77777777" w:rsidR="00465F43" w:rsidRPr="0032387A" w:rsidRDefault="00465F43" w:rsidP="00931FE3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58F33B95" w14:textId="7C21B616" w:rsidR="009B4525" w:rsidRPr="0032387A" w:rsidRDefault="0050288A" w:rsidP="009B4525">
      <w:pPr>
        <w:spacing w:after="0" w:line="240" w:lineRule="auto"/>
        <w:rPr>
          <w:rFonts w:ascii="Arial" w:hAnsi="Arial" w:cs="Arial"/>
          <w:sz w:val="24"/>
          <w:szCs w:val="24"/>
          <w:lang w:val="de-CH"/>
        </w:rPr>
      </w:pPr>
      <w:r w:rsidRPr="000160E0">
        <w:rPr>
          <w:rFonts w:ascii="Arial" w:hAnsi="Arial" w:cs="Arial"/>
          <w:sz w:val="24"/>
          <w:szCs w:val="24"/>
          <w:lang w:val="cy-GB"/>
        </w:rPr>
        <w:t xml:space="preserve">Dylai prif ffocws yr adran hon fod ar garfannau gweithlu allweddol, megis rheolwyr cofrestredig, </w:t>
      </w:r>
      <w:r w:rsidR="001C2BDD" w:rsidRPr="000160E0">
        <w:rPr>
          <w:rFonts w:ascii="Arial" w:hAnsi="Arial" w:cs="Arial"/>
          <w:sz w:val="24"/>
          <w:szCs w:val="24"/>
          <w:lang w:val="cy-GB"/>
        </w:rPr>
        <w:t>U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nigolion </w:t>
      </w:r>
      <w:r w:rsidR="001C2BDD" w:rsidRPr="000160E0">
        <w:rPr>
          <w:rFonts w:ascii="Arial" w:hAnsi="Arial" w:cs="Arial"/>
          <w:sz w:val="24"/>
          <w:szCs w:val="24"/>
          <w:lang w:val="cy-GB"/>
        </w:rPr>
        <w:t>C</w:t>
      </w:r>
      <w:r w:rsidRPr="000160E0">
        <w:rPr>
          <w:rFonts w:ascii="Arial" w:hAnsi="Arial" w:cs="Arial"/>
          <w:sz w:val="24"/>
          <w:szCs w:val="24"/>
          <w:lang w:val="cy-GB"/>
        </w:rPr>
        <w:t>yfrifol, staff gofal preswyl a gofalwyr maeth.</w:t>
      </w:r>
    </w:p>
    <w:p w14:paraId="399C17A3" w14:textId="77777777" w:rsidR="009B4525" w:rsidRPr="0032387A" w:rsidRDefault="009B4525" w:rsidP="00931FE3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2763ED5E" w14:textId="2724814E" w:rsidR="000E7ABC" w:rsidRPr="0032387A" w:rsidRDefault="0050288A" w:rsidP="000E7ABC">
      <w:pPr>
        <w:spacing w:after="0" w:line="240" w:lineRule="auto"/>
        <w:rPr>
          <w:rFonts w:ascii="Arial" w:hAnsi="Arial" w:cs="Arial"/>
          <w:sz w:val="24"/>
          <w:szCs w:val="24"/>
          <w:lang w:val="de-CH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>4.1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Ar gyfer y flwyddyn ariannol </w:t>
      </w:r>
      <w:r w:rsidR="001C2BDD" w:rsidRPr="000160E0">
        <w:rPr>
          <w:rFonts w:ascii="Arial" w:hAnsi="Arial" w:cs="Arial"/>
          <w:sz w:val="24"/>
          <w:szCs w:val="24"/>
          <w:lang w:val="cy-GB"/>
        </w:rPr>
        <w:t xml:space="preserve">y </w:t>
      </w:r>
      <w:r w:rsidRPr="000160E0">
        <w:rPr>
          <w:rFonts w:ascii="Arial" w:hAnsi="Arial" w:cs="Arial"/>
          <w:sz w:val="24"/>
          <w:szCs w:val="24"/>
          <w:lang w:val="cy-GB"/>
        </w:rPr>
        <w:t>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cynllun digonolrwydd yn ymwneud â</w:t>
      </w: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 </w:t>
      </w:r>
      <w:r w:rsidRPr="000160E0">
        <w:rPr>
          <w:rFonts w:ascii="Arial" w:hAnsi="Arial" w:cs="Arial"/>
          <w:sz w:val="24"/>
          <w:szCs w:val="24"/>
          <w:lang w:val="cy-GB"/>
        </w:rPr>
        <w:t>hi, nodwch</w:t>
      </w: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 </w:t>
      </w:r>
      <w:r w:rsidRPr="000160E0">
        <w:rPr>
          <w:rFonts w:ascii="Arial" w:hAnsi="Arial" w:cs="Arial"/>
          <w:sz w:val="24"/>
          <w:szCs w:val="24"/>
          <w:lang w:val="cy-GB"/>
        </w:rPr>
        <w:t>ble 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risg fwyaf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r awdurdod lleol o fethu â chael capasiti neu allu digonol o ran y gweithlu i ateb y galw </w:t>
      </w:r>
      <w:r w:rsidR="001C2BDD" w:rsidRPr="000160E0">
        <w:rPr>
          <w:rFonts w:ascii="Arial" w:hAnsi="Arial" w:cs="Arial"/>
          <w:sz w:val="24"/>
          <w:szCs w:val="24"/>
          <w:lang w:val="cy-GB"/>
        </w:rPr>
        <w:t xml:space="preserve">nawr ac yn </w:t>
      </w:r>
      <w:r w:rsidRPr="000160E0">
        <w:rPr>
          <w:rFonts w:ascii="Arial" w:hAnsi="Arial" w:cs="Arial"/>
          <w:sz w:val="24"/>
          <w:szCs w:val="24"/>
          <w:lang w:val="cy-GB"/>
        </w:rPr>
        <w:t>y dyfodol, a pham.</w:t>
      </w:r>
    </w:p>
    <w:p w14:paraId="6478BCBD" w14:textId="77777777" w:rsidR="000E7ABC" w:rsidRPr="0032387A" w:rsidRDefault="000E7ABC" w:rsidP="00931FE3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67428" w:rsidRPr="0032387A" w14:paraId="43F373CB" w14:textId="77777777" w:rsidTr="00465F43">
        <w:tc>
          <w:tcPr>
            <w:tcW w:w="8630" w:type="dxa"/>
          </w:tcPr>
          <w:p w14:paraId="22FCA89B" w14:textId="77777777" w:rsidR="000E7ABC" w:rsidRPr="0032387A" w:rsidRDefault="000E7ABC" w:rsidP="00931FE3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val="de-CH"/>
              </w:rPr>
            </w:pPr>
          </w:p>
          <w:p w14:paraId="508AA188" w14:textId="77777777" w:rsidR="000E7ABC" w:rsidRPr="0032387A" w:rsidRDefault="000E7ABC" w:rsidP="00931FE3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val="de-CH"/>
              </w:rPr>
            </w:pPr>
          </w:p>
          <w:p w14:paraId="328E436E" w14:textId="77777777" w:rsidR="00844B0D" w:rsidRPr="0032387A" w:rsidRDefault="00844B0D" w:rsidP="00931FE3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val="de-CH"/>
              </w:rPr>
            </w:pPr>
          </w:p>
          <w:p w14:paraId="5025E80B" w14:textId="77777777" w:rsidR="007F623D" w:rsidRPr="0032387A" w:rsidRDefault="007F623D" w:rsidP="00931FE3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val="de-CH"/>
              </w:rPr>
            </w:pPr>
          </w:p>
          <w:p w14:paraId="7A87B9D2" w14:textId="77777777" w:rsidR="000E7ABC" w:rsidRPr="0032387A" w:rsidRDefault="000E7ABC" w:rsidP="00931FE3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val="de-CH"/>
              </w:rPr>
            </w:pPr>
          </w:p>
          <w:p w14:paraId="3CA79CA5" w14:textId="77777777" w:rsidR="00844B0D" w:rsidRPr="0032387A" w:rsidRDefault="00844B0D" w:rsidP="00931FE3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val="de-CH"/>
              </w:rPr>
            </w:pPr>
          </w:p>
          <w:p w14:paraId="476334F5" w14:textId="77777777" w:rsidR="00844B0D" w:rsidRPr="0032387A" w:rsidRDefault="00844B0D" w:rsidP="00931FE3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val="de-CH"/>
              </w:rPr>
            </w:pPr>
          </w:p>
        </w:tc>
      </w:tr>
    </w:tbl>
    <w:p w14:paraId="1A857CD8" w14:textId="77777777" w:rsidR="00465F43" w:rsidRPr="0032387A" w:rsidRDefault="00465F43" w:rsidP="00931FE3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7C85453B" w14:textId="0432289A" w:rsidR="000E7ABC" w:rsidRPr="0032387A" w:rsidRDefault="0050288A" w:rsidP="000E7ABC">
      <w:pPr>
        <w:rPr>
          <w:rFonts w:ascii="Arial" w:hAnsi="Arial" w:cs="Arial"/>
          <w:sz w:val="24"/>
          <w:szCs w:val="24"/>
          <w:lang w:val="de-CH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>4.2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Ar gyfer y flwyddyn ariannol </w:t>
      </w:r>
      <w:r w:rsidR="001C2BDD" w:rsidRPr="000160E0">
        <w:rPr>
          <w:rFonts w:ascii="Arial" w:hAnsi="Arial" w:cs="Arial"/>
          <w:sz w:val="24"/>
          <w:szCs w:val="24"/>
          <w:lang w:val="cy-GB"/>
        </w:rPr>
        <w:t xml:space="preserve">y </w:t>
      </w:r>
      <w:r w:rsidRPr="000160E0">
        <w:rPr>
          <w:rFonts w:ascii="Arial" w:hAnsi="Arial" w:cs="Arial"/>
          <w:sz w:val="24"/>
          <w:szCs w:val="24"/>
          <w:lang w:val="cy-GB"/>
        </w:rPr>
        <w:t>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cynllun digonolrwydd yn ymwneud â</w:t>
      </w: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 </w:t>
      </w:r>
      <w:r w:rsidRPr="000160E0">
        <w:rPr>
          <w:rFonts w:ascii="Arial" w:hAnsi="Arial" w:cs="Arial"/>
          <w:sz w:val="24"/>
          <w:szCs w:val="24"/>
          <w:lang w:val="cy-GB"/>
        </w:rPr>
        <w:t>hi,</w:t>
      </w: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 </w:t>
      </w:r>
      <w:r w:rsidRPr="000160E0">
        <w:rPr>
          <w:rFonts w:ascii="Arial" w:hAnsi="Arial" w:cs="Arial"/>
          <w:sz w:val="24"/>
          <w:szCs w:val="24"/>
          <w:lang w:val="cy-GB"/>
        </w:rPr>
        <w:t>nodwch</w:t>
      </w: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 </w:t>
      </w:r>
      <w:r w:rsidRPr="000160E0">
        <w:rPr>
          <w:rFonts w:ascii="Arial" w:hAnsi="Arial" w:cs="Arial"/>
          <w:sz w:val="24"/>
          <w:szCs w:val="24"/>
          <w:lang w:val="cy-GB"/>
        </w:rPr>
        <w:t>eich heriau mwyaf o ran recriwtio a chadw staff (gan gynnwys ar gyfer rolau Cymraeg ac arbenigol), a chrynodeb 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cynlluniau sydd ar waith i fynd 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afael â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rhain.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67428" w:rsidRPr="0032387A" w14:paraId="03E16B65" w14:textId="77777777" w:rsidTr="000E7ABC">
        <w:tc>
          <w:tcPr>
            <w:tcW w:w="8630" w:type="dxa"/>
          </w:tcPr>
          <w:p w14:paraId="1E3CCCAE" w14:textId="77777777" w:rsidR="000E7ABC" w:rsidRPr="0032387A" w:rsidRDefault="000E7ABC" w:rsidP="000E7ABC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</w:p>
          <w:p w14:paraId="0A2778CF" w14:textId="77777777" w:rsidR="000E7ABC" w:rsidRPr="0032387A" w:rsidRDefault="000E7ABC" w:rsidP="000E7ABC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</w:p>
          <w:p w14:paraId="2DAF11A2" w14:textId="77777777" w:rsidR="007F623D" w:rsidRPr="0032387A" w:rsidRDefault="007F623D" w:rsidP="000E7ABC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</w:p>
          <w:p w14:paraId="2828CD76" w14:textId="77777777" w:rsidR="00844B0D" w:rsidRPr="0032387A" w:rsidRDefault="00844B0D" w:rsidP="000E7ABC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</w:p>
          <w:p w14:paraId="2B6A5027" w14:textId="77777777" w:rsidR="00844B0D" w:rsidRPr="0032387A" w:rsidRDefault="00844B0D" w:rsidP="000E7ABC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</w:p>
          <w:p w14:paraId="7A094647" w14:textId="77777777" w:rsidR="000E7ABC" w:rsidRPr="0032387A" w:rsidRDefault="000E7ABC" w:rsidP="000E7ABC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</w:p>
          <w:p w14:paraId="63AD213F" w14:textId="77777777" w:rsidR="000E7ABC" w:rsidRPr="0032387A" w:rsidRDefault="000E7ABC" w:rsidP="000E7ABC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</w:p>
        </w:tc>
      </w:tr>
    </w:tbl>
    <w:p w14:paraId="4DA0A89F" w14:textId="77777777" w:rsidR="000E7ABC" w:rsidRPr="0032387A" w:rsidRDefault="000E7ABC" w:rsidP="000E7ABC">
      <w:pPr>
        <w:spacing w:after="0" w:line="240" w:lineRule="auto"/>
        <w:rPr>
          <w:rFonts w:ascii="Arial" w:hAnsi="Arial" w:cs="Arial"/>
          <w:sz w:val="24"/>
          <w:szCs w:val="24"/>
          <w:lang w:val="de-CH"/>
        </w:rPr>
      </w:pPr>
    </w:p>
    <w:p w14:paraId="5F8AAB4C" w14:textId="213B387F" w:rsidR="000E7ABC" w:rsidRPr="0032387A" w:rsidRDefault="0050288A" w:rsidP="00931FE3">
      <w:pPr>
        <w:spacing w:after="0"/>
        <w:rPr>
          <w:rFonts w:ascii="Arial" w:hAnsi="Arial" w:cs="Arial"/>
          <w:sz w:val="24"/>
          <w:szCs w:val="24"/>
          <w:lang w:val="de-CH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4.3 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Ar gyfer y flwyddyn ariannol </w:t>
      </w:r>
      <w:r w:rsidR="001C2BDD" w:rsidRPr="000160E0">
        <w:rPr>
          <w:rFonts w:ascii="Arial" w:hAnsi="Arial" w:cs="Arial"/>
          <w:sz w:val="24"/>
          <w:szCs w:val="24"/>
          <w:lang w:val="cy-GB"/>
        </w:rPr>
        <w:t xml:space="preserve">y </w:t>
      </w:r>
      <w:r w:rsidRPr="000160E0">
        <w:rPr>
          <w:rFonts w:ascii="Arial" w:hAnsi="Arial" w:cs="Arial"/>
          <w:sz w:val="24"/>
          <w:szCs w:val="24"/>
          <w:lang w:val="cy-GB"/>
        </w:rPr>
        <w:t>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cynllun digonolrwydd yn ymwneud â</w:t>
      </w: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 </w:t>
      </w:r>
      <w:r w:rsidRPr="000160E0">
        <w:rPr>
          <w:rFonts w:ascii="Arial" w:hAnsi="Arial" w:cs="Arial"/>
          <w:sz w:val="24"/>
          <w:szCs w:val="24"/>
          <w:lang w:val="cy-GB"/>
        </w:rPr>
        <w:t>hi, nodwch sut y byddwch yn cefnogi datblyg</w:t>
      </w:r>
      <w:r w:rsidR="001C2BDD" w:rsidRPr="000160E0">
        <w:rPr>
          <w:rFonts w:ascii="Arial" w:hAnsi="Arial" w:cs="Arial"/>
          <w:sz w:val="24"/>
          <w:szCs w:val="24"/>
          <w:lang w:val="cy-GB"/>
        </w:rPr>
        <w:t>u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a chadw gweithlu cynaliadwy, gan gynnwys trwy hyfforddiant, datblygiad proffesiynol, trefniadau </w:t>
      </w:r>
      <w:r w:rsidR="001C2BDD" w:rsidRPr="000160E0">
        <w:rPr>
          <w:rFonts w:ascii="Arial" w:hAnsi="Arial" w:cs="Arial"/>
          <w:sz w:val="24"/>
          <w:szCs w:val="24"/>
          <w:lang w:val="cy-GB"/>
        </w:rPr>
        <w:t>camu ymlaen mewn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gyrfa a phartneriaethau â darparwyr addysg neu hyfforddiant (e.e. </w:t>
      </w:r>
      <w:r w:rsidR="001C2BDD" w:rsidRPr="000160E0">
        <w:rPr>
          <w:rFonts w:ascii="Arial" w:hAnsi="Arial" w:cs="Arial"/>
          <w:sz w:val="24"/>
          <w:szCs w:val="24"/>
          <w:lang w:val="cy-GB"/>
        </w:rPr>
        <w:t xml:space="preserve">eich </w:t>
      </w:r>
      <w:r w:rsidRPr="000160E0">
        <w:rPr>
          <w:rFonts w:ascii="Arial" w:hAnsi="Arial" w:cs="Arial"/>
          <w:sz w:val="24"/>
          <w:szCs w:val="24"/>
          <w:lang w:val="cy-GB"/>
        </w:rPr>
        <w:t>dulliau eich hun a chysylltiadau â phrifysgolion).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67428" w:rsidRPr="0032387A" w14:paraId="5D40EA04" w14:textId="77777777" w:rsidTr="000E7ABC">
        <w:tc>
          <w:tcPr>
            <w:tcW w:w="8630" w:type="dxa"/>
          </w:tcPr>
          <w:p w14:paraId="63AA5A87" w14:textId="77777777" w:rsidR="000E7ABC" w:rsidRPr="0032387A" w:rsidRDefault="000E7ABC" w:rsidP="00931FE3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5181333D" w14:textId="77777777" w:rsidR="000E7ABC" w:rsidRPr="0032387A" w:rsidRDefault="000E7ABC" w:rsidP="00931FE3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17ACE3FC" w14:textId="77777777" w:rsidR="000E7ABC" w:rsidRPr="0032387A" w:rsidRDefault="000E7ABC" w:rsidP="00931FE3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1944EFE7" w14:textId="77777777" w:rsidR="00844B0D" w:rsidRPr="0032387A" w:rsidRDefault="00844B0D" w:rsidP="00931FE3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28D6181C" w14:textId="77777777" w:rsidR="00844B0D" w:rsidRPr="0032387A" w:rsidRDefault="00844B0D" w:rsidP="00931FE3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1C44701C" w14:textId="77777777" w:rsidR="000E7ABC" w:rsidRPr="0032387A" w:rsidRDefault="000E7ABC" w:rsidP="00931FE3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6EDE3269" w14:textId="77777777" w:rsidR="000E7ABC" w:rsidRPr="0032387A" w:rsidRDefault="000E7ABC" w:rsidP="00931FE3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</w:tc>
      </w:tr>
    </w:tbl>
    <w:p w14:paraId="707A0505" w14:textId="77777777" w:rsidR="000E7ABC" w:rsidRPr="0032387A" w:rsidRDefault="000E7ABC" w:rsidP="00931FE3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0A654E0C" w14:textId="1B590508" w:rsidR="000E7ABC" w:rsidRPr="0032387A" w:rsidRDefault="0050288A" w:rsidP="000E7ABC">
      <w:pPr>
        <w:spacing w:after="0"/>
        <w:rPr>
          <w:rFonts w:ascii="Arial" w:hAnsi="Arial" w:cs="Arial"/>
          <w:sz w:val="24"/>
          <w:szCs w:val="24"/>
          <w:lang w:val="de-CH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lastRenderedPageBreak/>
        <w:t xml:space="preserve">4.4 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Ar gyfer y flwyddyn ariannol </w:t>
      </w:r>
      <w:r w:rsidR="00504A55" w:rsidRPr="000160E0">
        <w:rPr>
          <w:rFonts w:ascii="Arial" w:hAnsi="Arial" w:cs="Arial"/>
          <w:sz w:val="24"/>
          <w:szCs w:val="24"/>
          <w:lang w:val="cy-GB"/>
        </w:rPr>
        <w:t xml:space="preserve">y </w:t>
      </w:r>
      <w:r w:rsidRPr="000160E0">
        <w:rPr>
          <w:rFonts w:ascii="Arial" w:hAnsi="Arial" w:cs="Arial"/>
          <w:sz w:val="24"/>
          <w:szCs w:val="24"/>
          <w:lang w:val="cy-GB"/>
        </w:rPr>
        <w:t>mae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cynllun digonolrwydd yn ymwneud â</w:t>
      </w: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 </w:t>
      </w:r>
      <w:r w:rsidRPr="000160E0">
        <w:rPr>
          <w:rFonts w:ascii="Arial" w:hAnsi="Arial" w:cs="Arial"/>
          <w:sz w:val="24"/>
          <w:szCs w:val="24"/>
          <w:lang w:val="cy-GB"/>
        </w:rPr>
        <w:t>hi, nodwch amcangyfrif o lefel y ddibyniaeth fydd gan yr awdurdod lleol ar staff asiantaeth wrth gynllunio a darparu gofal cymdeithasol ar gyfer plant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derbyn gofal, beth sy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n cymell y lefel hon, a beth yw eich cynlluniau i wella sefydlogrwydd y gweithlu?</w:t>
      </w:r>
    </w:p>
    <w:p w14:paraId="35BB5046" w14:textId="77777777" w:rsidR="000E7ABC" w:rsidRPr="0032387A" w:rsidRDefault="000E7ABC" w:rsidP="00931FE3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67428" w:rsidRPr="0032387A" w14:paraId="398A1C9B" w14:textId="77777777" w:rsidTr="000E7ABC">
        <w:tc>
          <w:tcPr>
            <w:tcW w:w="8630" w:type="dxa"/>
          </w:tcPr>
          <w:p w14:paraId="2D3AEC8A" w14:textId="77777777" w:rsidR="000E7ABC" w:rsidRPr="0032387A" w:rsidRDefault="000E7ABC" w:rsidP="00931FE3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43379141" w14:textId="77777777" w:rsidR="000E7ABC" w:rsidRPr="0032387A" w:rsidRDefault="000E7ABC" w:rsidP="00931FE3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5AE86B7A" w14:textId="77777777" w:rsidR="000E7ABC" w:rsidRPr="0032387A" w:rsidRDefault="000E7ABC" w:rsidP="00931FE3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10FF08E4" w14:textId="77777777" w:rsidR="000E7ABC" w:rsidRPr="0032387A" w:rsidRDefault="000E7ABC" w:rsidP="00931FE3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2C7FAFDB" w14:textId="77777777" w:rsidR="007F623D" w:rsidRPr="0032387A" w:rsidRDefault="007F623D" w:rsidP="00931FE3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</w:tc>
      </w:tr>
    </w:tbl>
    <w:p w14:paraId="057E9B9E" w14:textId="77777777" w:rsidR="005F399B" w:rsidRPr="0032387A" w:rsidRDefault="005F399B" w:rsidP="00960F10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3AE7398D" w14:textId="77777777" w:rsidR="00844B0D" w:rsidRPr="0032387A" w:rsidRDefault="00844B0D" w:rsidP="00960F10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7FE22083" w14:textId="77777777" w:rsidR="00844B0D" w:rsidRPr="0032387A" w:rsidRDefault="00844B0D" w:rsidP="00960F10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2ADA0001" w14:textId="77777777" w:rsidR="00844B0D" w:rsidRPr="0032387A" w:rsidRDefault="00844B0D" w:rsidP="00960F10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7467B784" w14:textId="77777777" w:rsidR="00844B0D" w:rsidRPr="0032387A" w:rsidRDefault="00844B0D" w:rsidP="00960F10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530D1486" w14:textId="77777777" w:rsidR="00844B0D" w:rsidRPr="0032387A" w:rsidRDefault="00844B0D" w:rsidP="00960F10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22C18680" w14:textId="77777777" w:rsidR="00844B0D" w:rsidRPr="0032387A" w:rsidRDefault="00844B0D" w:rsidP="00960F10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558E95AC" w14:textId="77777777" w:rsidR="00844B0D" w:rsidRPr="0032387A" w:rsidRDefault="00844B0D" w:rsidP="00960F10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50BB547A" w14:textId="77777777" w:rsidR="00844B0D" w:rsidRPr="0032387A" w:rsidRDefault="00844B0D" w:rsidP="00960F10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40A519F4" w14:textId="77777777" w:rsidR="00844B0D" w:rsidRPr="0032387A" w:rsidRDefault="00844B0D" w:rsidP="00960F10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00433B42" w14:textId="77777777" w:rsidR="00844B0D" w:rsidRPr="0032387A" w:rsidRDefault="00844B0D" w:rsidP="00960F10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570C919C" w14:textId="77777777" w:rsidR="00844B0D" w:rsidRPr="0032387A" w:rsidRDefault="00844B0D" w:rsidP="00960F10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1981EB5D" w14:textId="77777777" w:rsidR="00844B0D" w:rsidRPr="0032387A" w:rsidRDefault="00844B0D" w:rsidP="00960F10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31B270C4" w14:textId="77777777" w:rsidR="00844B0D" w:rsidRPr="0032387A" w:rsidRDefault="00844B0D" w:rsidP="00960F10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161F8617" w14:textId="77777777" w:rsidR="00844B0D" w:rsidRPr="0032387A" w:rsidRDefault="00844B0D" w:rsidP="00960F10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75A6537E" w14:textId="77777777" w:rsidR="00844B0D" w:rsidRPr="0032387A" w:rsidRDefault="00844B0D" w:rsidP="00960F10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4A69E0CA" w14:textId="77777777" w:rsidR="00844B0D" w:rsidRPr="0032387A" w:rsidRDefault="00844B0D" w:rsidP="00960F10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5283CEBF" w14:textId="77777777" w:rsidR="00844B0D" w:rsidRPr="0032387A" w:rsidRDefault="00844B0D" w:rsidP="00960F10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6CB1EA1A" w14:textId="77777777" w:rsidR="00844B0D" w:rsidRPr="0032387A" w:rsidRDefault="00844B0D" w:rsidP="00960F10">
      <w:pPr>
        <w:rPr>
          <w:rFonts w:ascii="Arial" w:hAnsi="Arial" w:cs="Arial"/>
          <w:b/>
          <w:bCs/>
          <w:sz w:val="24"/>
          <w:szCs w:val="24"/>
          <w:lang w:val="de-CH"/>
        </w:rPr>
      </w:pPr>
    </w:p>
    <w:p w14:paraId="4BB1CC4C" w14:textId="30BC6A29" w:rsidR="008B4531" w:rsidRPr="0027439D" w:rsidRDefault="0050288A" w:rsidP="0027439D">
      <w:pPr>
        <w:pStyle w:val="Heading2"/>
        <w:rPr>
          <w:rFonts w:ascii="Arial" w:hAnsi="Arial" w:cs="Arial"/>
          <w:color w:val="auto"/>
          <w:kern w:val="2"/>
          <w:lang w:val="de-CH" w:eastAsia="en-GB"/>
          <w14:ligatures w14:val="standardContextual"/>
        </w:rPr>
      </w:pPr>
      <w:r w:rsidRPr="004C4328">
        <w:rPr>
          <w:rFonts w:ascii="Arial" w:hAnsi="Arial" w:cs="Arial"/>
          <w:color w:val="auto"/>
          <w:lang w:val="cy-GB"/>
        </w:rPr>
        <w:lastRenderedPageBreak/>
        <w:t>Adran 5: cynllun digonolrwydd 2027/28 – rhagolwg o</w:t>
      </w:r>
      <w:r w:rsidR="004812A6" w:rsidRPr="004C4328">
        <w:rPr>
          <w:rFonts w:ascii="Arial" w:hAnsi="Arial" w:cs="Arial"/>
          <w:color w:val="auto"/>
          <w:lang w:val="cy-GB"/>
        </w:rPr>
        <w:t>’</w:t>
      </w:r>
      <w:r w:rsidRPr="004C4328">
        <w:rPr>
          <w:rFonts w:ascii="Arial" w:hAnsi="Arial" w:cs="Arial"/>
          <w:color w:val="auto"/>
          <w:lang w:val="cy-GB"/>
        </w:rPr>
        <w:t xml:space="preserve">r risgiau </w:t>
      </w:r>
    </w:p>
    <w:p w14:paraId="291775A0" w14:textId="749D0D3A" w:rsidR="00960F10" w:rsidRPr="0032387A" w:rsidRDefault="0050288A" w:rsidP="007F623D">
      <w:pPr>
        <w:spacing w:after="0"/>
        <w:rPr>
          <w:kern w:val="2"/>
          <w:lang w:val="de-CH" w:eastAsia="en-GB"/>
          <w14:ligatures w14:val="standardContextual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5.1 </w:t>
      </w:r>
      <w:r w:rsidRPr="000160E0">
        <w:rPr>
          <w:rFonts w:ascii="Arial" w:hAnsi="Arial" w:cs="Arial"/>
          <w:bCs/>
          <w:sz w:val="24"/>
          <w:szCs w:val="24"/>
          <w:lang w:val="cy-GB"/>
        </w:rPr>
        <w:t xml:space="preserve">Ar gyfer y flwyddyn ariannol </w:t>
      </w:r>
      <w:r w:rsidR="00A16E17" w:rsidRPr="000160E0">
        <w:rPr>
          <w:rFonts w:ascii="Arial" w:hAnsi="Arial" w:cs="Arial"/>
          <w:bCs/>
          <w:sz w:val="24"/>
          <w:szCs w:val="24"/>
          <w:lang w:val="cy-GB"/>
        </w:rPr>
        <w:t xml:space="preserve">y </w:t>
      </w:r>
      <w:r w:rsidRPr="000160E0">
        <w:rPr>
          <w:rFonts w:ascii="Arial" w:hAnsi="Arial" w:cs="Arial"/>
          <w:bCs/>
          <w:sz w:val="24"/>
          <w:szCs w:val="24"/>
          <w:lang w:val="cy-GB"/>
        </w:rPr>
        <w:t>mae</w:t>
      </w:r>
      <w:r w:rsidR="004812A6" w:rsidRPr="000160E0">
        <w:rPr>
          <w:rFonts w:ascii="Arial" w:hAnsi="Arial" w:cs="Arial"/>
          <w:bCs/>
          <w:sz w:val="24"/>
          <w:szCs w:val="24"/>
          <w:lang w:val="cy-GB"/>
        </w:rPr>
        <w:t>’</w:t>
      </w:r>
      <w:r w:rsidRPr="000160E0">
        <w:rPr>
          <w:rFonts w:ascii="Arial" w:hAnsi="Arial" w:cs="Arial"/>
          <w:bCs/>
          <w:sz w:val="24"/>
          <w:szCs w:val="24"/>
          <w:lang w:val="cy-GB"/>
        </w:rPr>
        <w:t>r cynllun digonolrwydd yn ymwneud â hi, nodwch y risgiau mwyaf arwyddocaol sy</w:t>
      </w:r>
      <w:r w:rsidR="004812A6" w:rsidRPr="000160E0">
        <w:rPr>
          <w:rFonts w:ascii="Arial" w:hAnsi="Arial" w:cs="Arial"/>
          <w:bCs/>
          <w:sz w:val="24"/>
          <w:szCs w:val="24"/>
          <w:lang w:val="cy-GB"/>
        </w:rPr>
        <w:t>’</w:t>
      </w:r>
      <w:r w:rsidRPr="000160E0">
        <w:rPr>
          <w:rFonts w:ascii="Arial" w:hAnsi="Arial" w:cs="Arial"/>
          <w:bCs/>
          <w:sz w:val="24"/>
          <w:szCs w:val="24"/>
          <w:lang w:val="cy-GB"/>
        </w:rPr>
        <w:t xml:space="preserve">n cael </w:t>
      </w:r>
      <w:r w:rsidR="00A16E17" w:rsidRPr="000160E0">
        <w:rPr>
          <w:rFonts w:ascii="Arial" w:hAnsi="Arial" w:cs="Arial"/>
          <w:bCs/>
          <w:sz w:val="24"/>
          <w:szCs w:val="24"/>
          <w:lang w:val="cy-GB"/>
        </w:rPr>
        <w:t xml:space="preserve">eu </w:t>
      </w:r>
      <w:r w:rsidRPr="000160E0">
        <w:rPr>
          <w:rFonts w:ascii="Arial" w:hAnsi="Arial" w:cs="Arial"/>
          <w:bCs/>
          <w:sz w:val="24"/>
          <w:szCs w:val="24"/>
          <w:lang w:val="cy-GB"/>
        </w:rPr>
        <w:t>rhagweld o ran diwallu anghenion llety plant sy</w:t>
      </w:r>
      <w:r w:rsidR="004812A6" w:rsidRPr="000160E0">
        <w:rPr>
          <w:rFonts w:ascii="Arial" w:hAnsi="Arial" w:cs="Arial"/>
          <w:bCs/>
          <w:sz w:val="24"/>
          <w:szCs w:val="24"/>
          <w:lang w:val="cy-GB"/>
        </w:rPr>
        <w:t>’</w:t>
      </w:r>
      <w:r w:rsidRPr="000160E0">
        <w:rPr>
          <w:rFonts w:ascii="Arial" w:hAnsi="Arial" w:cs="Arial"/>
          <w:bCs/>
          <w:sz w:val="24"/>
          <w:szCs w:val="24"/>
          <w:lang w:val="cy-GB"/>
        </w:rPr>
        <w:t>n derbyn gofal.</w:t>
      </w:r>
    </w:p>
    <w:p w14:paraId="26C7BF7E" w14:textId="7BE538CC" w:rsidR="008B4531" w:rsidRPr="0032387A" w:rsidRDefault="008B4531" w:rsidP="008B4531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67428" w:rsidRPr="0032387A" w14:paraId="6142936E" w14:textId="2C889A42">
        <w:tc>
          <w:tcPr>
            <w:tcW w:w="8630" w:type="dxa"/>
          </w:tcPr>
          <w:p w14:paraId="6B1AE5BD" w14:textId="77777777" w:rsidR="007F623D" w:rsidRPr="0032387A" w:rsidRDefault="007F623D" w:rsidP="008B4531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70B30636" w14:textId="77777777" w:rsidR="007F623D" w:rsidRPr="0032387A" w:rsidRDefault="007F623D" w:rsidP="008B4531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2406F39C" w14:textId="77777777" w:rsidR="007F623D" w:rsidRPr="0032387A" w:rsidRDefault="007F623D" w:rsidP="008B4531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6F0A09D6" w14:textId="77777777" w:rsidR="007F623D" w:rsidRPr="0032387A" w:rsidRDefault="007F623D" w:rsidP="008B4531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  <w:p w14:paraId="0F92AD0C" w14:textId="77777777" w:rsidR="007F623D" w:rsidRPr="0032387A" w:rsidRDefault="007F623D" w:rsidP="008B4531">
            <w:pPr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</w:p>
        </w:tc>
      </w:tr>
    </w:tbl>
    <w:p w14:paraId="382EFEC2" w14:textId="0A251012" w:rsidR="008B4531" w:rsidRPr="0032387A" w:rsidRDefault="008B4531" w:rsidP="008B4531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1309A34F" w14:textId="16705DC1" w:rsidR="008B4531" w:rsidRPr="0032387A" w:rsidRDefault="0050288A" w:rsidP="00931FE3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t xml:space="preserve">5.2 </w:t>
      </w:r>
      <w:r w:rsidRPr="000160E0">
        <w:rPr>
          <w:rFonts w:ascii="Arial" w:hAnsi="Arial" w:cs="Arial"/>
          <w:bCs/>
          <w:sz w:val="24"/>
          <w:szCs w:val="24"/>
          <w:lang w:val="cy-GB"/>
        </w:rPr>
        <w:t>Ar gyfer y flwyddyn ariannol y mae</w:t>
      </w:r>
      <w:r w:rsidR="004812A6" w:rsidRPr="000160E0">
        <w:rPr>
          <w:rFonts w:ascii="Arial" w:hAnsi="Arial" w:cs="Arial"/>
          <w:bCs/>
          <w:sz w:val="24"/>
          <w:szCs w:val="24"/>
          <w:lang w:val="cy-GB"/>
        </w:rPr>
        <w:t>’</w:t>
      </w:r>
      <w:r w:rsidRPr="000160E0">
        <w:rPr>
          <w:rFonts w:ascii="Arial" w:hAnsi="Arial" w:cs="Arial"/>
          <w:bCs/>
          <w:sz w:val="24"/>
          <w:szCs w:val="24"/>
          <w:lang w:val="cy-GB"/>
        </w:rPr>
        <w:t>r cynllun digonolrwydd yn ymwneud â hi, nodwch y camau rydych chi fel awdurdod lleol yn eu cymryd i liniaru</w:t>
      </w:r>
      <w:r w:rsidR="004812A6" w:rsidRPr="000160E0">
        <w:rPr>
          <w:rFonts w:ascii="Arial" w:hAnsi="Arial" w:cs="Arial"/>
          <w:bCs/>
          <w:sz w:val="24"/>
          <w:szCs w:val="24"/>
          <w:lang w:val="cy-GB"/>
        </w:rPr>
        <w:t>’</w:t>
      </w:r>
      <w:r w:rsidRPr="000160E0">
        <w:rPr>
          <w:rFonts w:ascii="Arial" w:hAnsi="Arial" w:cs="Arial"/>
          <w:bCs/>
          <w:sz w:val="24"/>
          <w:szCs w:val="24"/>
          <w:lang w:val="cy-GB"/>
        </w:rPr>
        <w:t>r risgiau hyn, ochr yn ochr ag unrhyw ffactorau a allai effeithio ar lwyddiant y mesurau lliniaru hynny (gan gynnwys dibyniaethau allanol os yw</w:t>
      </w:r>
      <w:r w:rsidR="004812A6" w:rsidRPr="000160E0">
        <w:rPr>
          <w:rFonts w:ascii="Arial" w:hAnsi="Arial" w:cs="Arial"/>
          <w:bCs/>
          <w:sz w:val="24"/>
          <w:szCs w:val="24"/>
          <w:lang w:val="cy-GB"/>
        </w:rPr>
        <w:t>’</w:t>
      </w:r>
      <w:r w:rsidRPr="000160E0">
        <w:rPr>
          <w:rFonts w:ascii="Arial" w:hAnsi="Arial" w:cs="Arial"/>
          <w:bCs/>
          <w:sz w:val="24"/>
          <w:szCs w:val="24"/>
          <w:lang w:val="cy-GB"/>
        </w:rPr>
        <w:t xml:space="preserve">n berthnasol e.e. marchnad darparwyr, cydweithredu rhanbarthol neu gyllid) </w:t>
      </w:r>
    </w:p>
    <w:p w14:paraId="54501489" w14:textId="77777777" w:rsidR="008B4531" w:rsidRPr="0032387A" w:rsidRDefault="008B4531" w:rsidP="00931FE3">
      <w:pPr>
        <w:spacing w:after="0"/>
        <w:rPr>
          <w:rFonts w:ascii="Arial" w:hAnsi="Arial" w:cs="Arial"/>
          <w:sz w:val="24"/>
          <w:szCs w:val="24"/>
          <w:lang w:val="de-CH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67428" w:rsidRPr="0032387A" w14:paraId="64C86D2A" w14:textId="77777777" w:rsidTr="00465F43">
        <w:tc>
          <w:tcPr>
            <w:tcW w:w="8630" w:type="dxa"/>
          </w:tcPr>
          <w:p w14:paraId="70BB0DE3" w14:textId="77777777" w:rsidR="00465F43" w:rsidRPr="0032387A" w:rsidRDefault="00465F43" w:rsidP="00931FE3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</w:p>
          <w:p w14:paraId="21ABD125" w14:textId="77777777" w:rsidR="007F623D" w:rsidRPr="0032387A" w:rsidRDefault="007F623D" w:rsidP="00931FE3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</w:p>
          <w:p w14:paraId="6B64E342" w14:textId="77777777" w:rsidR="007F623D" w:rsidRPr="0032387A" w:rsidRDefault="007F623D" w:rsidP="00931FE3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</w:p>
          <w:p w14:paraId="789D07BF" w14:textId="77777777" w:rsidR="007F623D" w:rsidRPr="0032387A" w:rsidRDefault="007F623D" w:rsidP="00931FE3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</w:p>
          <w:p w14:paraId="56CF2B99" w14:textId="77777777" w:rsidR="007F623D" w:rsidRPr="0032387A" w:rsidRDefault="007F623D" w:rsidP="00931FE3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</w:p>
        </w:tc>
      </w:tr>
    </w:tbl>
    <w:p w14:paraId="5E408503" w14:textId="77777777" w:rsidR="00465F43" w:rsidRPr="0032387A" w:rsidRDefault="00465F43" w:rsidP="00931FE3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1B9BD778" w14:textId="77777777" w:rsidR="00465F43" w:rsidRPr="0032387A" w:rsidRDefault="00465F43" w:rsidP="00931FE3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5D84E907" w14:textId="77777777" w:rsidR="007F623D" w:rsidRPr="0032387A" w:rsidRDefault="007F623D" w:rsidP="00931FE3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18D08EB2" w14:textId="77777777" w:rsidR="007F623D" w:rsidRPr="0032387A" w:rsidRDefault="007F623D" w:rsidP="00931FE3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319A6D87" w14:textId="77777777" w:rsidR="007F623D" w:rsidRPr="0032387A" w:rsidRDefault="007F623D" w:rsidP="00931FE3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4C30610A" w14:textId="77777777" w:rsidR="007F623D" w:rsidRPr="0032387A" w:rsidRDefault="007F623D" w:rsidP="00931FE3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532D9A89" w14:textId="77777777" w:rsidR="007F623D" w:rsidRPr="0032387A" w:rsidRDefault="007F623D" w:rsidP="00931FE3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34B3709B" w14:textId="77777777" w:rsidR="007F623D" w:rsidRPr="0032387A" w:rsidRDefault="007F623D" w:rsidP="00931FE3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3DF9C99A" w14:textId="77777777" w:rsidR="007F623D" w:rsidRPr="0032387A" w:rsidRDefault="007F623D" w:rsidP="00931FE3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1873515C" w14:textId="77777777" w:rsidR="007F623D" w:rsidRPr="0032387A" w:rsidRDefault="007F623D" w:rsidP="00931FE3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7E05897B" w14:textId="77777777" w:rsidR="007F623D" w:rsidRPr="0032387A" w:rsidRDefault="007F623D" w:rsidP="00931FE3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250312CE" w14:textId="77777777" w:rsidR="007F623D" w:rsidRPr="0032387A" w:rsidRDefault="007F623D" w:rsidP="00931FE3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3365D992" w14:textId="77777777" w:rsidR="007F623D" w:rsidRPr="0032387A" w:rsidRDefault="007F623D" w:rsidP="00931FE3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26CDD4F8" w14:textId="77777777" w:rsidR="008F05C4" w:rsidRPr="0032387A" w:rsidRDefault="008F05C4" w:rsidP="00931FE3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7D302411" w14:textId="77777777" w:rsidR="008F05C4" w:rsidRPr="0032387A" w:rsidRDefault="008F05C4" w:rsidP="00931FE3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71C0E5C6" w14:textId="77777777" w:rsidR="008F05C4" w:rsidRPr="0032387A" w:rsidRDefault="008F05C4" w:rsidP="00931FE3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610CF0CA" w14:textId="77777777" w:rsidR="008F05C4" w:rsidRPr="0032387A" w:rsidRDefault="008F05C4" w:rsidP="00931FE3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14107AA6" w14:textId="77777777" w:rsidR="008F05C4" w:rsidRPr="0032387A" w:rsidRDefault="008F05C4" w:rsidP="00931FE3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7B1CB6A7" w14:textId="47417DA9" w:rsidR="0061495A" w:rsidRDefault="0050288A" w:rsidP="0027439D">
      <w:pPr>
        <w:pStyle w:val="Heading2"/>
        <w:rPr>
          <w:rFonts w:ascii="Arial" w:hAnsi="Arial" w:cs="Arial"/>
          <w:color w:val="auto"/>
          <w:lang w:val="cy-GB"/>
        </w:rPr>
      </w:pPr>
      <w:r w:rsidRPr="004C4328">
        <w:rPr>
          <w:rFonts w:ascii="Arial" w:hAnsi="Arial" w:cs="Arial"/>
          <w:color w:val="auto"/>
          <w:lang w:val="cy-GB"/>
        </w:rPr>
        <w:lastRenderedPageBreak/>
        <w:t>Adran 6 – Cynlluniau digonolrwydd yn y dyfodol – dysgu a gwelliant parhaus</w:t>
      </w:r>
    </w:p>
    <w:p w14:paraId="334A76F8" w14:textId="77777777" w:rsidR="0027439D" w:rsidRPr="0027439D" w:rsidRDefault="0027439D" w:rsidP="0027439D">
      <w:pPr>
        <w:rPr>
          <w:lang w:val="cy-GB"/>
        </w:rPr>
      </w:pPr>
    </w:p>
    <w:p w14:paraId="0D60AFD8" w14:textId="59DE8626" w:rsidR="00931FE3" w:rsidRPr="0032387A" w:rsidRDefault="0050288A" w:rsidP="00931FE3">
      <w:pPr>
        <w:spacing w:after="0"/>
        <w:rPr>
          <w:rFonts w:ascii="Arial" w:hAnsi="Arial" w:cs="Arial"/>
          <w:sz w:val="24"/>
          <w:szCs w:val="24"/>
          <w:lang w:val="de-CH"/>
        </w:rPr>
      </w:pPr>
      <w:r w:rsidRPr="000160E0">
        <w:rPr>
          <w:rFonts w:ascii="Arial" w:hAnsi="Arial" w:cs="Arial"/>
          <w:sz w:val="24"/>
          <w:szCs w:val="24"/>
          <w:lang w:val="cy-GB"/>
        </w:rPr>
        <w:t>Nodwch sut y bydd dysgu o baratoi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cynllun presennol yn llywio fersiynau o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>r cynllun yn y dyfodol, gan gynnwys bylchau mewn data a sut y bydd y rhain yn cael eu datrys, gwelliannau i ansawdd data, ymgysylltu â phartneriaid a gweithgar</w:t>
      </w:r>
      <w:r w:rsidR="0044774A" w:rsidRPr="000160E0">
        <w:rPr>
          <w:rFonts w:ascii="Arial" w:hAnsi="Arial" w:cs="Arial"/>
          <w:sz w:val="24"/>
          <w:szCs w:val="24"/>
          <w:lang w:val="cy-GB"/>
        </w:rPr>
        <w:t>edd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 datblygu</w:t>
      </w:r>
      <w:r w:rsidR="004812A6" w:rsidRPr="000160E0">
        <w:rPr>
          <w:rFonts w:ascii="Arial" w:hAnsi="Arial" w:cs="Arial"/>
          <w:sz w:val="24"/>
          <w:szCs w:val="24"/>
          <w:lang w:val="cy-GB"/>
        </w:rPr>
        <w:t>’</w:t>
      </w:r>
      <w:r w:rsidRPr="000160E0">
        <w:rPr>
          <w:rFonts w:ascii="Arial" w:hAnsi="Arial" w:cs="Arial"/>
          <w:sz w:val="24"/>
          <w:szCs w:val="24"/>
          <w:lang w:val="cy-GB"/>
        </w:rPr>
        <w:t xml:space="preserve">r farchnad. </w:t>
      </w:r>
    </w:p>
    <w:p w14:paraId="41C25889" w14:textId="77777777" w:rsidR="0061495A" w:rsidRPr="0032387A" w:rsidRDefault="0061495A" w:rsidP="004B3159">
      <w:pPr>
        <w:spacing w:after="0"/>
        <w:rPr>
          <w:rFonts w:ascii="Arial" w:hAnsi="Arial" w:cs="Arial"/>
          <w:sz w:val="24"/>
          <w:szCs w:val="24"/>
          <w:lang w:val="de-CH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267428" w:rsidRPr="0032387A" w14:paraId="08394097" w14:textId="77777777" w:rsidTr="003966AF">
        <w:trPr>
          <w:trHeight w:val="5460"/>
        </w:trPr>
        <w:tc>
          <w:tcPr>
            <w:tcW w:w="8630" w:type="dxa"/>
          </w:tcPr>
          <w:p w14:paraId="453C07EC" w14:textId="6D6C5267" w:rsidR="00D933F9" w:rsidRPr="0032387A" w:rsidRDefault="0050288A" w:rsidP="0061495A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Mae angen cynnwys crynodeb ysgrifenedig o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cyfyngiadau data sy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n cael eu rhagweld </w:t>
            </w:r>
            <w:r w:rsidR="0044774A" w:rsidRPr="000160E0">
              <w:rPr>
                <w:rFonts w:ascii="Arial" w:hAnsi="Arial" w:cs="Arial"/>
                <w:sz w:val="24"/>
                <w:szCs w:val="24"/>
                <w:lang w:val="cy-GB"/>
              </w:rPr>
              <w:t>ar gyfer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 y flwyddyn ariannol y mae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cynllun digonolrwydd blynyddol yn ymwneud â hi, a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camau a fydd yn cael eu cymryd i wella ansawdd data yn ystod y flwyddyn ariannol honno.</w:t>
            </w:r>
          </w:p>
          <w:p w14:paraId="626DA5C4" w14:textId="77777777" w:rsidR="00D933F9" w:rsidRPr="0032387A" w:rsidRDefault="00D933F9" w:rsidP="0061495A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</w:p>
          <w:p w14:paraId="6438490A" w14:textId="77777777" w:rsidR="00D933F9" w:rsidRPr="0032387A" w:rsidRDefault="00D933F9" w:rsidP="0061495A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</w:p>
          <w:p w14:paraId="52C78B8E" w14:textId="6E1489E6" w:rsidR="0061495A" w:rsidRPr="0032387A" w:rsidRDefault="0050288A" w:rsidP="0061495A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Wrth ymateb i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r cwestiwn hwn, efallai yr hoffech ystyried y canlynol: </w:t>
            </w:r>
          </w:p>
          <w:p w14:paraId="4C419662" w14:textId="77777777" w:rsidR="0061495A" w:rsidRPr="0032387A" w:rsidRDefault="0061495A" w:rsidP="0061495A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</w:p>
          <w:p w14:paraId="0B33189A" w14:textId="507FC7E3" w:rsidR="0061495A" w:rsidRPr="0032387A" w:rsidRDefault="0050288A" w:rsidP="0061495A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Tymor hir: Nodwch sut y bydd dysgu o</w:t>
            </w:r>
            <w:r w:rsidR="004812A6" w:rsidRPr="000160E0">
              <w:rPr>
                <w:rFonts w:ascii="Arial" w:hAnsi="Arial" w:cs="Arial"/>
                <w:sz w:val="24"/>
                <w:szCs w:val="24"/>
                <w:lang w:val="cy-GB"/>
              </w:rPr>
              <w:t>’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r cynllun hwn yn llywio cynlluniau digonolrwydd blynyddol yn y dyfodol.</w:t>
            </w:r>
          </w:p>
          <w:p w14:paraId="6929EB6A" w14:textId="77777777" w:rsidR="0061495A" w:rsidRPr="0032387A" w:rsidRDefault="0061495A" w:rsidP="004B3159">
            <w:pPr>
              <w:rPr>
                <w:rFonts w:ascii="Arial" w:hAnsi="Arial" w:cs="Arial"/>
                <w:sz w:val="24"/>
                <w:szCs w:val="24"/>
                <w:lang w:val="de-CH"/>
              </w:rPr>
            </w:pPr>
          </w:p>
        </w:tc>
      </w:tr>
    </w:tbl>
    <w:p w14:paraId="3C435531" w14:textId="77777777" w:rsidR="0061495A" w:rsidRPr="0032387A" w:rsidRDefault="0061495A" w:rsidP="004B3159">
      <w:pPr>
        <w:spacing w:after="0"/>
        <w:rPr>
          <w:rFonts w:ascii="Arial" w:hAnsi="Arial" w:cs="Arial"/>
          <w:sz w:val="24"/>
          <w:szCs w:val="24"/>
          <w:lang w:val="de-CH"/>
        </w:rPr>
      </w:pPr>
    </w:p>
    <w:p w14:paraId="43A7685F" w14:textId="77777777" w:rsidR="00E95F92" w:rsidRPr="0032387A" w:rsidRDefault="00E95F92" w:rsidP="004B3159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2F3A4AFB" w14:textId="77777777" w:rsidR="00E95F92" w:rsidRPr="0032387A" w:rsidRDefault="00E95F92" w:rsidP="004B3159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3987FA0A" w14:textId="77777777" w:rsidR="00E95F92" w:rsidRPr="0032387A" w:rsidRDefault="00E95F92" w:rsidP="004B3159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7F82E563" w14:textId="77777777" w:rsidR="00E95F92" w:rsidRPr="0032387A" w:rsidRDefault="00E95F92" w:rsidP="004B3159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2B0F9ED8" w14:textId="77777777" w:rsidR="00E95F92" w:rsidRPr="0032387A" w:rsidRDefault="00E95F92" w:rsidP="004B3159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48C1FB43" w14:textId="77777777" w:rsidR="00E95F92" w:rsidRPr="0032387A" w:rsidRDefault="00E95F92" w:rsidP="004B3159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4D5090C6" w14:textId="77777777" w:rsidR="00E95F92" w:rsidRPr="0032387A" w:rsidRDefault="00E95F92" w:rsidP="004B3159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0A0F947C" w14:textId="77777777" w:rsidR="00E95F92" w:rsidRPr="0032387A" w:rsidRDefault="00E95F92" w:rsidP="004B3159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2A59487B" w14:textId="77777777" w:rsidR="00E95F92" w:rsidRPr="0032387A" w:rsidRDefault="00E95F92" w:rsidP="004B3159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77E6ADB2" w14:textId="77777777" w:rsidR="00E95F92" w:rsidRPr="0032387A" w:rsidRDefault="00E95F92" w:rsidP="004B3159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0CCCDCD7" w14:textId="77777777" w:rsidR="00E95F92" w:rsidRPr="0032387A" w:rsidRDefault="00E95F92" w:rsidP="004B3159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48C4E32B" w14:textId="77777777" w:rsidR="00E95F92" w:rsidRPr="0032387A" w:rsidRDefault="00E95F92" w:rsidP="004B3159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783CFC34" w14:textId="77777777" w:rsidR="00E95F92" w:rsidRPr="0032387A" w:rsidRDefault="00E95F92" w:rsidP="004B3159">
      <w:pPr>
        <w:spacing w:after="0"/>
        <w:rPr>
          <w:rFonts w:ascii="Arial" w:hAnsi="Arial" w:cs="Arial"/>
          <w:b/>
          <w:bCs/>
          <w:sz w:val="24"/>
          <w:szCs w:val="24"/>
          <w:lang w:val="de-CH"/>
        </w:rPr>
      </w:pPr>
    </w:p>
    <w:p w14:paraId="75A281A9" w14:textId="77777777" w:rsidR="004812A6" w:rsidRPr="004C4328" w:rsidRDefault="004812A6" w:rsidP="004C4328">
      <w:pPr>
        <w:pStyle w:val="Heading2"/>
        <w:rPr>
          <w:rFonts w:ascii="Arial" w:hAnsi="Arial" w:cs="Arial"/>
          <w:color w:val="auto"/>
          <w:lang w:val="de-CH"/>
        </w:rPr>
      </w:pPr>
      <w:r w:rsidRPr="004C4328">
        <w:rPr>
          <w:rFonts w:ascii="Arial" w:hAnsi="Arial" w:cs="Arial"/>
          <w:color w:val="auto"/>
          <w:lang w:val="cy-GB"/>
        </w:rPr>
        <w:lastRenderedPageBreak/>
        <w:t>Adran 7 – cynllun digonolrwydd 2027/28 – cydweddu â chynlluniau mewnol ac allanol eraill</w:t>
      </w:r>
    </w:p>
    <w:p w14:paraId="765531F1" w14:textId="74F7F3FE" w:rsidR="004812A6" w:rsidRPr="0032387A" w:rsidRDefault="004812A6" w:rsidP="00A533BE">
      <w:pPr>
        <w:rPr>
          <w:rFonts w:ascii="Arial" w:hAnsi="Arial"/>
          <w:sz w:val="24"/>
          <w:lang w:val="de-CH"/>
        </w:rPr>
      </w:pPr>
      <w:r w:rsidRPr="000160E0">
        <w:rPr>
          <w:rFonts w:ascii="Arial" w:hAnsi="Arial" w:cs="Times New Roman"/>
          <w:sz w:val="24"/>
          <w:lang w:val="cy-GB"/>
        </w:rPr>
        <w:t>Nodwch sut mae’r cynllun digonolrwydd blynyddol hwn yn cydweddu â chynlluniau mewnol ac allanol eraill yr awdurdod lleol.</w:t>
      </w:r>
    </w:p>
    <w:p w14:paraId="3D69ED00" w14:textId="444307EE" w:rsidR="004812A6" w:rsidRPr="0032387A" w:rsidRDefault="004812A6" w:rsidP="00A533BE">
      <w:pPr>
        <w:rPr>
          <w:rFonts w:ascii="Arial" w:hAnsi="Arial"/>
          <w:sz w:val="24"/>
          <w:lang w:val="de-CH"/>
        </w:rPr>
      </w:pPr>
      <w:r w:rsidRPr="000160E0">
        <w:rPr>
          <w:rFonts w:ascii="Arial" w:hAnsi="Arial"/>
          <w:sz w:val="24"/>
          <w:lang w:val="cy-GB"/>
        </w:rPr>
        <w:t xml:space="preserve">Wrth ymateb i’r cwestiwn hwn, efallai yr hoffech ystyried y canlynol: </w:t>
      </w:r>
    </w:p>
    <w:p w14:paraId="23B5FBFB" w14:textId="7DE7E575" w:rsidR="004812A6" w:rsidRPr="0032387A" w:rsidRDefault="004812A6" w:rsidP="004812A6">
      <w:pPr>
        <w:numPr>
          <w:ilvl w:val="0"/>
          <w:numId w:val="41"/>
        </w:numPr>
        <w:rPr>
          <w:rFonts w:ascii="Arial" w:hAnsi="Arial"/>
          <w:sz w:val="24"/>
          <w:lang w:val="de-CH"/>
        </w:rPr>
      </w:pPr>
      <w:r w:rsidRPr="000160E0">
        <w:rPr>
          <w:rFonts w:ascii="Arial" w:hAnsi="Arial"/>
          <w:sz w:val="24"/>
          <w:lang w:val="cy-GB"/>
        </w:rPr>
        <w:t>Integreiddio: Esboniwch yn glir sut mae’r cynllun digonolrwydd hwn yn ategu ac yn llywio strategaethau eraill.</w:t>
      </w:r>
    </w:p>
    <w:p w14:paraId="1790A401" w14:textId="037E01EC" w:rsidR="004812A6" w:rsidRPr="000160E0" w:rsidRDefault="004812A6" w:rsidP="004812A6">
      <w:pPr>
        <w:numPr>
          <w:ilvl w:val="0"/>
          <w:numId w:val="41"/>
        </w:numPr>
        <w:rPr>
          <w:rFonts w:ascii="Arial" w:hAnsi="Arial"/>
          <w:sz w:val="24"/>
        </w:rPr>
      </w:pPr>
      <w:r w:rsidRPr="000160E0">
        <w:rPr>
          <w:rFonts w:ascii="Arial" w:hAnsi="Arial"/>
          <w:sz w:val="24"/>
          <w:lang w:val="cy-GB"/>
        </w:rPr>
        <w:t>Cydweithredu: Nodwch amcanion cyffredin gyda phartneriaid.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976"/>
        <w:gridCol w:w="2172"/>
      </w:tblGrid>
      <w:tr w:rsidR="004812A6" w:rsidRPr="000160E0" w14:paraId="05FDFCB5" w14:textId="77777777" w:rsidTr="004812A6">
        <w:tc>
          <w:tcPr>
            <w:tcW w:w="3256" w:type="dxa"/>
            <w:shd w:val="clear" w:color="auto" w:fill="F2F2F2" w:themeFill="background1" w:themeFillShade="F2"/>
          </w:tcPr>
          <w:p w14:paraId="57640878" w14:textId="77777777" w:rsidR="004812A6" w:rsidRPr="004C4328" w:rsidRDefault="004812A6" w:rsidP="004C4328">
            <w:pPr>
              <w:pStyle w:val="Heading3"/>
              <w:jc w:val="center"/>
              <w:rPr>
                <w:rFonts w:ascii="Arial" w:hAnsi="Arial" w:cs="Arial"/>
              </w:rPr>
            </w:pPr>
            <w:r w:rsidRPr="004C4328">
              <w:rPr>
                <w:rFonts w:ascii="Arial" w:hAnsi="Arial" w:cs="Arial"/>
                <w:color w:val="auto"/>
                <w:lang w:val="cy-GB"/>
              </w:rPr>
              <w:t>Cynllun/Strategaeth</w:t>
            </w:r>
          </w:p>
        </w:tc>
        <w:tc>
          <w:tcPr>
            <w:tcW w:w="2976" w:type="dxa"/>
            <w:shd w:val="clear" w:color="auto" w:fill="F2F2F2" w:themeFill="background1" w:themeFillShade="F2"/>
          </w:tcPr>
          <w:p w14:paraId="33A5B9B0" w14:textId="77777777" w:rsidR="004812A6" w:rsidRPr="004C4328" w:rsidRDefault="004812A6" w:rsidP="004C4328">
            <w:pPr>
              <w:pStyle w:val="Heading3"/>
              <w:jc w:val="center"/>
              <w:rPr>
                <w:rFonts w:ascii="Arial" w:hAnsi="Arial" w:cs="Arial"/>
              </w:rPr>
            </w:pPr>
            <w:r w:rsidRPr="004C4328">
              <w:rPr>
                <w:rFonts w:ascii="Arial" w:hAnsi="Arial" w:cs="Arial"/>
                <w:color w:val="auto"/>
                <w:lang w:val="cy-GB"/>
              </w:rPr>
              <w:t>Dolen (URL gwefan os yn bosibl)</w:t>
            </w:r>
          </w:p>
        </w:tc>
        <w:tc>
          <w:tcPr>
            <w:tcW w:w="2172" w:type="dxa"/>
            <w:shd w:val="clear" w:color="auto" w:fill="F2F2F2" w:themeFill="background1" w:themeFillShade="F2"/>
          </w:tcPr>
          <w:p w14:paraId="77D16376" w14:textId="7B5D39A5" w:rsidR="004812A6" w:rsidRPr="004C4328" w:rsidRDefault="004812A6" w:rsidP="004C4328">
            <w:pPr>
              <w:pStyle w:val="Heading3"/>
              <w:jc w:val="center"/>
              <w:rPr>
                <w:rFonts w:ascii="Arial" w:hAnsi="Arial" w:cs="Arial"/>
                <w:color w:val="auto"/>
              </w:rPr>
            </w:pPr>
            <w:r w:rsidRPr="004C4328">
              <w:rPr>
                <w:rFonts w:ascii="Arial" w:hAnsi="Arial" w:cs="Arial"/>
                <w:color w:val="auto"/>
                <w:lang w:val="cy-GB"/>
              </w:rPr>
              <w:t>Sut mae’r cynlluniau’n cydweddu (crynodeb byr)</w:t>
            </w:r>
          </w:p>
          <w:p w14:paraId="36E18D7E" w14:textId="77777777" w:rsidR="004812A6" w:rsidRPr="000160E0" w:rsidRDefault="004812A6" w:rsidP="00A533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12A6" w:rsidRPr="000160E0" w14:paraId="023B5A25" w14:textId="77777777" w:rsidTr="004812A6">
        <w:tc>
          <w:tcPr>
            <w:tcW w:w="3256" w:type="dxa"/>
          </w:tcPr>
          <w:p w14:paraId="1FA93156" w14:textId="141C65AC" w:rsidR="004812A6" w:rsidRPr="000160E0" w:rsidRDefault="004812A6" w:rsidP="004812A6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Strategaeth Comisiynu Lleoliadau (Mewnol) </w:t>
            </w:r>
          </w:p>
        </w:tc>
        <w:tc>
          <w:tcPr>
            <w:tcW w:w="2976" w:type="dxa"/>
          </w:tcPr>
          <w:p w14:paraId="38D680A4" w14:textId="77777777" w:rsidR="004812A6" w:rsidRPr="000160E0" w:rsidRDefault="004812A6" w:rsidP="00A533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2" w:type="dxa"/>
          </w:tcPr>
          <w:p w14:paraId="1811E999" w14:textId="77777777" w:rsidR="004812A6" w:rsidRPr="000160E0" w:rsidRDefault="004812A6" w:rsidP="00A533B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12A6" w:rsidRPr="000160E0" w14:paraId="6C5FDC40" w14:textId="77777777" w:rsidTr="004812A6">
        <w:tc>
          <w:tcPr>
            <w:tcW w:w="3256" w:type="dxa"/>
          </w:tcPr>
          <w:p w14:paraId="5AFF7C5A" w14:textId="20752E09" w:rsidR="004812A6" w:rsidRPr="000160E0" w:rsidRDefault="004812A6" w:rsidP="004812A6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Adroddiad ar Sefydlogrwydd y Farchnad (Allanol) </w:t>
            </w:r>
          </w:p>
        </w:tc>
        <w:tc>
          <w:tcPr>
            <w:tcW w:w="2976" w:type="dxa"/>
          </w:tcPr>
          <w:p w14:paraId="16525F3E" w14:textId="77777777" w:rsidR="004812A6" w:rsidRPr="000160E0" w:rsidRDefault="004812A6" w:rsidP="00A533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2" w:type="dxa"/>
          </w:tcPr>
          <w:p w14:paraId="711C7921" w14:textId="77777777" w:rsidR="004812A6" w:rsidRPr="000160E0" w:rsidRDefault="004812A6" w:rsidP="00A533B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12A6" w:rsidRPr="000160E0" w14:paraId="73D5F899" w14:textId="77777777" w:rsidTr="004812A6">
        <w:tc>
          <w:tcPr>
            <w:tcW w:w="3256" w:type="dxa"/>
          </w:tcPr>
          <w:p w14:paraId="4939BB41" w14:textId="4A73CBBD" w:rsidR="004812A6" w:rsidRPr="000160E0" w:rsidRDefault="004812A6" w:rsidP="004812A6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Arall (Rhanbarthol), e.e. asesiad o anghenion y boblogaeth, cynllun ardal, asesiad llesiant, cynllun llesiant (Allanol) </w:t>
            </w:r>
          </w:p>
        </w:tc>
        <w:tc>
          <w:tcPr>
            <w:tcW w:w="2976" w:type="dxa"/>
          </w:tcPr>
          <w:p w14:paraId="46D193B7" w14:textId="77777777" w:rsidR="004812A6" w:rsidRPr="000160E0" w:rsidRDefault="004812A6" w:rsidP="00A533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2" w:type="dxa"/>
          </w:tcPr>
          <w:p w14:paraId="711CAAEB" w14:textId="77777777" w:rsidR="004812A6" w:rsidRPr="000160E0" w:rsidRDefault="004812A6" w:rsidP="00A533B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12A6" w:rsidRPr="000160E0" w14:paraId="2C062F15" w14:textId="77777777" w:rsidTr="004812A6">
        <w:trPr>
          <w:trHeight w:val="3873"/>
        </w:trPr>
        <w:tc>
          <w:tcPr>
            <w:tcW w:w="3256" w:type="dxa"/>
          </w:tcPr>
          <w:p w14:paraId="72AEEFE7" w14:textId="77777777" w:rsidR="004812A6" w:rsidRPr="000160E0" w:rsidRDefault="004812A6" w:rsidP="00A533BE">
            <w:pPr>
              <w:rPr>
                <w:rFonts w:ascii="Arial" w:hAnsi="Arial" w:cs="Arial"/>
                <w:sz w:val="24"/>
                <w:szCs w:val="24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Arall (Lleol)</w:t>
            </w:r>
          </w:p>
        </w:tc>
        <w:tc>
          <w:tcPr>
            <w:tcW w:w="2976" w:type="dxa"/>
          </w:tcPr>
          <w:p w14:paraId="3C366788" w14:textId="77777777" w:rsidR="004812A6" w:rsidRPr="000160E0" w:rsidRDefault="004812A6" w:rsidP="00A533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2" w:type="dxa"/>
          </w:tcPr>
          <w:p w14:paraId="0E2E9491" w14:textId="77777777" w:rsidR="004812A6" w:rsidRPr="000160E0" w:rsidRDefault="004812A6" w:rsidP="00A533B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FC9A672" w14:textId="77777777" w:rsidR="00E95F92" w:rsidRPr="000160E0" w:rsidRDefault="00E95F92" w:rsidP="00D24A94">
      <w:pPr>
        <w:rPr>
          <w:rFonts w:ascii="Arial" w:hAnsi="Arial" w:cs="Arial"/>
          <w:b/>
          <w:bCs/>
          <w:sz w:val="24"/>
          <w:szCs w:val="24"/>
        </w:rPr>
      </w:pPr>
    </w:p>
    <w:p w14:paraId="64960DAB" w14:textId="77777777" w:rsidR="004812A6" w:rsidRPr="000160E0" w:rsidRDefault="004812A6">
      <w:pPr>
        <w:rPr>
          <w:rFonts w:ascii="Arial" w:hAnsi="Arial" w:cs="Arial"/>
          <w:b/>
          <w:bCs/>
          <w:sz w:val="24"/>
          <w:szCs w:val="24"/>
          <w:lang w:val="cy-GB"/>
        </w:rPr>
      </w:pPr>
      <w:r w:rsidRPr="000160E0">
        <w:rPr>
          <w:rFonts w:ascii="Arial" w:hAnsi="Arial" w:cs="Arial"/>
          <w:b/>
          <w:bCs/>
          <w:sz w:val="24"/>
          <w:szCs w:val="24"/>
          <w:lang w:val="cy-GB"/>
        </w:rPr>
        <w:br w:type="page"/>
      </w:r>
    </w:p>
    <w:p w14:paraId="40CA88E8" w14:textId="35DC6EDE" w:rsidR="00D24A94" w:rsidRPr="004C4328" w:rsidRDefault="0050288A" w:rsidP="004C4328">
      <w:pPr>
        <w:pStyle w:val="Heading2"/>
        <w:rPr>
          <w:rFonts w:ascii="Arial" w:hAnsi="Arial" w:cs="Arial"/>
          <w:color w:val="auto"/>
          <w:lang w:val="cy-GB"/>
        </w:rPr>
      </w:pPr>
      <w:r w:rsidRPr="004C4328">
        <w:rPr>
          <w:rFonts w:ascii="Arial" w:hAnsi="Arial" w:cs="Arial"/>
          <w:color w:val="auto"/>
          <w:lang w:val="cy-GB"/>
        </w:rPr>
        <w:lastRenderedPageBreak/>
        <w:t>Adran 8 – Cymeradwyo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4812A6" w:rsidRPr="0032387A" w14:paraId="0D7891EA" w14:textId="77777777" w:rsidTr="00A533BE">
        <w:tc>
          <w:tcPr>
            <w:tcW w:w="8630" w:type="dxa"/>
          </w:tcPr>
          <w:p w14:paraId="4FC34A07" w14:textId="0A843B08" w:rsidR="004812A6" w:rsidRPr="0032387A" w:rsidRDefault="004812A6" w:rsidP="00A533BE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 xml:space="preserve">Rwy’n cadarnhau fy mod yn cytuno â’r datganiad canlynol. (Dilëwch y datganiad </w:t>
            </w: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amherthnasol</w:t>
            </w:r>
            <w:r w:rsidRPr="000160E0">
              <w:rPr>
                <w:rFonts w:ascii="Arial" w:hAnsi="Arial" w:cs="Arial"/>
                <w:sz w:val="24"/>
                <w:szCs w:val="24"/>
                <w:lang w:val="cy-GB"/>
              </w:rPr>
              <w:t>):</w:t>
            </w:r>
          </w:p>
          <w:p w14:paraId="777EB0F5" w14:textId="77777777" w:rsidR="007B796A" w:rsidRPr="0040235A" w:rsidRDefault="007B796A" w:rsidP="002D0906">
            <w:pPr>
              <w:rPr>
                <w:rFonts w:ascii="Arial" w:hAnsi="Arial" w:cs="Arial"/>
                <w:sz w:val="24"/>
                <w:szCs w:val="24"/>
              </w:rPr>
            </w:pPr>
          </w:p>
          <w:p w14:paraId="60A81A66" w14:textId="4BD62001" w:rsidR="0040235A" w:rsidRDefault="0040235A" w:rsidP="004023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235A">
              <w:rPr>
                <w:rFonts w:ascii="Arial" w:hAnsi="Arial" w:cs="Arial"/>
                <w:sz w:val="24"/>
                <w:szCs w:val="24"/>
                <w:lang w:val="cy-GB"/>
              </w:rPr>
              <w:t xml:space="preserve">“Gan ystyried y camau rhesymol y mae’r awdurdod lleol yn bwriadu eu cymryd, mae’r awdurdod lleol hwn yn rhagweld </w:t>
            </w:r>
            <w:r w:rsidR="0011267C" w:rsidRPr="0011267C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y bydd</w:t>
            </w:r>
            <w:r w:rsidR="0011267C">
              <w:rPr>
                <w:rFonts w:ascii="Arial" w:hAnsi="Arial" w:cs="Arial"/>
                <w:sz w:val="24"/>
                <w:szCs w:val="24"/>
                <w:lang w:val="cy-GB"/>
              </w:rPr>
              <w:t xml:space="preserve"> yn gallu</w:t>
            </w:r>
            <w:r w:rsidRPr="0040235A">
              <w:rPr>
                <w:rFonts w:ascii="Arial" w:hAnsi="Arial" w:cs="Arial"/>
                <w:sz w:val="24"/>
                <w:szCs w:val="24"/>
                <w:lang w:val="cy-GB"/>
              </w:rPr>
              <w:t xml:space="preserve"> sicrhau llety digonol, o fewn ei ardal neu’n agos ati, i ddiwallu anghenion ei blant sy’n derbyn gofal yn ystod y flwyddyn ariannol y mae’r cynllun yn ymwneud â hi.”</w:t>
            </w:r>
          </w:p>
          <w:p w14:paraId="3643A07D" w14:textId="77777777" w:rsidR="0040235A" w:rsidRPr="0040235A" w:rsidRDefault="0040235A" w:rsidP="004023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2C09A5AE" w14:textId="77777777" w:rsidR="0040235A" w:rsidRPr="0040235A" w:rsidRDefault="0040235A" w:rsidP="004023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235A">
              <w:rPr>
                <w:rFonts w:ascii="Arial" w:hAnsi="Arial" w:cs="Arial"/>
                <w:sz w:val="24"/>
                <w:szCs w:val="24"/>
                <w:lang w:val="cy-GB"/>
              </w:rPr>
              <w:t xml:space="preserve">“Gan ystyried y camau rhesymol y mae’r awdurdod lleol yn bwriadu eu cymryd, mae’r awdurdod lleol hwn yn rhagweld </w:t>
            </w:r>
            <w:r w:rsidRPr="00D231E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na fydd</w:t>
            </w:r>
            <w:r w:rsidRPr="0040235A">
              <w:rPr>
                <w:rFonts w:ascii="Arial" w:hAnsi="Arial" w:cs="Arial"/>
                <w:sz w:val="24"/>
                <w:szCs w:val="24"/>
                <w:lang w:val="cy-GB"/>
              </w:rPr>
              <w:t xml:space="preserve"> yn gallu sicrhau llety digonol, o fewn ei ardal neu’n agos ati, i ddiwallu anghenion ei blant sy’n derbyn gofal yn ystod y flwyddyn ariannol y mae’r cynllun yn ymwneud â hi.”</w:t>
            </w:r>
          </w:p>
          <w:p w14:paraId="08A50358" w14:textId="77777777" w:rsidR="007B796A" w:rsidRPr="0040235A" w:rsidRDefault="007B796A" w:rsidP="002D0906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2F2A868D" w14:textId="77777777" w:rsidR="004812A6" w:rsidRPr="0040235A" w:rsidRDefault="004812A6" w:rsidP="00A533BE">
            <w:pPr>
              <w:rPr>
                <w:rFonts w:ascii="Arial" w:hAnsi="Arial"/>
                <w:sz w:val="24"/>
                <w:lang w:val="cy-GB"/>
              </w:rPr>
            </w:pPr>
          </w:p>
        </w:tc>
      </w:tr>
    </w:tbl>
    <w:p w14:paraId="65826472" w14:textId="77777777" w:rsidR="004812A6" w:rsidRPr="0032387A" w:rsidRDefault="004812A6" w:rsidP="004812A6">
      <w:pPr>
        <w:rPr>
          <w:rFonts w:ascii="Arial" w:hAnsi="Arial" w:cs="Arial"/>
          <w:sz w:val="24"/>
          <w:szCs w:val="24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4812A6" w:rsidRPr="0032387A" w14:paraId="27BF8BF0" w14:textId="77777777" w:rsidTr="00A533BE">
        <w:tc>
          <w:tcPr>
            <w:tcW w:w="8630" w:type="dxa"/>
          </w:tcPr>
          <w:p w14:paraId="56544A38" w14:textId="37ED587D" w:rsidR="004812A6" w:rsidRPr="0032387A" w:rsidRDefault="004812A6" w:rsidP="00A533BE">
            <w:pP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Nodwch yn fyr y rhesymeg </w:t>
            </w:r>
            <w:r w:rsidR="00E57BA8"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sydd </w:t>
            </w: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wrth wraidd eich asesiad</w:t>
            </w:r>
          </w:p>
          <w:p w14:paraId="7AB03A41" w14:textId="77777777" w:rsidR="004812A6" w:rsidRPr="0032387A" w:rsidRDefault="004812A6" w:rsidP="00A533BE">
            <w:pP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</w:p>
          <w:p w14:paraId="55B7CFBD" w14:textId="77777777" w:rsidR="004812A6" w:rsidRPr="0032387A" w:rsidRDefault="004812A6" w:rsidP="00A533BE">
            <w:pP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</w:t>
            </w:r>
          </w:p>
          <w:p w14:paraId="07A976E1" w14:textId="77777777" w:rsidR="004812A6" w:rsidRPr="0032387A" w:rsidRDefault="004812A6" w:rsidP="00A533BE">
            <w:pP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</w:p>
          <w:p w14:paraId="0B425AD3" w14:textId="77777777" w:rsidR="004812A6" w:rsidRPr="0032387A" w:rsidRDefault="004812A6" w:rsidP="00A533BE">
            <w:pP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</w:p>
          <w:p w14:paraId="0BA31644" w14:textId="77777777" w:rsidR="004812A6" w:rsidRPr="0032387A" w:rsidRDefault="004812A6" w:rsidP="00A533BE">
            <w:pP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</w:p>
          <w:p w14:paraId="0A99D85E" w14:textId="77777777" w:rsidR="004812A6" w:rsidRPr="0032387A" w:rsidRDefault="004812A6" w:rsidP="00A533BE">
            <w:pP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</w:p>
          <w:p w14:paraId="4B0E4153" w14:textId="77777777" w:rsidR="004812A6" w:rsidRPr="0032387A" w:rsidRDefault="004812A6" w:rsidP="00A533BE">
            <w:pP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</w:p>
          <w:p w14:paraId="7CECE950" w14:textId="77777777" w:rsidR="004812A6" w:rsidRPr="0032387A" w:rsidRDefault="004812A6" w:rsidP="00A533BE">
            <w:pP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</w:p>
        </w:tc>
      </w:tr>
    </w:tbl>
    <w:p w14:paraId="7A6842FC" w14:textId="77777777" w:rsidR="004812A6" w:rsidRPr="0032387A" w:rsidRDefault="004812A6" w:rsidP="004812A6">
      <w:pPr>
        <w:rPr>
          <w:rFonts w:ascii="Arial" w:hAnsi="Arial" w:cs="Arial"/>
          <w:sz w:val="24"/>
          <w:szCs w:val="24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4812A6" w14:paraId="75A443A3" w14:textId="77777777" w:rsidTr="004812A6">
        <w:trPr>
          <w:trHeight w:val="6051"/>
        </w:trPr>
        <w:tc>
          <w:tcPr>
            <w:tcW w:w="8630" w:type="dxa"/>
          </w:tcPr>
          <w:p w14:paraId="0CDEC4B9" w14:textId="77777777" w:rsidR="004812A6" w:rsidRPr="000160E0" w:rsidRDefault="004812A6" w:rsidP="00A533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60E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lastRenderedPageBreak/>
              <w:t xml:space="preserve">Llofnodwyd gan </w:t>
            </w:r>
          </w:p>
          <w:p w14:paraId="592D9465" w14:textId="77777777" w:rsidR="004812A6" w:rsidRPr="000160E0" w:rsidRDefault="004812A6" w:rsidP="00A533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4A2C075" w14:textId="77777777" w:rsidR="004812A6" w:rsidRPr="000160E0" w:rsidRDefault="00521FF7" w:rsidP="00A533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pict w14:anchorId="5B292BA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225.9pt;height:90.9pt">
                  <v:imagedata r:id="rId19" o:title=""/>
                  <o:lock v:ext="edit" verticies="t" text="t"/>
                  <o:signatureline v:ext="edit" id="{14DDEC01-B9BC-4624-AB46-0D538A6FAF94}" provid="{00000000-0000-0000-0000-000000000000}" o:suggestedsigner="Director of Social Services" allowcomments="t" issignatureline="t"/>
                </v:shape>
              </w:pict>
            </w:r>
          </w:p>
          <w:p w14:paraId="32BE1335" w14:textId="77777777" w:rsidR="004812A6" w:rsidRPr="000160E0" w:rsidRDefault="004812A6" w:rsidP="00A533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0F3B5C4" w14:textId="769768B7" w:rsidR="004812A6" w:rsidRPr="000160E0" w:rsidRDefault="004812A6" w:rsidP="00A533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60E0">
              <w:rPr>
                <w:rFonts w:ascii="Arial" w:hAnsi="Arial"/>
                <w:b/>
                <w:bCs/>
                <w:sz w:val="24"/>
                <w:lang w:val="cy-GB"/>
              </w:rPr>
              <w:t xml:space="preserve">Llofnodwyr ychwanegol </w:t>
            </w:r>
            <w:r w:rsidR="00E57BA8" w:rsidRPr="000160E0">
              <w:rPr>
                <w:rFonts w:ascii="Arial" w:hAnsi="Arial"/>
                <w:b/>
                <w:bCs/>
                <w:sz w:val="24"/>
                <w:lang w:val="cy-GB"/>
              </w:rPr>
              <w:t>opsiynol</w:t>
            </w:r>
            <w:r w:rsidRPr="000160E0">
              <w:rPr>
                <w:rFonts w:ascii="Arial" w:hAnsi="Arial"/>
                <w:b/>
                <w:bCs/>
                <w:sz w:val="24"/>
                <w:lang w:val="cy-GB"/>
              </w:rPr>
              <w:t xml:space="preserve"> (</w:t>
            </w:r>
            <w:r w:rsidR="00E57BA8" w:rsidRPr="000160E0">
              <w:rPr>
                <w:rFonts w:ascii="Arial" w:hAnsi="Arial"/>
                <w:b/>
                <w:bCs/>
                <w:sz w:val="24"/>
                <w:lang w:val="cy-GB"/>
              </w:rPr>
              <w:t>opsiynol</w:t>
            </w:r>
            <w:r w:rsidRPr="000160E0">
              <w:rPr>
                <w:rFonts w:ascii="Arial" w:hAnsi="Arial"/>
                <w:b/>
                <w:bCs/>
                <w:sz w:val="24"/>
                <w:lang w:val="cy-GB"/>
              </w:rPr>
              <w:t xml:space="preserve"> – nodwch rôl/teitl)</w:t>
            </w:r>
          </w:p>
          <w:p w14:paraId="6090EE0D" w14:textId="77777777" w:rsidR="004812A6" w:rsidRPr="000160E0" w:rsidRDefault="004812A6" w:rsidP="00A533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3095E5C" w14:textId="77777777" w:rsidR="004812A6" w:rsidRPr="000160E0" w:rsidRDefault="00521FF7" w:rsidP="00A533B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pict w14:anchorId="557D9BA2">
                <v:shape id="_x0000_i1026" type="#_x0000_t75" alt="Signature Line, Unsigned" style="width:232.5pt;height:77.1pt">
                  <v:imagedata r:id="rId20" o:title=""/>
                  <o:lock v:ext="edit" verticies="t" text="t"/>
                  <o:signatureline v:ext="edit" id="{2263B100-D356-4673-938B-9A38108B9C31}" provid="{00000000-0000-0000-0000-000000000000}" allowcomments="t" issignatureline="t"/>
                </v:shape>
              </w:pict>
            </w:r>
          </w:p>
          <w:p w14:paraId="07B99560" w14:textId="550447E6" w:rsidR="004812A6" w:rsidRPr="002A6533" w:rsidRDefault="00521FF7" w:rsidP="004812A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pict w14:anchorId="4EC8857E">
                <v:shape id="_x0000_i1027" type="#_x0000_t75" alt="Signature Line, Unsigned" style="width:237pt;height:81.9pt">
                  <v:imagedata r:id="rId20" o:title=""/>
                  <o:lock v:ext="edit" verticies="t" text="t"/>
                  <o:signatureline v:ext="edit" id="{DC1A26CF-CEBF-4C89-99C8-9EB2F7E5C784}" provid="{00000000-0000-0000-0000-000000000000}" allowcomments="t" issignatureline="t"/>
                </v:shape>
              </w:pict>
            </w:r>
          </w:p>
        </w:tc>
      </w:tr>
    </w:tbl>
    <w:p w14:paraId="02AEFB96" w14:textId="77777777" w:rsidR="004B3159" w:rsidRPr="00DE4589" w:rsidRDefault="004B3159">
      <w:pPr>
        <w:rPr>
          <w:rFonts w:ascii="Arial" w:hAnsi="Arial" w:cs="Arial"/>
          <w:sz w:val="24"/>
          <w:szCs w:val="24"/>
        </w:rPr>
      </w:pPr>
    </w:p>
    <w:sectPr w:rsidR="004B3159" w:rsidRPr="00DE4589" w:rsidSect="00AD014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304B3" w14:textId="77777777" w:rsidR="00D23735" w:rsidRDefault="00D23735">
      <w:pPr>
        <w:spacing w:after="0" w:line="240" w:lineRule="auto"/>
      </w:pPr>
      <w:r>
        <w:separator/>
      </w:r>
    </w:p>
  </w:endnote>
  <w:endnote w:type="continuationSeparator" w:id="0">
    <w:p w14:paraId="79C08365" w14:textId="77777777" w:rsidR="00D23735" w:rsidRDefault="00D23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6334990"/>
      <w:docPartObj>
        <w:docPartGallery w:val="Page Numbers (Bottom of Page)"/>
        <w:docPartUnique/>
      </w:docPartObj>
    </w:sdtPr>
    <w:sdtContent>
      <w:p w14:paraId="550D5F77" w14:textId="5D5C5F0C" w:rsidR="00E27377" w:rsidRPr="00804221" w:rsidRDefault="0050288A">
        <w:pPr>
          <w:pStyle w:val="Footer"/>
          <w:jc w:val="right"/>
        </w:pPr>
        <w:r w:rsidRPr="00804221">
          <w:fldChar w:fldCharType="begin"/>
        </w:r>
        <w:r w:rsidRPr="00804221">
          <w:instrText>PAGE   \* MERGEFORMAT</w:instrText>
        </w:r>
        <w:r w:rsidRPr="00804221">
          <w:fldChar w:fldCharType="separate"/>
        </w:r>
        <w:r w:rsidRPr="00804221">
          <w:t>2</w:t>
        </w:r>
        <w:r w:rsidRPr="00804221">
          <w:fldChar w:fldCharType="end"/>
        </w:r>
      </w:p>
    </w:sdtContent>
  </w:sdt>
  <w:p w14:paraId="6699AE31" w14:textId="77777777" w:rsidR="00E27377" w:rsidRPr="00804221" w:rsidRDefault="00E273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31EDD" w14:textId="77777777" w:rsidR="00D23735" w:rsidRDefault="00D23735">
      <w:pPr>
        <w:spacing w:after="0" w:line="240" w:lineRule="auto"/>
      </w:pPr>
      <w:r>
        <w:separator/>
      </w:r>
    </w:p>
  </w:footnote>
  <w:footnote w:type="continuationSeparator" w:id="0">
    <w:p w14:paraId="1F5C760D" w14:textId="77777777" w:rsidR="00D23735" w:rsidRDefault="00D23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A3322" w14:textId="3B688674" w:rsidR="003F58BF" w:rsidRPr="003F58BF" w:rsidRDefault="003F58BF" w:rsidP="003F58BF">
    <w:pPr>
      <w:pStyle w:val="Header"/>
      <w:rPr>
        <w:b/>
        <w:bCs/>
      </w:rPr>
    </w:pPr>
    <w:r>
      <w:rPr>
        <w:b/>
        <w:bCs/>
      </w:rPr>
      <w:t xml:space="preserve">ISBN - </w:t>
    </w:r>
    <w:r w:rsidRPr="003F58BF">
      <w:rPr>
        <w:b/>
        <w:bCs/>
      </w:rPr>
      <w:t>978-1-80853-599-4</w:t>
    </w:r>
  </w:p>
  <w:p w14:paraId="17E0D7D7" w14:textId="77777777" w:rsidR="003F58BF" w:rsidRDefault="003F58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6A8B7" w14:textId="77777777" w:rsidR="003F58BF" w:rsidRPr="003F58BF" w:rsidRDefault="003F58BF" w:rsidP="003F58BF">
    <w:pPr>
      <w:pStyle w:val="Header"/>
      <w:rPr>
        <w:rFonts w:ascii="Arial" w:hAnsi="Arial" w:cs="Arial"/>
        <w:b/>
        <w:bCs/>
      </w:rPr>
    </w:pPr>
    <w:r w:rsidRPr="003F58BF">
      <w:rPr>
        <w:rFonts w:ascii="Arial" w:hAnsi="Arial" w:cs="Arial"/>
        <w:b/>
        <w:bCs/>
      </w:rPr>
      <w:t>ISBN - 978-1-80853-599-4</w:t>
    </w:r>
  </w:p>
  <w:p w14:paraId="267E57F1" w14:textId="41633E49" w:rsidR="003F58BF" w:rsidRDefault="003F58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B5F05"/>
    <w:multiLevelType w:val="multilevel"/>
    <w:tmpl w:val="F690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3267F07"/>
    <w:multiLevelType w:val="multilevel"/>
    <w:tmpl w:val="1722D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3E81A9E"/>
    <w:multiLevelType w:val="multilevel"/>
    <w:tmpl w:val="CD98D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5C0470B"/>
    <w:multiLevelType w:val="multilevel"/>
    <w:tmpl w:val="5366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60D4900"/>
    <w:multiLevelType w:val="multilevel"/>
    <w:tmpl w:val="087A9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88912FC"/>
    <w:multiLevelType w:val="multilevel"/>
    <w:tmpl w:val="087A9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8CA4F5F"/>
    <w:multiLevelType w:val="multilevel"/>
    <w:tmpl w:val="D4DCA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37446B"/>
    <w:multiLevelType w:val="multilevel"/>
    <w:tmpl w:val="F4388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B556EDE"/>
    <w:multiLevelType w:val="multilevel"/>
    <w:tmpl w:val="1CCC1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CAE1E6E"/>
    <w:multiLevelType w:val="multilevel"/>
    <w:tmpl w:val="4BFC8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DC97F3C"/>
    <w:multiLevelType w:val="multilevel"/>
    <w:tmpl w:val="0E064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0E00723"/>
    <w:multiLevelType w:val="multilevel"/>
    <w:tmpl w:val="EBAA8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2870A60"/>
    <w:multiLevelType w:val="multilevel"/>
    <w:tmpl w:val="F6801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4110978"/>
    <w:multiLevelType w:val="multilevel"/>
    <w:tmpl w:val="C10A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5855059"/>
    <w:multiLevelType w:val="multilevel"/>
    <w:tmpl w:val="34C27D9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24" w15:restartNumberingAfterBreak="0">
    <w:nsid w:val="18D30B8C"/>
    <w:multiLevelType w:val="hybridMultilevel"/>
    <w:tmpl w:val="42C861A0"/>
    <w:lvl w:ilvl="0" w:tplc="0A40B5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B88B0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A521D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1CE7D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D2E83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C02E4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F0E3C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DA8C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C9278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5" w15:restartNumberingAfterBreak="0">
    <w:nsid w:val="1D561B85"/>
    <w:multiLevelType w:val="multilevel"/>
    <w:tmpl w:val="EE920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E590516"/>
    <w:multiLevelType w:val="multilevel"/>
    <w:tmpl w:val="B3205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0FA40B4"/>
    <w:multiLevelType w:val="hybridMultilevel"/>
    <w:tmpl w:val="DEFAA2D6"/>
    <w:lvl w:ilvl="0" w:tplc="5D808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A45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2E07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34BB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E47C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E8EB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E295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C00C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524E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1B00E7B"/>
    <w:multiLevelType w:val="multilevel"/>
    <w:tmpl w:val="5584F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3727526"/>
    <w:multiLevelType w:val="multilevel"/>
    <w:tmpl w:val="E566003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271E699C"/>
    <w:multiLevelType w:val="multilevel"/>
    <w:tmpl w:val="B2226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7C8606B"/>
    <w:multiLevelType w:val="hybridMultilevel"/>
    <w:tmpl w:val="5CA6D548"/>
    <w:lvl w:ilvl="0" w:tplc="B3007B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61D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8AC3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431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208E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24F3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7E89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4C2B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8A91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A1527A3"/>
    <w:multiLevelType w:val="hybridMultilevel"/>
    <w:tmpl w:val="8690D858"/>
    <w:lvl w:ilvl="0" w:tplc="ACA6D9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A02F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FA2B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8006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80B2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ACBD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04DF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BE99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981E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B005952"/>
    <w:multiLevelType w:val="multilevel"/>
    <w:tmpl w:val="A0A20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E5A5C29"/>
    <w:multiLevelType w:val="multilevel"/>
    <w:tmpl w:val="B2D29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F3957EF"/>
    <w:multiLevelType w:val="multilevel"/>
    <w:tmpl w:val="4CE68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FA346C8"/>
    <w:multiLevelType w:val="multilevel"/>
    <w:tmpl w:val="3B4C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0BA10F1"/>
    <w:multiLevelType w:val="multilevel"/>
    <w:tmpl w:val="087A9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46125BE"/>
    <w:multiLevelType w:val="hybridMultilevel"/>
    <w:tmpl w:val="2BB88C9C"/>
    <w:lvl w:ilvl="0" w:tplc="3656D6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B7C49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8FCA0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F0093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FCC32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95B6FB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3A004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96EE3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7FA72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9" w15:restartNumberingAfterBreak="0">
    <w:nsid w:val="363D0ED5"/>
    <w:multiLevelType w:val="multilevel"/>
    <w:tmpl w:val="44CA6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6603D38"/>
    <w:multiLevelType w:val="hybridMultilevel"/>
    <w:tmpl w:val="90021114"/>
    <w:lvl w:ilvl="0" w:tplc="70FC0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B0CDD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8C72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7011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E861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F8C1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4272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BA57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181E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8606C80"/>
    <w:multiLevelType w:val="multilevel"/>
    <w:tmpl w:val="51489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B7A76CF"/>
    <w:multiLevelType w:val="multilevel"/>
    <w:tmpl w:val="87622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BA038A4"/>
    <w:multiLevelType w:val="multilevel"/>
    <w:tmpl w:val="46582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CEA255B"/>
    <w:multiLevelType w:val="multilevel"/>
    <w:tmpl w:val="F6801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E9639C5"/>
    <w:multiLevelType w:val="multilevel"/>
    <w:tmpl w:val="0E4CCB8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2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40E95981"/>
    <w:multiLevelType w:val="hybridMultilevel"/>
    <w:tmpl w:val="E0C8D60C"/>
    <w:lvl w:ilvl="0" w:tplc="8842D1E6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1" w:tplc="E46A5C92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2" w:tplc="B0F8A410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3" w:tplc="92B222EC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4" w:tplc="33A00930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5" w:tplc="BC1AC534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6" w:tplc="D1262828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7" w:tplc="0CB849C8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8" w:tplc="E2428A4A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</w:abstractNum>
  <w:abstractNum w:abstractNumId="47" w15:restartNumberingAfterBreak="0">
    <w:nsid w:val="452A0CDC"/>
    <w:multiLevelType w:val="hybridMultilevel"/>
    <w:tmpl w:val="1692207C"/>
    <w:lvl w:ilvl="0" w:tplc="460EE8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1745A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77622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14EEA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8D484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2F033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55CA4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DFACD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84E52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8" w15:restartNumberingAfterBreak="0">
    <w:nsid w:val="455D421D"/>
    <w:multiLevelType w:val="multilevel"/>
    <w:tmpl w:val="03E60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56502DC"/>
    <w:multiLevelType w:val="multilevel"/>
    <w:tmpl w:val="26F62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64218D3"/>
    <w:multiLevelType w:val="multilevel"/>
    <w:tmpl w:val="02BE9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75F483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47B0611D"/>
    <w:multiLevelType w:val="hybridMultilevel"/>
    <w:tmpl w:val="9BFA3D66"/>
    <w:lvl w:ilvl="0" w:tplc="B10ED9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C84E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A26E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36E6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6067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E47D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9404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24D6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7A07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7FA7E09"/>
    <w:multiLevelType w:val="hybridMultilevel"/>
    <w:tmpl w:val="EE0CEFDC"/>
    <w:lvl w:ilvl="0" w:tplc="E1FC38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DDEE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0AE3A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12623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2C427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A4415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B22B6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2FCBC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C3028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4" w15:restartNumberingAfterBreak="0">
    <w:nsid w:val="498368E8"/>
    <w:multiLevelType w:val="multilevel"/>
    <w:tmpl w:val="D51AF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A3A559A"/>
    <w:multiLevelType w:val="multilevel"/>
    <w:tmpl w:val="F6801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A92040E"/>
    <w:multiLevelType w:val="multilevel"/>
    <w:tmpl w:val="67FA7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AC8238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8" w15:restartNumberingAfterBreak="0">
    <w:nsid w:val="4AD92E6A"/>
    <w:multiLevelType w:val="multilevel"/>
    <w:tmpl w:val="8794A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AE624CA"/>
    <w:multiLevelType w:val="multilevel"/>
    <w:tmpl w:val="96F0EC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Theme="minorEastAsia" w:hAnsi="Arial" w:cs="Aria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B827FF7"/>
    <w:multiLevelType w:val="multilevel"/>
    <w:tmpl w:val="087A9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CA3538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2" w15:restartNumberingAfterBreak="0">
    <w:nsid w:val="4D66776E"/>
    <w:multiLevelType w:val="multilevel"/>
    <w:tmpl w:val="13CA6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E5D07D0"/>
    <w:multiLevelType w:val="multilevel"/>
    <w:tmpl w:val="CEC01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F165328"/>
    <w:multiLevelType w:val="multilevel"/>
    <w:tmpl w:val="E0140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F24671D"/>
    <w:multiLevelType w:val="hybridMultilevel"/>
    <w:tmpl w:val="19ECC41E"/>
    <w:lvl w:ilvl="0" w:tplc="32B25E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60EE59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398FB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F74956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9B29A2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BFC99D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1C8402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916CE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E1E84F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00C303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7" w15:restartNumberingAfterBreak="0">
    <w:nsid w:val="502C6C04"/>
    <w:multiLevelType w:val="multilevel"/>
    <w:tmpl w:val="302C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2030A9D"/>
    <w:multiLevelType w:val="multilevel"/>
    <w:tmpl w:val="C8948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24F6485"/>
    <w:multiLevelType w:val="multilevel"/>
    <w:tmpl w:val="08F27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46A2DB2"/>
    <w:multiLevelType w:val="multilevel"/>
    <w:tmpl w:val="6D421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5F15769"/>
    <w:multiLevelType w:val="multilevel"/>
    <w:tmpl w:val="320C7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89513E2"/>
    <w:multiLevelType w:val="multilevel"/>
    <w:tmpl w:val="D7906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93163CD"/>
    <w:multiLevelType w:val="hybridMultilevel"/>
    <w:tmpl w:val="1826DCAC"/>
    <w:lvl w:ilvl="0" w:tplc="C6E61B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D460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BE85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0E3F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8A13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2230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6AB1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D02A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DAFC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A2B7ECF"/>
    <w:multiLevelType w:val="multilevel"/>
    <w:tmpl w:val="53FE8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C9F11FA"/>
    <w:multiLevelType w:val="multilevel"/>
    <w:tmpl w:val="B612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CC65D42"/>
    <w:multiLevelType w:val="hybridMultilevel"/>
    <w:tmpl w:val="05FE59C0"/>
    <w:lvl w:ilvl="0" w:tplc="2862A7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B6A6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66C5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D692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3E04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A843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D01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EC6D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2645D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1A11821"/>
    <w:multiLevelType w:val="multilevel"/>
    <w:tmpl w:val="C936A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3EF263A"/>
    <w:multiLevelType w:val="multilevel"/>
    <w:tmpl w:val="80C20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6FE6C84"/>
    <w:multiLevelType w:val="multilevel"/>
    <w:tmpl w:val="83643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7294B2D"/>
    <w:multiLevelType w:val="multilevel"/>
    <w:tmpl w:val="91060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8D57786"/>
    <w:multiLevelType w:val="multilevel"/>
    <w:tmpl w:val="5156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8DD3139"/>
    <w:multiLevelType w:val="multilevel"/>
    <w:tmpl w:val="1A269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8EC7E7A"/>
    <w:multiLevelType w:val="multilevel"/>
    <w:tmpl w:val="E3CA6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AD07785"/>
    <w:multiLevelType w:val="multilevel"/>
    <w:tmpl w:val="A3B4C3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5" w15:restartNumberingAfterBreak="0">
    <w:nsid w:val="6B4D4502"/>
    <w:multiLevelType w:val="multilevel"/>
    <w:tmpl w:val="3D763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B765182"/>
    <w:multiLevelType w:val="multilevel"/>
    <w:tmpl w:val="4ACE3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D52449D"/>
    <w:multiLevelType w:val="multilevel"/>
    <w:tmpl w:val="FF0AC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F321FC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9" w15:restartNumberingAfterBreak="0">
    <w:nsid w:val="73F0111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0" w15:restartNumberingAfterBreak="0">
    <w:nsid w:val="77B12662"/>
    <w:multiLevelType w:val="hybridMultilevel"/>
    <w:tmpl w:val="9432C130"/>
    <w:lvl w:ilvl="0" w:tplc="FA5891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E6DA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78AA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78EA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1464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D010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7467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B80F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706F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A862BC4"/>
    <w:multiLevelType w:val="hybridMultilevel"/>
    <w:tmpl w:val="7CAAE2EE"/>
    <w:lvl w:ilvl="0" w:tplc="D23E0D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23C56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4BEFB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A209F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6E41A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3AAB0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7F222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B38C3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4DE09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2" w15:restartNumberingAfterBreak="0">
    <w:nsid w:val="7B4133D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3" w15:restartNumberingAfterBreak="0">
    <w:nsid w:val="7B536EF6"/>
    <w:multiLevelType w:val="multilevel"/>
    <w:tmpl w:val="638EC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BF54A52"/>
    <w:multiLevelType w:val="multilevel"/>
    <w:tmpl w:val="E2F43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EA42101"/>
    <w:multiLevelType w:val="multilevel"/>
    <w:tmpl w:val="C0007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FB76FE6"/>
    <w:multiLevelType w:val="multilevel"/>
    <w:tmpl w:val="509E1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FD67715"/>
    <w:multiLevelType w:val="hybridMultilevel"/>
    <w:tmpl w:val="522252C6"/>
    <w:lvl w:ilvl="0" w:tplc="4AA2A738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1" w:tplc="858A88CC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2" w:tplc="89C4CBA2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3" w:tplc="9A3EC55E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4" w:tplc="60BCA356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5" w:tplc="8496D76E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6" w:tplc="2C145B7A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7" w:tplc="A918B086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8" w:tplc="7108A098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</w:abstractNum>
  <w:num w:numId="1" w16cid:durableId="930968339">
    <w:abstractNumId w:val="8"/>
  </w:num>
  <w:num w:numId="2" w16cid:durableId="1668899491">
    <w:abstractNumId w:val="6"/>
  </w:num>
  <w:num w:numId="3" w16cid:durableId="535311639">
    <w:abstractNumId w:val="5"/>
  </w:num>
  <w:num w:numId="4" w16cid:durableId="1648195840">
    <w:abstractNumId w:val="4"/>
  </w:num>
  <w:num w:numId="5" w16cid:durableId="537476140">
    <w:abstractNumId w:val="7"/>
  </w:num>
  <w:num w:numId="6" w16cid:durableId="794327690">
    <w:abstractNumId w:val="3"/>
  </w:num>
  <w:num w:numId="7" w16cid:durableId="236408083">
    <w:abstractNumId w:val="2"/>
  </w:num>
  <w:num w:numId="8" w16cid:durableId="208811471">
    <w:abstractNumId w:val="1"/>
  </w:num>
  <w:num w:numId="9" w16cid:durableId="1308433138">
    <w:abstractNumId w:val="0"/>
  </w:num>
  <w:num w:numId="10" w16cid:durableId="1430853523">
    <w:abstractNumId w:val="87"/>
  </w:num>
  <w:num w:numId="11" w16cid:durableId="1501920325">
    <w:abstractNumId w:val="68"/>
  </w:num>
  <w:num w:numId="12" w16cid:durableId="1110006217">
    <w:abstractNumId w:val="34"/>
  </w:num>
  <w:num w:numId="13" w16cid:durableId="1178546612">
    <w:abstractNumId w:val="25"/>
  </w:num>
  <w:num w:numId="14" w16cid:durableId="5255297">
    <w:abstractNumId w:val="78"/>
  </w:num>
  <w:num w:numId="15" w16cid:durableId="356472198">
    <w:abstractNumId w:val="30"/>
  </w:num>
  <w:num w:numId="16" w16cid:durableId="907567991">
    <w:abstractNumId w:val="80"/>
  </w:num>
  <w:num w:numId="17" w16cid:durableId="1562716895">
    <w:abstractNumId w:val="19"/>
  </w:num>
  <w:num w:numId="18" w16cid:durableId="1606696838">
    <w:abstractNumId w:val="22"/>
  </w:num>
  <w:num w:numId="19" w16cid:durableId="2081751102">
    <w:abstractNumId w:val="41"/>
  </w:num>
  <w:num w:numId="20" w16cid:durableId="225380969">
    <w:abstractNumId w:val="10"/>
  </w:num>
  <w:num w:numId="21" w16cid:durableId="1878928143">
    <w:abstractNumId w:val="26"/>
  </w:num>
  <w:num w:numId="22" w16cid:durableId="1729959863">
    <w:abstractNumId w:val="74"/>
  </w:num>
  <w:num w:numId="23" w16cid:durableId="1981038164">
    <w:abstractNumId w:val="75"/>
  </w:num>
  <w:num w:numId="24" w16cid:durableId="1827091798">
    <w:abstractNumId w:val="16"/>
  </w:num>
  <w:num w:numId="25" w16cid:durableId="1502818239">
    <w:abstractNumId w:val="18"/>
  </w:num>
  <w:num w:numId="26" w16cid:durableId="1894997494">
    <w:abstractNumId w:val="93"/>
  </w:num>
  <w:num w:numId="27" w16cid:durableId="150603008">
    <w:abstractNumId w:val="9"/>
  </w:num>
  <w:num w:numId="28" w16cid:durableId="174348500">
    <w:abstractNumId w:val="96"/>
  </w:num>
  <w:num w:numId="29" w16cid:durableId="168839790">
    <w:abstractNumId w:val="77"/>
  </w:num>
  <w:num w:numId="30" w16cid:durableId="768308241">
    <w:abstractNumId w:val="48"/>
  </w:num>
  <w:num w:numId="31" w16cid:durableId="705566653">
    <w:abstractNumId w:val="36"/>
  </w:num>
  <w:num w:numId="32" w16cid:durableId="691104455">
    <w:abstractNumId w:val="28"/>
  </w:num>
  <w:num w:numId="33" w16cid:durableId="955866441">
    <w:abstractNumId w:val="72"/>
  </w:num>
  <w:num w:numId="34" w16cid:durableId="1117412629">
    <w:abstractNumId w:val="86"/>
  </w:num>
  <w:num w:numId="35" w16cid:durableId="521632046">
    <w:abstractNumId w:val="79"/>
  </w:num>
  <w:num w:numId="36" w16cid:durableId="1575167590">
    <w:abstractNumId w:val="83"/>
  </w:num>
  <w:num w:numId="37" w16cid:durableId="1305888235">
    <w:abstractNumId w:val="82"/>
  </w:num>
  <w:num w:numId="38" w16cid:durableId="641882351">
    <w:abstractNumId w:val="39"/>
  </w:num>
  <w:num w:numId="39" w16cid:durableId="157966546">
    <w:abstractNumId w:val="35"/>
  </w:num>
  <w:num w:numId="40" w16cid:durableId="2094353525">
    <w:abstractNumId w:val="12"/>
  </w:num>
  <w:num w:numId="41" w16cid:durableId="22440987">
    <w:abstractNumId w:val="67"/>
  </w:num>
  <w:num w:numId="42" w16cid:durableId="993143621">
    <w:abstractNumId w:val="11"/>
  </w:num>
  <w:num w:numId="43" w16cid:durableId="469976054">
    <w:abstractNumId w:val="69"/>
  </w:num>
  <w:num w:numId="44" w16cid:durableId="1523015424">
    <w:abstractNumId w:val="85"/>
  </w:num>
  <w:num w:numId="45" w16cid:durableId="1537813694">
    <w:abstractNumId w:val="40"/>
  </w:num>
  <w:num w:numId="46" w16cid:durableId="749348233">
    <w:abstractNumId w:val="73"/>
  </w:num>
  <w:num w:numId="47" w16cid:durableId="965431850">
    <w:abstractNumId w:val="15"/>
  </w:num>
  <w:num w:numId="48" w16cid:durableId="1917855857">
    <w:abstractNumId w:val="56"/>
  </w:num>
  <w:num w:numId="49" w16cid:durableId="1208183539">
    <w:abstractNumId w:val="58"/>
  </w:num>
  <w:num w:numId="50" w16cid:durableId="505756008">
    <w:abstractNumId w:val="71"/>
  </w:num>
  <w:num w:numId="51" w16cid:durableId="428893023">
    <w:abstractNumId w:val="64"/>
  </w:num>
  <w:num w:numId="52" w16cid:durableId="1835337958">
    <w:abstractNumId w:val="81"/>
  </w:num>
  <w:num w:numId="53" w16cid:durableId="282159044">
    <w:abstractNumId w:val="13"/>
  </w:num>
  <w:num w:numId="54" w16cid:durableId="1572234199">
    <w:abstractNumId w:val="62"/>
  </w:num>
  <w:num w:numId="55" w16cid:durableId="367491943">
    <w:abstractNumId w:val="31"/>
  </w:num>
  <w:num w:numId="56" w16cid:durableId="523253148">
    <w:abstractNumId w:val="76"/>
  </w:num>
  <w:num w:numId="57" w16cid:durableId="11760665">
    <w:abstractNumId w:val="90"/>
  </w:num>
  <w:num w:numId="58" w16cid:durableId="883104183">
    <w:abstractNumId w:val="63"/>
  </w:num>
  <w:num w:numId="59" w16cid:durableId="28183640">
    <w:abstractNumId w:val="29"/>
  </w:num>
  <w:num w:numId="60" w16cid:durableId="343678129">
    <w:abstractNumId w:val="24"/>
  </w:num>
  <w:num w:numId="61" w16cid:durableId="1726493123">
    <w:abstractNumId w:val="52"/>
  </w:num>
  <w:num w:numId="62" w16cid:durableId="643900227">
    <w:abstractNumId w:val="88"/>
  </w:num>
  <w:num w:numId="63" w16cid:durableId="1676573211">
    <w:abstractNumId w:val="47"/>
  </w:num>
  <w:num w:numId="64" w16cid:durableId="732312419">
    <w:abstractNumId w:val="97"/>
  </w:num>
  <w:num w:numId="65" w16cid:durableId="1840926995">
    <w:abstractNumId w:val="38"/>
  </w:num>
  <w:num w:numId="66" w16cid:durableId="2122454199">
    <w:abstractNumId w:val="46"/>
  </w:num>
  <w:num w:numId="67" w16cid:durableId="588202440">
    <w:abstractNumId w:val="57"/>
  </w:num>
  <w:num w:numId="68" w16cid:durableId="287780311">
    <w:abstractNumId w:val="91"/>
  </w:num>
  <w:num w:numId="69" w16cid:durableId="1182430493">
    <w:abstractNumId w:val="23"/>
  </w:num>
  <w:num w:numId="70" w16cid:durableId="169569687">
    <w:abstractNumId w:val="95"/>
  </w:num>
  <w:num w:numId="71" w16cid:durableId="1558666347">
    <w:abstractNumId w:val="53"/>
  </w:num>
  <w:num w:numId="72" w16cid:durableId="723990124">
    <w:abstractNumId w:val="92"/>
  </w:num>
  <w:num w:numId="73" w16cid:durableId="602155765">
    <w:abstractNumId w:val="65"/>
  </w:num>
  <w:num w:numId="74" w16cid:durableId="1021512066">
    <w:abstractNumId w:val="14"/>
  </w:num>
  <w:num w:numId="75" w16cid:durableId="925072067">
    <w:abstractNumId w:val="27"/>
  </w:num>
  <w:num w:numId="76" w16cid:durableId="1048188985">
    <w:abstractNumId w:val="66"/>
  </w:num>
  <w:num w:numId="77" w16cid:durableId="798954234">
    <w:abstractNumId w:val="61"/>
  </w:num>
  <w:num w:numId="78" w16cid:durableId="1235240794">
    <w:abstractNumId w:val="20"/>
  </w:num>
  <w:num w:numId="79" w16cid:durableId="312027036">
    <w:abstractNumId w:val="54"/>
  </w:num>
  <w:num w:numId="80" w16cid:durableId="674386479">
    <w:abstractNumId w:val="50"/>
  </w:num>
  <w:num w:numId="81" w16cid:durableId="1297763143">
    <w:abstractNumId w:val="94"/>
  </w:num>
  <w:num w:numId="82" w16cid:durableId="2136487349">
    <w:abstractNumId w:val="59"/>
  </w:num>
  <w:num w:numId="83" w16cid:durableId="93088663">
    <w:abstractNumId w:val="70"/>
  </w:num>
  <w:num w:numId="84" w16cid:durableId="1756587414">
    <w:abstractNumId w:val="43"/>
  </w:num>
  <w:num w:numId="85" w16cid:durableId="3095849">
    <w:abstractNumId w:val="55"/>
  </w:num>
  <w:num w:numId="86" w16cid:durableId="745147990">
    <w:abstractNumId w:val="42"/>
  </w:num>
  <w:num w:numId="87" w16cid:durableId="1675912794">
    <w:abstractNumId w:val="17"/>
  </w:num>
  <w:num w:numId="88" w16cid:durableId="2103143309">
    <w:abstractNumId w:val="49"/>
  </w:num>
  <w:num w:numId="89" w16cid:durableId="1233657095">
    <w:abstractNumId w:val="33"/>
  </w:num>
  <w:num w:numId="90" w16cid:durableId="1027177609">
    <w:abstractNumId w:val="89"/>
  </w:num>
  <w:num w:numId="91" w16cid:durableId="817695384">
    <w:abstractNumId w:val="60"/>
  </w:num>
  <w:num w:numId="92" w16cid:durableId="482234638">
    <w:abstractNumId w:val="45"/>
  </w:num>
  <w:num w:numId="93" w16cid:durableId="117183932">
    <w:abstractNumId w:val="37"/>
  </w:num>
  <w:num w:numId="94" w16cid:durableId="393313834">
    <w:abstractNumId w:val="32"/>
  </w:num>
  <w:num w:numId="95" w16cid:durableId="1093010324">
    <w:abstractNumId w:val="84"/>
  </w:num>
  <w:num w:numId="96" w16cid:durableId="328366227">
    <w:abstractNumId w:val="21"/>
  </w:num>
  <w:num w:numId="97" w16cid:durableId="922950602">
    <w:abstractNumId w:val="51"/>
  </w:num>
  <w:num w:numId="98" w16cid:durableId="1870023455">
    <w:abstractNumId w:val="44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D65"/>
    <w:rsid w:val="00001093"/>
    <w:rsid w:val="00001FD8"/>
    <w:rsid w:val="000044A7"/>
    <w:rsid w:val="0001258A"/>
    <w:rsid w:val="000130B2"/>
    <w:rsid w:val="000160E0"/>
    <w:rsid w:val="00016638"/>
    <w:rsid w:val="00020774"/>
    <w:rsid w:val="00025083"/>
    <w:rsid w:val="00034616"/>
    <w:rsid w:val="00045DBE"/>
    <w:rsid w:val="00055BAB"/>
    <w:rsid w:val="000572DC"/>
    <w:rsid w:val="00057907"/>
    <w:rsid w:val="0006063C"/>
    <w:rsid w:val="000662E4"/>
    <w:rsid w:val="00067443"/>
    <w:rsid w:val="00070661"/>
    <w:rsid w:val="000709B5"/>
    <w:rsid w:val="0007195E"/>
    <w:rsid w:val="00073216"/>
    <w:rsid w:val="00082062"/>
    <w:rsid w:val="0008566F"/>
    <w:rsid w:val="00087FBA"/>
    <w:rsid w:val="000929D7"/>
    <w:rsid w:val="000952C4"/>
    <w:rsid w:val="00097BA0"/>
    <w:rsid w:val="000A19A0"/>
    <w:rsid w:val="000A3CEF"/>
    <w:rsid w:val="000A4EE9"/>
    <w:rsid w:val="000B1BBC"/>
    <w:rsid w:val="000B35F2"/>
    <w:rsid w:val="000B4126"/>
    <w:rsid w:val="000B4EF9"/>
    <w:rsid w:val="000B5AB4"/>
    <w:rsid w:val="000B737B"/>
    <w:rsid w:val="000C3D16"/>
    <w:rsid w:val="000C6E65"/>
    <w:rsid w:val="000D168B"/>
    <w:rsid w:val="000D29A6"/>
    <w:rsid w:val="000D47E2"/>
    <w:rsid w:val="000D517D"/>
    <w:rsid w:val="000D6FE7"/>
    <w:rsid w:val="000E0ED1"/>
    <w:rsid w:val="000E1D6B"/>
    <w:rsid w:val="000E5E85"/>
    <w:rsid w:val="000E7ABC"/>
    <w:rsid w:val="000F3710"/>
    <w:rsid w:val="000F38DF"/>
    <w:rsid w:val="000F61D5"/>
    <w:rsid w:val="000F6B2C"/>
    <w:rsid w:val="001017B0"/>
    <w:rsid w:val="001028E1"/>
    <w:rsid w:val="00104EFA"/>
    <w:rsid w:val="0011267C"/>
    <w:rsid w:val="0011511F"/>
    <w:rsid w:val="001245DD"/>
    <w:rsid w:val="00124924"/>
    <w:rsid w:val="00124B3E"/>
    <w:rsid w:val="001255BC"/>
    <w:rsid w:val="00131033"/>
    <w:rsid w:val="0014073E"/>
    <w:rsid w:val="00143C3B"/>
    <w:rsid w:val="00145841"/>
    <w:rsid w:val="0015074B"/>
    <w:rsid w:val="00152817"/>
    <w:rsid w:val="001563EF"/>
    <w:rsid w:val="001618A5"/>
    <w:rsid w:val="001670E2"/>
    <w:rsid w:val="00170968"/>
    <w:rsid w:val="00171E0A"/>
    <w:rsid w:val="00177FAF"/>
    <w:rsid w:val="00180797"/>
    <w:rsid w:val="001818AA"/>
    <w:rsid w:val="00181F7A"/>
    <w:rsid w:val="001938B8"/>
    <w:rsid w:val="001951AF"/>
    <w:rsid w:val="001A0E36"/>
    <w:rsid w:val="001A3315"/>
    <w:rsid w:val="001A6573"/>
    <w:rsid w:val="001C2BDD"/>
    <w:rsid w:val="001D001B"/>
    <w:rsid w:val="001D4D6F"/>
    <w:rsid w:val="001D4EBF"/>
    <w:rsid w:val="001F521A"/>
    <w:rsid w:val="001F73A1"/>
    <w:rsid w:val="00203452"/>
    <w:rsid w:val="002048DC"/>
    <w:rsid w:val="00205488"/>
    <w:rsid w:val="0021318D"/>
    <w:rsid w:val="00213D92"/>
    <w:rsid w:val="00216E7D"/>
    <w:rsid w:val="002171CE"/>
    <w:rsid w:val="00233F7C"/>
    <w:rsid w:val="00240263"/>
    <w:rsid w:val="00245BEA"/>
    <w:rsid w:val="002504DE"/>
    <w:rsid w:val="00250788"/>
    <w:rsid w:val="002524A7"/>
    <w:rsid w:val="00254125"/>
    <w:rsid w:val="00263311"/>
    <w:rsid w:val="00267428"/>
    <w:rsid w:val="00267826"/>
    <w:rsid w:val="00271895"/>
    <w:rsid w:val="002722EF"/>
    <w:rsid w:val="0027439D"/>
    <w:rsid w:val="00276220"/>
    <w:rsid w:val="0027636F"/>
    <w:rsid w:val="00281028"/>
    <w:rsid w:val="00282998"/>
    <w:rsid w:val="00286625"/>
    <w:rsid w:val="00294814"/>
    <w:rsid w:val="0029513A"/>
    <w:rsid w:val="0029639D"/>
    <w:rsid w:val="002A046D"/>
    <w:rsid w:val="002A2E22"/>
    <w:rsid w:val="002A33CD"/>
    <w:rsid w:val="002B3331"/>
    <w:rsid w:val="002B3E33"/>
    <w:rsid w:val="002B48A0"/>
    <w:rsid w:val="002B7AD6"/>
    <w:rsid w:val="002C1ABB"/>
    <w:rsid w:val="002C1E02"/>
    <w:rsid w:val="002C2471"/>
    <w:rsid w:val="002C37A4"/>
    <w:rsid w:val="002C3C58"/>
    <w:rsid w:val="002C4FA1"/>
    <w:rsid w:val="002D0906"/>
    <w:rsid w:val="002D2BEA"/>
    <w:rsid w:val="002D7CB3"/>
    <w:rsid w:val="002E2551"/>
    <w:rsid w:val="002E6096"/>
    <w:rsid w:val="002E7637"/>
    <w:rsid w:val="002F1141"/>
    <w:rsid w:val="002F31BF"/>
    <w:rsid w:val="002F3B6C"/>
    <w:rsid w:val="002F484B"/>
    <w:rsid w:val="002F7674"/>
    <w:rsid w:val="003030FB"/>
    <w:rsid w:val="0030319D"/>
    <w:rsid w:val="003035DD"/>
    <w:rsid w:val="003153A9"/>
    <w:rsid w:val="00315722"/>
    <w:rsid w:val="0032387A"/>
    <w:rsid w:val="00326F90"/>
    <w:rsid w:val="00331B0C"/>
    <w:rsid w:val="00333007"/>
    <w:rsid w:val="003371A6"/>
    <w:rsid w:val="003373D7"/>
    <w:rsid w:val="00337A00"/>
    <w:rsid w:val="00337E97"/>
    <w:rsid w:val="003414DF"/>
    <w:rsid w:val="00343AF2"/>
    <w:rsid w:val="0034531F"/>
    <w:rsid w:val="00345C12"/>
    <w:rsid w:val="003473DB"/>
    <w:rsid w:val="00354F10"/>
    <w:rsid w:val="00356A25"/>
    <w:rsid w:val="003575D9"/>
    <w:rsid w:val="00357877"/>
    <w:rsid w:val="00357F40"/>
    <w:rsid w:val="0036051C"/>
    <w:rsid w:val="00360FB8"/>
    <w:rsid w:val="0036142D"/>
    <w:rsid w:val="00364D5C"/>
    <w:rsid w:val="003650BA"/>
    <w:rsid w:val="003650C1"/>
    <w:rsid w:val="0036552E"/>
    <w:rsid w:val="00365F65"/>
    <w:rsid w:val="00370AFB"/>
    <w:rsid w:val="003770CD"/>
    <w:rsid w:val="0038559E"/>
    <w:rsid w:val="00394868"/>
    <w:rsid w:val="0039506B"/>
    <w:rsid w:val="0039572C"/>
    <w:rsid w:val="003966AF"/>
    <w:rsid w:val="0039671F"/>
    <w:rsid w:val="00397310"/>
    <w:rsid w:val="003A48DA"/>
    <w:rsid w:val="003B08D2"/>
    <w:rsid w:val="003B14E6"/>
    <w:rsid w:val="003B2BE2"/>
    <w:rsid w:val="003B4759"/>
    <w:rsid w:val="003C6B11"/>
    <w:rsid w:val="003E1DE2"/>
    <w:rsid w:val="003E2590"/>
    <w:rsid w:val="003F24F4"/>
    <w:rsid w:val="003F3EED"/>
    <w:rsid w:val="003F58BF"/>
    <w:rsid w:val="003F667D"/>
    <w:rsid w:val="0040065C"/>
    <w:rsid w:val="0040235A"/>
    <w:rsid w:val="00407174"/>
    <w:rsid w:val="0041479D"/>
    <w:rsid w:val="004148BA"/>
    <w:rsid w:val="00416E02"/>
    <w:rsid w:val="0041715B"/>
    <w:rsid w:val="004174B5"/>
    <w:rsid w:val="004204D3"/>
    <w:rsid w:val="0043617A"/>
    <w:rsid w:val="00440218"/>
    <w:rsid w:val="00441E58"/>
    <w:rsid w:val="0044774A"/>
    <w:rsid w:val="00465F43"/>
    <w:rsid w:val="00466C7C"/>
    <w:rsid w:val="00470750"/>
    <w:rsid w:val="004812A6"/>
    <w:rsid w:val="00481E6D"/>
    <w:rsid w:val="00482CC3"/>
    <w:rsid w:val="004858EF"/>
    <w:rsid w:val="00490D04"/>
    <w:rsid w:val="004927A5"/>
    <w:rsid w:val="00494195"/>
    <w:rsid w:val="00495F1F"/>
    <w:rsid w:val="004A33EA"/>
    <w:rsid w:val="004A34A1"/>
    <w:rsid w:val="004A4F68"/>
    <w:rsid w:val="004A6C24"/>
    <w:rsid w:val="004A6D2E"/>
    <w:rsid w:val="004B3159"/>
    <w:rsid w:val="004B3473"/>
    <w:rsid w:val="004B3819"/>
    <w:rsid w:val="004B6C03"/>
    <w:rsid w:val="004C0445"/>
    <w:rsid w:val="004C4328"/>
    <w:rsid w:val="004C6273"/>
    <w:rsid w:val="004D36EE"/>
    <w:rsid w:val="004D56C5"/>
    <w:rsid w:val="004E13BF"/>
    <w:rsid w:val="004F0341"/>
    <w:rsid w:val="004F339F"/>
    <w:rsid w:val="005008FD"/>
    <w:rsid w:val="0050288A"/>
    <w:rsid w:val="00504A55"/>
    <w:rsid w:val="00505596"/>
    <w:rsid w:val="0051077D"/>
    <w:rsid w:val="00510EF0"/>
    <w:rsid w:val="005159C4"/>
    <w:rsid w:val="00521FF7"/>
    <w:rsid w:val="00524381"/>
    <w:rsid w:val="00531C3B"/>
    <w:rsid w:val="005335B5"/>
    <w:rsid w:val="0054145B"/>
    <w:rsid w:val="00543D31"/>
    <w:rsid w:val="00544237"/>
    <w:rsid w:val="00545124"/>
    <w:rsid w:val="005459AC"/>
    <w:rsid w:val="005505DE"/>
    <w:rsid w:val="00553312"/>
    <w:rsid w:val="00554EFB"/>
    <w:rsid w:val="00555AA9"/>
    <w:rsid w:val="00557013"/>
    <w:rsid w:val="0056239A"/>
    <w:rsid w:val="00565603"/>
    <w:rsid w:val="00584262"/>
    <w:rsid w:val="00584FB4"/>
    <w:rsid w:val="00585D66"/>
    <w:rsid w:val="00593E81"/>
    <w:rsid w:val="0059589F"/>
    <w:rsid w:val="00595BE7"/>
    <w:rsid w:val="00596D60"/>
    <w:rsid w:val="005A35E1"/>
    <w:rsid w:val="005A5104"/>
    <w:rsid w:val="005B175B"/>
    <w:rsid w:val="005B4A7E"/>
    <w:rsid w:val="005B7A54"/>
    <w:rsid w:val="005C195F"/>
    <w:rsid w:val="005C1A25"/>
    <w:rsid w:val="005C2C60"/>
    <w:rsid w:val="005C630B"/>
    <w:rsid w:val="005C6F47"/>
    <w:rsid w:val="005D6FEC"/>
    <w:rsid w:val="005E4CD0"/>
    <w:rsid w:val="005E68C9"/>
    <w:rsid w:val="005E728C"/>
    <w:rsid w:val="005F025C"/>
    <w:rsid w:val="005F399B"/>
    <w:rsid w:val="006004B0"/>
    <w:rsid w:val="006004B7"/>
    <w:rsid w:val="0061078A"/>
    <w:rsid w:val="00613ED0"/>
    <w:rsid w:val="0061495A"/>
    <w:rsid w:val="006216F0"/>
    <w:rsid w:val="00622F15"/>
    <w:rsid w:val="00625FCD"/>
    <w:rsid w:val="0062778F"/>
    <w:rsid w:val="006279C1"/>
    <w:rsid w:val="006300D7"/>
    <w:rsid w:val="00637C8B"/>
    <w:rsid w:val="00652B1E"/>
    <w:rsid w:val="00656CFD"/>
    <w:rsid w:val="006629A0"/>
    <w:rsid w:val="00667030"/>
    <w:rsid w:val="006677D2"/>
    <w:rsid w:val="006779DA"/>
    <w:rsid w:val="00677F58"/>
    <w:rsid w:val="00683139"/>
    <w:rsid w:val="00687EA6"/>
    <w:rsid w:val="0069414A"/>
    <w:rsid w:val="00694FEC"/>
    <w:rsid w:val="00695E60"/>
    <w:rsid w:val="006A1867"/>
    <w:rsid w:val="006A249B"/>
    <w:rsid w:val="006A5985"/>
    <w:rsid w:val="006A6BEB"/>
    <w:rsid w:val="006B08D6"/>
    <w:rsid w:val="006B1809"/>
    <w:rsid w:val="006B4E67"/>
    <w:rsid w:val="006C21AB"/>
    <w:rsid w:val="006C27B2"/>
    <w:rsid w:val="006C2ADD"/>
    <w:rsid w:val="006C52E2"/>
    <w:rsid w:val="006E05E2"/>
    <w:rsid w:val="006E4252"/>
    <w:rsid w:val="006F7255"/>
    <w:rsid w:val="00707065"/>
    <w:rsid w:val="007153DD"/>
    <w:rsid w:val="00724B01"/>
    <w:rsid w:val="007252A0"/>
    <w:rsid w:val="007305F5"/>
    <w:rsid w:val="007328D3"/>
    <w:rsid w:val="00732D64"/>
    <w:rsid w:val="0073F306"/>
    <w:rsid w:val="0075001A"/>
    <w:rsid w:val="00751B8A"/>
    <w:rsid w:val="0075424B"/>
    <w:rsid w:val="007542EF"/>
    <w:rsid w:val="00764814"/>
    <w:rsid w:val="0076581E"/>
    <w:rsid w:val="00772FC7"/>
    <w:rsid w:val="007741AC"/>
    <w:rsid w:val="00776493"/>
    <w:rsid w:val="0077649D"/>
    <w:rsid w:val="007776DA"/>
    <w:rsid w:val="00780E96"/>
    <w:rsid w:val="0078467F"/>
    <w:rsid w:val="00791E27"/>
    <w:rsid w:val="007920C3"/>
    <w:rsid w:val="00794FD0"/>
    <w:rsid w:val="00797548"/>
    <w:rsid w:val="007A2B9D"/>
    <w:rsid w:val="007B780F"/>
    <w:rsid w:val="007B796A"/>
    <w:rsid w:val="007C021F"/>
    <w:rsid w:val="007C0E43"/>
    <w:rsid w:val="007C1E8A"/>
    <w:rsid w:val="007C4BE0"/>
    <w:rsid w:val="007D0670"/>
    <w:rsid w:val="007D1806"/>
    <w:rsid w:val="007D1F0D"/>
    <w:rsid w:val="007D3B26"/>
    <w:rsid w:val="007E0813"/>
    <w:rsid w:val="007E34FC"/>
    <w:rsid w:val="007E46C2"/>
    <w:rsid w:val="007F3A8B"/>
    <w:rsid w:val="007F4BC2"/>
    <w:rsid w:val="007F623D"/>
    <w:rsid w:val="00802C9F"/>
    <w:rsid w:val="0080382B"/>
    <w:rsid w:val="00803D97"/>
    <w:rsid w:val="0080411C"/>
    <w:rsid w:val="00804221"/>
    <w:rsid w:val="008069BB"/>
    <w:rsid w:val="008076D2"/>
    <w:rsid w:val="00807AA9"/>
    <w:rsid w:val="00811CC8"/>
    <w:rsid w:val="008120AB"/>
    <w:rsid w:val="0081245A"/>
    <w:rsid w:val="00823D42"/>
    <w:rsid w:val="00827900"/>
    <w:rsid w:val="00835BEE"/>
    <w:rsid w:val="00836744"/>
    <w:rsid w:val="0084017C"/>
    <w:rsid w:val="00844B0D"/>
    <w:rsid w:val="008558F1"/>
    <w:rsid w:val="00856BCC"/>
    <w:rsid w:val="00860B4D"/>
    <w:rsid w:val="00861F13"/>
    <w:rsid w:val="00867CE2"/>
    <w:rsid w:val="008704A8"/>
    <w:rsid w:val="00874D32"/>
    <w:rsid w:val="00875508"/>
    <w:rsid w:val="00883C6D"/>
    <w:rsid w:val="00890AC5"/>
    <w:rsid w:val="0089224F"/>
    <w:rsid w:val="008A02ED"/>
    <w:rsid w:val="008A0670"/>
    <w:rsid w:val="008A12EC"/>
    <w:rsid w:val="008A23E8"/>
    <w:rsid w:val="008A2D20"/>
    <w:rsid w:val="008A46D3"/>
    <w:rsid w:val="008A72A6"/>
    <w:rsid w:val="008A73D7"/>
    <w:rsid w:val="008B4531"/>
    <w:rsid w:val="008B4D82"/>
    <w:rsid w:val="008B5D91"/>
    <w:rsid w:val="008C5EE7"/>
    <w:rsid w:val="008C7163"/>
    <w:rsid w:val="008D1245"/>
    <w:rsid w:val="008D2916"/>
    <w:rsid w:val="008D6519"/>
    <w:rsid w:val="008D697D"/>
    <w:rsid w:val="008E2D99"/>
    <w:rsid w:val="008E46A4"/>
    <w:rsid w:val="008E6F06"/>
    <w:rsid w:val="008F05C4"/>
    <w:rsid w:val="008F1F48"/>
    <w:rsid w:val="008F3082"/>
    <w:rsid w:val="008F4C15"/>
    <w:rsid w:val="008F55DB"/>
    <w:rsid w:val="008F61FB"/>
    <w:rsid w:val="00903A2E"/>
    <w:rsid w:val="00904E1B"/>
    <w:rsid w:val="00912300"/>
    <w:rsid w:val="00913497"/>
    <w:rsid w:val="0091445A"/>
    <w:rsid w:val="0092082D"/>
    <w:rsid w:val="00921A3A"/>
    <w:rsid w:val="00931FE3"/>
    <w:rsid w:val="009355FA"/>
    <w:rsid w:val="009369D5"/>
    <w:rsid w:val="00941C6D"/>
    <w:rsid w:val="009426F8"/>
    <w:rsid w:val="00942D52"/>
    <w:rsid w:val="00946620"/>
    <w:rsid w:val="00946F16"/>
    <w:rsid w:val="00956977"/>
    <w:rsid w:val="00960F10"/>
    <w:rsid w:val="00962085"/>
    <w:rsid w:val="00973D61"/>
    <w:rsid w:val="009756F2"/>
    <w:rsid w:val="0097667F"/>
    <w:rsid w:val="00976C31"/>
    <w:rsid w:val="00983875"/>
    <w:rsid w:val="00987C8E"/>
    <w:rsid w:val="00995097"/>
    <w:rsid w:val="0099692C"/>
    <w:rsid w:val="009972F7"/>
    <w:rsid w:val="009974AF"/>
    <w:rsid w:val="009A0A85"/>
    <w:rsid w:val="009A2C5A"/>
    <w:rsid w:val="009A3AFF"/>
    <w:rsid w:val="009A5642"/>
    <w:rsid w:val="009A6244"/>
    <w:rsid w:val="009B0BDB"/>
    <w:rsid w:val="009B31C9"/>
    <w:rsid w:val="009B4525"/>
    <w:rsid w:val="009C0F94"/>
    <w:rsid w:val="009C45E3"/>
    <w:rsid w:val="009D2232"/>
    <w:rsid w:val="009D3166"/>
    <w:rsid w:val="009D37D4"/>
    <w:rsid w:val="009E39E9"/>
    <w:rsid w:val="009E7AC6"/>
    <w:rsid w:val="009F009F"/>
    <w:rsid w:val="009F0177"/>
    <w:rsid w:val="009F33E3"/>
    <w:rsid w:val="00A0041D"/>
    <w:rsid w:val="00A0715D"/>
    <w:rsid w:val="00A12BBA"/>
    <w:rsid w:val="00A13121"/>
    <w:rsid w:val="00A16E17"/>
    <w:rsid w:val="00A202F7"/>
    <w:rsid w:val="00A24FF5"/>
    <w:rsid w:val="00A25915"/>
    <w:rsid w:val="00A40A50"/>
    <w:rsid w:val="00A554FC"/>
    <w:rsid w:val="00A561D0"/>
    <w:rsid w:val="00A627F4"/>
    <w:rsid w:val="00A674CB"/>
    <w:rsid w:val="00A840C7"/>
    <w:rsid w:val="00A86A76"/>
    <w:rsid w:val="00A92860"/>
    <w:rsid w:val="00A92C08"/>
    <w:rsid w:val="00A95442"/>
    <w:rsid w:val="00A979E4"/>
    <w:rsid w:val="00AA1D8D"/>
    <w:rsid w:val="00AA2028"/>
    <w:rsid w:val="00AA45B7"/>
    <w:rsid w:val="00AB1BEA"/>
    <w:rsid w:val="00AB71D4"/>
    <w:rsid w:val="00AC4EDF"/>
    <w:rsid w:val="00AD0149"/>
    <w:rsid w:val="00AD2207"/>
    <w:rsid w:val="00AE04A8"/>
    <w:rsid w:val="00AE0F7B"/>
    <w:rsid w:val="00AE722E"/>
    <w:rsid w:val="00AF00D2"/>
    <w:rsid w:val="00AF32AA"/>
    <w:rsid w:val="00AF6162"/>
    <w:rsid w:val="00AF6867"/>
    <w:rsid w:val="00AF699B"/>
    <w:rsid w:val="00B01257"/>
    <w:rsid w:val="00B01B51"/>
    <w:rsid w:val="00B05DCD"/>
    <w:rsid w:val="00B06EA8"/>
    <w:rsid w:val="00B170D7"/>
    <w:rsid w:val="00B17C46"/>
    <w:rsid w:val="00B20FF4"/>
    <w:rsid w:val="00B21A24"/>
    <w:rsid w:val="00B27E18"/>
    <w:rsid w:val="00B30E0B"/>
    <w:rsid w:val="00B3105F"/>
    <w:rsid w:val="00B37E69"/>
    <w:rsid w:val="00B43F09"/>
    <w:rsid w:val="00B46E57"/>
    <w:rsid w:val="00B47730"/>
    <w:rsid w:val="00B51A6C"/>
    <w:rsid w:val="00B552B6"/>
    <w:rsid w:val="00B55A12"/>
    <w:rsid w:val="00B57518"/>
    <w:rsid w:val="00B57979"/>
    <w:rsid w:val="00B57B1B"/>
    <w:rsid w:val="00B628DB"/>
    <w:rsid w:val="00B673F0"/>
    <w:rsid w:val="00B70917"/>
    <w:rsid w:val="00B70CCC"/>
    <w:rsid w:val="00B71A0C"/>
    <w:rsid w:val="00B71AF6"/>
    <w:rsid w:val="00B72B7A"/>
    <w:rsid w:val="00B74CED"/>
    <w:rsid w:val="00B759F1"/>
    <w:rsid w:val="00B773AF"/>
    <w:rsid w:val="00B864FA"/>
    <w:rsid w:val="00B86517"/>
    <w:rsid w:val="00B92090"/>
    <w:rsid w:val="00B94F12"/>
    <w:rsid w:val="00B9680D"/>
    <w:rsid w:val="00BA0B50"/>
    <w:rsid w:val="00BB44C5"/>
    <w:rsid w:val="00BB4B01"/>
    <w:rsid w:val="00BC311D"/>
    <w:rsid w:val="00BC6023"/>
    <w:rsid w:val="00BC6CEB"/>
    <w:rsid w:val="00BD06D3"/>
    <w:rsid w:val="00BD0F8E"/>
    <w:rsid w:val="00BD3E28"/>
    <w:rsid w:val="00BD60E8"/>
    <w:rsid w:val="00BD77D9"/>
    <w:rsid w:val="00BE2AB4"/>
    <w:rsid w:val="00BE3C86"/>
    <w:rsid w:val="00BE56D4"/>
    <w:rsid w:val="00BE6050"/>
    <w:rsid w:val="00BF629E"/>
    <w:rsid w:val="00BF6B69"/>
    <w:rsid w:val="00C00937"/>
    <w:rsid w:val="00C00B32"/>
    <w:rsid w:val="00C06BA8"/>
    <w:rsid w:val="00C116D5"/>
    <w:rsid w:val="00C13A0C"/>
    <w:rsid w:val="00C144E7"/>
    <w:rsid w:val="00C21369"/>
    <w:rsid w:val="00C32F8D"/>
    <w:rsid w:val="00C511C2"/>
    <w:rsid w:val="00C6046F"/>
    <w:rsid w:val="00C70B6F"/>
    <w:rsid w:val="00C71162"/>
    <w:rsid w:val="00C73D85"/>
    <w:rsid w:val="00C743C4"/>
    <w:rsid w:val="00C773BF"/>
    <w:rsid w:val="00C8773F"/>
    <w:rsid w:val="00CA451B"/>
    <w:rsid w:val="00CB0664"/>
    <w:rsid w:val="00CB137E"/>
    <w:rsid w:val="00CB436F"/>
    <w:rsid w:val="00CB46A8"/>
    <w:rsid w:val="00CC004F"/>
    <w:rsid w:val="00CC1549"/>
    <w:rsid w:val="00CC3D9D"/>
    <w:rsid w:val="00CC6CB7"/>
    <w:rsid w:val="00CC7D4D"/>
    <w:rsid w:val="00CD0C6D"/>
    <w:rsid w:val="00CE314D"/>
    <w:rsid w:val="00CE4B25"/>
    <w:rsid w:val="00CF03E8"/>
    <w:rsid w:val="00CF2512"/>
    <w:rsid w:val="00D009C5"/>
    <w:rsid w:val="00D02036"/>
    <w:rsid w:val="00D02512"/>
    <w:rsid w:val="00D129A4"/>
    <w:rsid w:val="00D137AD"/>
    <w:rsid w:val="00D20BA0"/>
    <w:rsid w:val="00D231E2"/>
    <w:rsid w:val="00D23735"/>
    <w:rsid w:val="00D24A94"/>
    <w:rsid w:val="00D25258"/>
    <w:rsid w:val="00D31162"/>
    <w:rsid w:val="00D347BF"/>
    <w:rsid w:val="00D43E0B"/>
    <w:rsid w:val="00D442A6"/>
    <w:rsid w:val="00D513C6"/>
    <w:rsid w:val="00D555D8"/>
    <w:rsid w:val="00D57840"/>
    <w:rsid w:val="00D57B49"/>
    <w:rsid w:val="00D611D8"/>
    <w:rsid w:val="00D65FB2"/>
    <w:rsid w:val="00D71909"/>
    <w:rsid w:val="00D73C30"/>
    <w:rsid w:val="00D83B46"/>
    <w:rsid w:val="00D8618C"/>
    <w:rsid w:val="00D933F9"/>
    <w:rsid w:val="00D93588"/>
    <w:rsid w:val="00D941D5"/>
    <w:rsid w:val="00DA2DE2"/>
    <w:rsid w:val="00DA5440"/>
    <w:rsid w:val="00DA6F63"/>
    <w:rsid w:val="00DB1634"/>
    <w:rsid w:val="00DB6973"/>
    <w:rsid w:val="00DD1237"/>
    <w:rsid w:val="00DD6CC3"/>
    <w:rsid w:val="00DE0AA5"/>
    <w:rsid w:val="00DE0ECF"/>
    <w:rsid w:val="00DE2ED3"/>
    <w:rsid w:val="00DE4589"/>
    <w:rsid w:val="00DF0C37"/>
    <w:rsid w:val="00DF4D67"/>
    <w:rsid w:val="00DF500C"/>
    <w:rsid w:val="00E02154"/>
    <w:rsid w:val="00E025A3"/>
    <w:rsid w:val="00E038AF"/>
    <w:rsid w:val="00E06374"/>
    <w:rsid w:val="00E066F3"/>
    <w:rsid w:val="00E0731F"/>
    <w:rsid w:val="00E17196"/>
    <w:rsid w:val="00E23D20"/>
    <w:rsid w:val="00E250C2"/>
    <w:rsid w:val="00E27377"/>
    <w:rsid w:val="00E327D4"/>
    <w:rsid w:val="00E328AC"/>
    <w:rsid w:val="00E337B8"/>
    <w:rsid w:val="00E35856"/>
    <w:rsid w:val="00E3786B"/>
    <w:rsid w:val="00E455E6"/>
    <w:rsid w:val="00E51B30"/>
    <w:rsid w:val="00E54C69"/>
    <w:rsid w:val="00E5623B"/>
    <w:rsid w:val="00E57BA8"/>
    <w:rsid w:val="00E60963"/>
    <w:rsid w:val="00E6636E"/>
    <w:rsid w:val="00E70826"/>
    <w:rsid w:val="00E70B02"/>
    <w:rsid w:val="00E70B8A"/>
    <w:rsid w:val="00E714BE"/>
    <w:rsid w:val="00E71645"/>
    <w:rsid w:val="00E71F04"/>
    <w:rsid w:val="00E74CDF"/>
    <w:rsid w:val="00E76C55"/>
    <w:rsid w:val="00E80BC8"/>
    <w:rsid w:val="00E83BEC"/>
    <w:rsid w:val="00E8511C"/>
    <w:rsid w:val="00E95F92"/>
    <w:rsid w:val="00EA0200"/>
    <w:rsid w:val="00EB22B1"/>
    <w:rsid w:val="00EB329E"/>
    <w:rsid w:val="00EB5597"/>
    <w:rsid w:val="00EB7486"/>
    <w:rsid w:val="00EC10D5"/>
    <w:rsid w:val="00EC200E"/>
    <w:rsid w:val="00ED5087"/>
    <w:rsid w:val="00ED5198"/>
    <w:rsid w:val="00ED5F5E"/>
    <w:rsid w:val="00EE414D"/>
    <w:rsid w:val="00EE5612"/>
    <w:rsid w:val="00EF096C"/>
    <w:rsid w:val="00EF1F37"/>
    <w:rsid w:val="00EF3260"/>
    <w:rsid w:val="00F01B60"/>
    <w:rsid w:val="00F03266"/>
    <w:rsid w:val="00F04099"/>
    <w:rsid w:val="00F0563E"/>
    <w:rsid w:val="00F15405"/>
    <w:rsid w:val="00F20477"/>
    <w:rsid w:val="00F2089E"/>
    <w:rsid w:val="00F21EC2"/>
    <w:rsid w:val="00F30BDC"/>
    <w:rsid w:val="00F36B1F"/>
    <w:rsid w:val="00F374C3"/>
    <w:rsid w:val="00F46D92"/>
    <w:rsid w:val="00F4761E"/>
    <w:rsid w:val="00F5038C"/>
    <w:rsid w:val="00F5474A"/>
    <w:rsid w:val="00F566F2"/>
    <w:rsid w:val="00F57F68"/>
    <w:rsid w:val="00F617BD"/>
    <w:rsid w:val="00F6232A"/>
    <w:rsid w:val="00F73CD4"/>
    <w:rsid w:val="00F7614D"/>
    <w:rsid w:val="00F83B71"/>
    <w:rsid w:val="00F83E46"/>
    <w:rsid w:val="00F85068"/>
    <w:rsid w:val="00F85DE8"/>
    <w:rsid w:val="00F85FC3"/>
    <w:rsid w:val="00F87B77"/>
    <w:rsid w:val="00FA508C"/>
    <w:rsid w:val="00FA5A50"/>
    <w:rsid w:val="00FB5CB2"/>
    <w:rsid w:val="00FB7EEA"/>
    <w:rsid w:val="00FC0051"/>
    <w:rsid w:val="00FC3810"/>
    <w:rsid w:val="00FC3CAC"/>
    <w:rsid w:val="00FC3F58"/>
    <w:rsid w:val="00FC4906"/>
    <w:rsid w:val="00FC693F"/>
    <w:rsid w:val="00FC7DAE"/>
    <w:rsid w:val="00FE1588"/>
    <w:rsid w:val="00FE2062"/>
    <w:rsid w:val="00FE583C"/>
    <w:rsid w:val="00FE7022"/>
    <w:rsid w:val="00FE72B7"/>
    <w:rsid w:val="00FF541D"/>
    <w:rsid w:val="0151942A"/>
    <w:rsid w:val="015E40DD"/>
    <w:rsid w:val="04FAE3B3"/>
    <w:rsid w:val="07AA05FF"/>
    <w:rsid w:val="08F511EF"/>
    <w:rsid w:val="0AE61EB8"/>
    <w:rsid w:val="0B80C83D"/>
    <w:rsid w:val="0D291813"/>
    <w:rsid w:val="115D3C96"/>
    <w:rsid w:val="138217EF"/>
    <w:rsid w:val="13DFE98D"/>
    <w:rsid w:val="1866AF53"/>
    <w:rsid w:val="1BA961ED"/>
    <w:rsid w:val="1E85DA14"/>
    <w:rsid w:val="2019DC95"/>
    <w:rsid w:val="21E3D7DE"/>
    <w:rsid w:val="23DDCCBD"/>
    <w:rsid w:val="2707FB7D"/>
    <w:rsid w:val="2B57C03C"/>
    <w:rsid w:val="2C0E0A66"/>
    <w:rsid w:val="2CA08DF6"/>
    <w:rsid w:val="2D061686"/>
    <w:rsid w:val="2D33B196"/>
    <w:rsid w:val="2DC6A3B5"/>
    <w:rsid w:val="2E93F10C"/>
    <w:rsid w:val="3270A36D"/>
    <w:rsid w:val="390E55D3"/>
    <w:rsid w:val="3983383D"/>
    <w:rsid w:val="3D3DD653"/>
    <w:rsid w:val="3DDACE82"/>
    <w:rsid w:val="3E93DDAA"/>
    <w:rsid w:val="3F26DC3B"/>
    <w:rsid w:val="4112F08F"/>
    <w:rsid w:val="423E935B"/>
    <w:rsid w:val="468EB2DD"/>
    <w:rsid w:val="46A5809C"/>
    <w:rsid w:val="4ECFF4AF"/>
    <w:rsid w:val="50AE17B7"/>
    <w:rsid w:val="51B0DA10"/>
    <w:rsid w:val="54A908CF"/>
    <w:rsid w:val="554E518C"/>
    <w:rsid w:val="555CE5E9"/>
    <w:rsid w:val="55BEBF3A"/>
    <w:rsid w:val="55C05D74"/>
    <w:rsid w:val="568E5EC8"/>
    <w:rsid w:val="5888BC26"/>
    <w:rsid w:val="5DE509C6"/>
    <w:rsid w:val="6074115D"/>
    <w:rsid w:val="61882027"/>
    <w:rsid w:val="6206DE7E"/>
    <w:rsid w:val="64914DF5"/>
    <w:rsid w:val="653BEBEE"/>
    <w:rsid w:val="6679326D"/>
    <w:rsid w:val="67DACBE3"/>
    <w:rsid w:val="692CBE8B"/>
    <w:rsid w:val="6A6451FD"/>
    <w:rsid w:val="6A8796AD"/>
    <w:rsid w:val="6C29567F"/>
    <w:rsid w:val="712A9CEA"/>
    <w:rsid w:val="737B0FD7"/>
    <w:rsid w:val="74F78011"/>
    <w:rsid w:val="76CFE41C"/>
    <w:rsid w:val="7720642B"/>
    <w:rsid w:val="77AC81C5"/>
    <w:rsid w:val="77CA7464"/>
    <w:rsid w:val="791A0F07"/>
    <w:rsid w:val="79B7798D"/>
    <w:rsid w:val="7AF277E7"/>
    <w:rsid w:val="7B7CB35E"/>
    <w:rsid w:val="7CA75C69"/>
    <w:rsid w:val="7F66A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593F5E"/>
  <w14:defaultImageDpi w14:val="300"/>
  <w15:docId w15:val="{59CDFDE7-C426-4A49-82FE-E963086C8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F58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40A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A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0A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A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A5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F73A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326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F326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F83B7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83B7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83B71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3650C1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D06D3"/>
    <w:rPr>
      <w:color w:val="800080" w:themeColor="followedHyperlink"/>
      <w:u w:val="single"/>
    </w:rPr>
  </w:style>
  <w:style w:type="paragraph" w:customStyle="1" w:styleId="Subheading2">
    <w:name w:val="Subheading 2"/>
    <w:basedOn w:val="Heading1"/>
    <w:link w:val="Subheading2Char"/>
    <w:qFormat/>
    <w:rsid w:val="004812A6"/>
    <w:pPr>
      <w:spacing w:before="200" w:after="200"/>
    </w:pPr>
    <w:rPr>
      <w:rFonts w:ascii="Arial" w:hAnsi="Arial" w:cs="Arial"/>
      <w:color w:val="000000" w:themeColor="text1"/>
      <w:sz w:val="40"/>
      <w:szCs w:val="40"/>
    </w:rPr>
  </w:style>
  <w:style w:type="character" w:customStyle="1" w:styleId="Subheading2Char">
    <w:name w:val="Subheading 2 Char"/>
    <w:basedOn w:val="Heading1Char"/>
    <w:link w:val="Subheading2"/>
    <w:rsid w:val="004812A6"/>
    <w:rPr>
      <w:rFonts w:ascii="Arial" w:eastAsiaTheme="majorEastAsia" w:hAnsi="Arial" w:cs="Arial"/>
      <w:b/>
      <w:bCs/>
      <w:color w:val="000000" w:themeColor="text1"/>
      <w:sz w:val="40"/>
      <w:szCs w:val="4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yperlink" Target="mailto:removingprofit@llyw.cymru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mailto:removingprofit@llyw.cym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llyw.cymru/cod-ymarfer-ar-sicrhau-ansawdd-rheoli-perfformiad-uwchgyfeirio-pryderon-chau-gwasanaethau-mewn-0" TargetMode="External"/><Relationship Id="rId20" Type="http://schemas.openxmlformats.org/officeDocument/2006/relationships/image" Target="media/image2.e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eur01.safelinks.protection.outlook.com/?url=https%3A%2F%2Fwww.gov.uk%2Fgovernment%2Fpublications%2Fchanges-to-the-definition-of-deprivation-of-liberty%2Fuk-supreme-court-2026-judgment-on-what-constitutes-a-deprivation-of-liberty&amp;data=05%7C02%7CTom.Cleaver%40gov.wales%7Ca8d95803b2c24615c38708dee320c2da%7Ca2cc36c592804ae78887d06dab89216b%7C0%7C0%7C639197926998691682%7CUnknown%7CTWFpbGZsb3d8eyJFbXB0eU1hcGkiOnRydWUsIlYiOiIwLjAuMDAwMCIsIlAiOiJXaW4zMiIsIkFOIjoiTWFpbCIsIldUIjoyfQ%3D%3D%7C0%7C%7C%7C&amp;sdata=5T8nI9jPuVsQpKlmgDYmahA5P794JnwHtT%2BkynrVbO8%3D&amp;reserved=0" TargetMode="External"/><Relationship Id="rId10" Type="http://schemas.openxmlformats.org/officeDocument/2006/relationships/footnotes" Target="footnotes.xml"/><Relationship Id="rId19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metadata xmlns="http://www.objective.com/ecm/document/metadata/FF3C5B18883D4E21973B57C2EEED7FD1" version="1.0.0">
  <systemFields>
    <field name="Objective-Id">
      <value order="0">A65019368</value>
    </field>
    <field name="Objective-Title">
      <value order="0">*CURRENT* Annual Sufficiency Plan guidance and template  GYMRAEG (final for publishing)</value>
    </field>
    <field name="Objective-Description">
      <value order="0"/>
    </field>
    <field name="Objective-CreationStamp">
      <value order="0">2026-10-22T11:53:58Z</value>
    </field>
    <field name="Objective-IsApproved">
      <value order="0">false</value>
    </field>
    <field name="Objective-IsPublished">
      <value order="0">true</value>
    </field>
    <field name="Objective-DatePublished">
      <value order="0">2026-10-23T13:29:30Z</value>
    </field>
    <field name="Objective-ModificationStamp">
      <value order="0">2026-10-23T13:29:30Z</value>
    </field>
    <field name="Objective-Owner">
      <value order="0">Jones, Neil (HCP - Enabling Division)</value>
    </field>
    <field name="Objective-Path">
      <value order="0">Objective Global Folder:#Business File Plan:WG Organisational Groups:Health, Care and Prevention Group (HCPG):Director of Social Services / Chief Social Care Officer:Health, Care and Prevention Group (HCPG) - Chief Social Care Officer:1 - Save:Social Services and Integration Directorate:2023 Government Business - Social Services and Integration Directorate:SSID HSS - Social Care Bill - 2021-26:SSID HSCEY - Health and Social Care Act 2025 - Implementation - 2025-2026:202612 - Policy Development - Instructions and IIA - Removing Profit - Local authority sufficiency plans</value>
    </field>
    <field name="Objective-Parent">
      <value order="0">202612 - Policy Development - Instructions and IIA - Removing Profit - Local authority sufficiency plans</value>
    </field>
    <field name="Objective-State">
      <value order="0">Published</value>
    </field>
    <field name="Objective-VersionId">
      <value order="0">vA116443138</value>
    </field>
    <field name="Objective-Version">
      <value order="0">3.0</value>
    </field>
    <field name="Objective-VersionNumber">
      <value order="0">4</value>
    </field>
    <field name="Objective-VersionComment">
      <value order="0"/>
    </field>
    <field name="Objective-FileNumber">
      <value order="0">qA2329300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1F0BA7-B587-4B41-925F-859AA4EDD68F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3.xml><?xml version="1.0" encoding="utf-8"?>
<ds:datastoreItem xmlns:ds="http://schemas.openxmlformats.org/officeDocument/2006/customXml" ds:itemID="{03E5056F-9764-4DDF-88F1-A334BA8866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5.xml><?xml version="1.0" encoding="utf-8"?>
<ds:datastoreItem xmlns:ds="http://schemas.openxmlformats.org/officeDocument/2006/customXml" ds:itemID="{7B43C07B-68D8-41B7-883C-9C0D5CDD66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36</Pages>
  <Words>7192</Words>
  <Characters>40999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Cynlluniau Digonolrwydd Blynyddol: Canllaw a Thempled i Awdurdodau Lleol</dc:title>
  <dc:creator>python-docx</dc:creator>
  <dc:description>generated by python-docx</dc:description>
  <cp:lastModifiedBy>Sullivan, William (ECE - ECE Operations Division)</cp:lastModifiedBy>
  <cp:revision>3</cp:revision>
  <cp:lastPrinted>2026-06-25T23:57:00Z</cp:lastPrinted>
  <dcterms:created xsi:type="dcterms:W3CDTF">2026-10-23T14:02:00Z</dcterms:created>
  <dcterms:modified xsi:type="dcterms:W3CDTF">2026-10-23T14:03:00Z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Objective-Comment">
    <vt:lpwstr/>
  </property>
  <property fmtid="{D5CDD505-2E9C-101B-9397-08002B2CF9AE}" pid="4" name="MediaServiceImageTags">
    <vt:lpwstr/>
  </property>
  <property fmtid="{D5CDD505-2E9C-101B-9397-08002B2CF9AE}" pid="5" name="Customer-Id">
    <vt:lpwstr>FF3C5B18883D4E21973B57C2EEED7FD1</vt:lpwstr>
  </property>
  <property fmtid="{D5CDD505-2E9C-101B-9397-08002B2CF9AE}" pid="6" name="Objective-Id">
    <vt:lpwstr>A65019368</vt:lpwstr>
  </property>
  <property fmtid="{D5CDD505-2E9C-101B-9397-08002B2CF9AE}" pid="7" name="Objective-Title">
    <vt:lpwstr>*CURRENT* Annual Sufficiency Plan guidance and template  GYMRAEG (final for publishing)</vt:lpwstr>
  </property>
  <property fmtid="{D5CDD505-2E9C-101B-9397-08002B2CF9AE}" pid="8" name="Objective-Description">
    <vt:lpwstr/>
  </property>
  <property fmtid="{D5CDD505-2E9C-101B-9397-08002B2CF9AE}" pid="9" name="Objective-CreationStamp">
    <vt:filetime>2026-10-22T11:53:58Z</vt:filetime>
  </property>
  <property fmtid="{D5CDD505-2E9C-101B-9397-08002B2CF9AE}" pid="10" name="Objective-IsApproved">
    <vt:bool>false</vt:bool>
  </property>
  <property fmtid="{D5CDD505-2E9C-101B-9397-08002B2CF9AE}" pid="11" name="Objective-IsPublished">
    <vt:bool>true</vt:bool>
  </property>
  <property fmtid="{D5CDD505-2E9C-101B-9397-08002B2CF9AE}" pid="12" name="Objective-DatePublished">
    <vt:filetime>2026-10-23T13:29:30Z</vt:filetime>
  </property>
  <property fmtid="{D5CDD505-2E9C-101B-9397-08002B2CF9AE}" pid="13" name="Objective-ModificationStamp">
    <vt:filetime>2026-10-23T13:29:30Z</vt:filetime>
  </property>
  <property fmtid="{D5CDD505-2E9C-101B-9397-08002B2CF9AE}" pid="14" name="Objective-Owner">
    <vt:lpwstr>Jones, Neil (HCP - Enabling Division)</vt:lpwstr>
  </property>
  <property fmtid="{D5CDD505-2E9C-101B-9397-08002B2CF9AE}" pid="15" name="Objective-Path">
    <vt:lpwstr>Objective Global Folder:#Business File Plan:WG Organisational Groups:Health, Care and Prevention Group (HCPG):Director of Social Services / Chief Social Care Officer:Health, Care and Prevention Group (HCPG) - Chief Social Care Officer:1 - Save:Social Services and Integration Directorate:2023 Government Business - Social Services and Integration Directorate:SSID HSS - Social Care Bill - 2021-26:SSID HSCEY - Health and Social Care Act 2025 - Implementation - 2025-2026:202612 - Policy Development - Instructions and IIA - Removing Profit - Local authority sufficiency plans:</vt:lpwstr>
  </property>
  <property fmtid="{D5CDD505-2E9C-101B-9397-08002B2CF9AE}" pid="16" name="Objective-Parent">
    <vt:lpwstr>202612 - Policy Development - Instructions and IIA - Removing Profit - Local authority sufficiency plans</vt:lpwstr>
  </property>
  <property fmtid="{D5CDD505-2E9C-101B-9397-08002B2CF9AE}" pid="17" name="Objective-State">
    <vt:lpwstr>Published</vt:lpwstr>
  </property>
  <property fmtid="{D5CDD505-2E9C-101B-9397-08002B2CF9AE}" pid="18" name="Objective-VersionId">
    <vt:lpwstr>vA116443138</vt:lpwstr>
  </property>
  <property fmtid="{D5CDD505-2E9C-101B-9397-08002B2CF9AE}" pid="19" name="Objective-Version">
    <vt:lpwstr>3.0</vt:lpwstr>
  </property>
  <property fmtid="{D5CDD505-2E9C-101B-9397-08002B2CF9AE}" pid="20" name="Objective-VersionNumber">
    <vt:r8>4</vt:r8>
  </property>
  <property fmtid="{D5CDD505-2E9C-101B-9397-08002B2CF9AE}" pid="21" name="Objective-VersionComment">
    <vt:lpwstr/>
  </property>
  <property fmtid="{D5CDD505-2E9C-101B-9397-08002B2CF9AE}" pid="22" name="Objective-FileNumber">
    <vt:lpwstr/>
  </property>
  <property fmtid="{D5CDD505-2E9C-101B-9397-08002B2CF9AE}" pid="23" name="Objective-Classification">
    <vt:lpwstr>[Inherited - Official]</vt:lpwstr>
  </property>
  <property fmtid="{D5CDD505-2E9C-101B-9397-08002B2CF9AE}" pid="24" name="Objective-Caveats">
    <vt:lpwstr/>
  </property>
  <property fmtid="{D5CDD505-2E9C-101B-9397-08002B2CF9AE}" pid="25" name="Objective-Date Acquired">
    <vt:lpwstr/>
  </property>
  <property fmtid="{D5CDD505-2E9C-101B-9397-08002B2CF9AE}" pid="26" name="Objective-Official Translation">
    <vt:lpwstr/>
  </property>
  <property fmtid="{D5CDD505-2E9C-101B-9397-08002B2CF9AE}" pid="27" name="Objective-Connect Creator">
    <vt:lpwstr/>
  </property>
</Properties>
</file>